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Афродіти</w:t>
      </w:r>
    </w:p>
    <w:p>
      <w:r>
        <w:br/>
        <w:t xml:space="preserve"> Гімни складатиму вік несмертельній і світлій богині,&lt;br /&gt;</w:t>
        <w:br/>
        <w:t>Ти, Афродіто,— Любов, ти цариця одвіку й донині.&lt;br /&gt;</w:t>
        <w:br/>
        <w:t>Квітом троянди ласкавим твої вівтарі ми вінчаєм,&lt;br /&gt;</w:t>
        <w:br/>
        <w:t>Радісно чoло твоє і твій сміх безтурботний вітаєм.</w:t>
      </w:r>
    </w:p>
    <w:p>
      <w:r>
        <w:br/>
        <w:t>Правду віщують яку твій погляд і сміх загадковий?&lt;br /&gt;</w:t>
        <w:br/>
        <w:t>Темні видіння які пророкують уста мармурові?&lt;br /&gt;</w:t>
        <w:br/>
        <w:t>Далям яким незахiдні твої приглядаються очі?&lt;br /&gt;</w:t>
        <w:br/>
        <w:t>Обрії вужчі стають, віки і хвилини коротші:</w:t>
      </w:r>
    </w:p>
    <w:p>
      <w:r>
        <w:br/>
        <w:t>Час і простiр розпливлися в цім димі святого кадила&lt;br /&gt;</w:t>
        <w:br/>
        <w:t>Мудрість премудрих і радість поетів таємно спочила&lt;br /&gt;</w:t>
        <w:br/>
        <w:t>Ти розв'язання всіх загадок темних часу і простору,-&lt;br /&gt;</w:t>
        <w:br/>
        <w:t>Вірно складаю до ніг тобі дань дивування й покори.</w:t>
      </w:r>
    </w:p>
    <w:p>
      <w:r>
        <w:br/>
        <w:t>Змалку манила мене невгамована буйна тривога,&lt;br /&gt;</w:t>
        <w:br/>
        <w:t>Світом блукавши, я прагнув провідника, владаря, бога.&lt;br /&gt;</w:t>
        <w:br/>
        <w:t>Од вівтарів к вівтарям переходив, здіймався на гори,&lt;br /&gt;</w:t>
        <w:br/>
        <w:t>"Завтра" завжди прославляв, а "сьогодні" вважав як "учора"</w:t>
      </w:r>
    </w:p>
    <w:p>
      <w:r>
        <w:br/>
        <w:t>Знову приходжу до тебе, богине богинь, Афродіто!&lt;br /&gt;</w:t>
        <w:br/>
        <w:t>Бачу: за статтю твоєю дорога в безмежність одкрита.&lt;br /&gt;</w:t>
        <w:br/>
        <w:t>Владі віддавшись твоїй, усі таємниці відчую&lt;br /&gt;</w:t>
        <w:br/>
        <w:t>В хвилю останню, як пристрасті згубній себе доручу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Афродіти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