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Гетьман</w:t>
      </w:r>
    </w:p>
    <w:p>
      <w:r>
        <w:br/>
        <w:t xml:space="preserve"> (Посвята дорогій Люді)&lt;br /&gt;</w:t>
        <w:br/>
        <w:t>По синім волнам океана</w:t>
      </w:r>
    </w:p>
    <w:p>
      <w:r>
        <w:br/>
        <w:t>У ніч водохресну тайничу,&lt;br /&gt;</w:t>
        <w:br/>
        <w:t>Як глупа настане пора,&lt;br /&gt;</w:t>
        <w:br/>
        <w:t>Хтось гонить конем ясногривим&lt;br /&gt;</w:t>
        <w:br/>
        <w:t>По хвилі холодній Дніпра;</w:t>
      </w:r>
    </w:p>
    <w:p>
      <w:r>
        <w:br/>
        <w:t>Кінь рине насупроти виру&amp;hellip;&lt;br /&gt;</w:t>
        <w:br/>
        <w:t>Скалки аж довкола летять:&lt;br /&gt;</w:t>
        <w:br/>
        <w:t>Боки йому димом парують,&lt;br /&gt;</w:t>
        <w:br/>
        <w:t>Вогнем йому очі горять.</w:t>
      </w:r>
    </w:p>
    <w:p>
      <w:r>
        <w:br/>
        <w:t>За ним бунчуки й хоруговки&lt;br /&gt;</w:t>
        <w:br/>
        <w:t>Аж мають у синявій млі,&lt;br /&gt;</w:t>
        <w:br/>
        <w:t>І стеляться синім туманом&lt;br /&gt;</w:t>
        <w:br/>
        <w:t>По мерзлій, німотній землі.</w:t>
      </w:r>
    </w:p>
    <w:p>
      <w:r>
        <w:br/>
        <w:t>Де б'ють і клекочуть пороги,&lt;br /&gt;</w:t>
        <w:br/>
        <w:t>Здіймаючи піну до дна, —&lt;br /&gt;</w:t>
        <w:br/>
        <w:t>Стоїть серед "пекла" там скеля,&lt;br /&gt;</w:t>
        <w:br/>
        <w:t>Під нею печера сумна.</w:t>
      </w:r>
    </w:p>
    <w:p>
      <w:r>
        <w:br/>
        <w:t>В тій скритій від миру печері,&lt;br /&gt;</w:t>
        <w:br/>
        <w:t>Під дужим кремінним хрестом&lt;br /&gt;</w:t>
        <w:br/>
        <w:t>Лежить якийсь гетьман незнаний,&lt;br /&gt;</w:t>
        <w:br/>
        <w:t>Лежить без клейнод кістяком&amp;hellip;</w:t>
      </w:r>
    </w:p>
    <w:p>
      <w:r>
        <w:br/>
        <w:t>Нема йому місця в родині:&lt;br /&gt;</w:t>
        <w:br/>
        <w:t>Могилу, де гетьман лежав,&lt;br /&gt;</w:t>
        <w:br/>
        <w:t>Розрив лихий ворог до краю&lt;br /&gt;</w:t>
        <w:br/>
        <w:t>По полю кістки розметав.</w:t>
      </w:r>
    </w:p>
    <w:p>
      <w:r>
        <w:br/>
        <w:t>Алє ж їх до батька Славути&lt;br /&gt;</w:t>
        <w:br/>
        <w:t>Скотили струмки весняні&amp;hellip;&lt;br /&gt;</w:t>
        <w:br/>
        <w:t>А той свого сина останки&lt;br /&gt;</w:t>
        <w:br/>
        <w:t>Сховав у печері-труні.</w:t>
      </w:r>
    </w:p>
    <w:p>
      <w:r>
        <w:br/>
        <w:t>Там хрест... то не хрест — удовиця&lt;br /&gt;</w:t>
        <w:br/>
        <w:t>Кремніє від туги на вік,&lt;br /&gt;</w:t>
        <w:br/>
        <w:t>І в ніч під водохреща ронить&lt;br /&gt;</w:t>
        <w:br/>
        <w:t>Криваву сльозину щорік.</w:t>
      </w:r>
    </w:p>
    <w:p>
      <w:r>
        <w:br/>
        <w:t>І скоро та крапля гаряча,&lt;br /&gt;</w:t>
        <w:br/>
        <w:t>Зайнявшись червоним огнем,&lt;br /&gt;</w:t>
        <w:br/>
        <w:t>Прониже мерця потайного —&lt;br /&gt;</w:t>
        <w:br/>
        <w:t>Підводиться гетьман живцем&amp;hellip;</w:t>
      </w:r>
    </w:p>
    <w:p>
      <w:r>
        <w:br/>
        <w:t>Здіймається маревом білим&lt;br /&gt;</w:t>
        <w:br/>
        <w:t>На білім огнистім коні&lt;br /&gt;</w:t>
        <w:br/>
        <w:t>І вихорем лине в клейнодах&lt;br /&gt;</w:t>
        <w:br/>
        <w:t>По рідній своїй стороні&amp;hellip;</w:t>
      </w:r>
    </w:p>
    <w:p>
      <w:r>
        <w:br/>
        <w:t>Зорить і не може пізнати:&lt;br /&gt;</w:t>
        <w:br/>
        <w:t>Де мрілись простори степів,&lt;br /&gt;</w:t>
        <w:br/>
        <w:t>Тепер простяглись залізниці&lt;br /&gt;</w:t>
        <w:br/>
        <w:t>Й повстали будови дворців;</w:t>
      </w:r>
    </w:p>
    <w:p>
      <w:r>
        <w:br/>
        <w:t>Вбача він обдерті хатини,&lt;br /&gt;</w:t>
        <w:br/>
        <w:t>Дівчат по сахарнях вбача —&lt;br /&gt;</w:t>
        <w:br/>
        <w:t>І вітром спішиться у Канів,&lt;br /&gt;</w:t>
        <w:br/>
        <w:t>На раду військову влуча.</w:t>
      </w:r>
    </w:p>
    <w:p>
      <w:r>
        <w:br/>
        <w:t>Горить його серце нудьгою,&lt;br /&gt;</w:t>
        <w:br/>
        <w:t>А очі палають стидом,&lt;br /&gt;</w:t>
        <w:br/>
        <w:t>Що крів'ю геть змив Україну&lt;br /&gt;</w:t>
        <w:br/>
        <w:t>Та й стиснув ще гіршим ярмом.</w:t>
      </w:r>
    </w:p>
    <w:p>
      <w:r>
        <w:br/>
        <w:t>І от він стає на майдані,&lt;br /&gt;</w:t>
        <w:br/>
        <w:t>Здійма дорогого шлика, —&lt;br /&gt;</w:t>
        <w:br/>
        <w:t>І кличе козачество славне.&lt;br /&gt;</w:t>
        <w:br/>
        <w:t>Усе Запоріжжя склика:</w:t>
      </w:r>
    </w:p>
    <w:p>
      <w:r>
        <w:br/>
        <w:t>Зове Богуна, Кривоноса,&lt;br /&gt;</w:t>
        <w:br/>
        <w:t>Зове і надію одну —&lt;br /&gt;</w:t>
        <w:br/>
        <w:t>Свого безталанного сина,&lt;br /&gt;</w:t>
        <w:br/>
        <w:t>Що рано поліг у труну&amp;hellip;</w:t>
      </w:r>
    </w:p>
    <w:p>
      <w:r>
        <w:br/>
        <w:t>До всіх він тепер присягає&lt;br /&gt;</w:t>
        <w:br/>
        <w:t>І руки до бога здійма,&lt;br /&gt;</w:t>
        <w:br/>
        <w:t>Що зве за голоту повстати,&lt;br /&gt;</w:t>
        <w:br/>
        <w:t>Якій і просвітку нема,</w:t>
      </w:r>
    </w:p>
    <w:p>
      <w:r>
        <w:br/>
        <w:t>Яку колись в давню годину&lt;br /&gt;</w:t>
        <w:br/>
        <w:t>Запродав він сам старшині.&lt;br /&gt;</w:t>
        <w:br/>
        <w:t>І гетьмана голос лунає,&lt;br /&gt;</w:t>
        <w:br/>
        <w:t>Склика вояків до борні&amp;hellip;</w:t>
      </w:r>
    </w:p>
    <w:p>
      <w:r>
        <w:br/>
        <w:t>Але того клику не чують&lt;br /&gt;</w:t>
        <w:br/>
        <w:t>Колишні чубаті брати:&lt;br /&gt;</w:t>
        <w:br/>
        <w:t>Одні полягли на могилах,&lt;br /&gt;</w:t>
        <w:br/>
        <w:t>Других повкладали кати,</w:t>
      </w:r>
    </w:p>
    <w:p>
      <w:r>
        <w:br/>
        <w:t>А треті сього відцурались,&lt;br /&gt;</w:t>
        <w:br/>
        <w:t>Чим перше святили слова,&lt;br /&gt;</w:t>
        <w:br/>
        <w:t>І гетьман у скруті-розраді,&lt;br /&gt;</w:t>
        <w:br/>
        <w:t>Як перш, до поспільства взива:</w:t>
      </w:r>
    </w:p>
    <w:p>
      <w:r>
        <w:br/>
        <w:t>"Вставайте, сині мої, квіти!&lt;br /&gt;</w:t>
        <w:br/>
        <w:t>Не гніть перед катом спини,&lt;br /&gt;</w:t>
        <w:br/>
        <w:t>Клянусь, розіб'ю ваші пута,&lt;br /&gt;</w:t>
        <w:br/>
        <w:t>Свої поквитую вини".</w:t>
      </w:r>
    </w:p>
    <w:p>
      <w:r>
        <w:br/>
        <w:t>Але перемучені діти&lt;br /&gt;</w:t>
        <w:br/>
        <w:t>У лаву не сходяться тут&amp;hellip;&lt;br /&gt;</w:t>
        <w:br/>
        <w:t>І жде їх безрадісний гетьман,&lt;br /&gt;</w:t>
        <w:br/>
        <w:t>Аж поки не крикне когут&amp;hellip;</w:t>
      </w:r>
    </w:p>
    <w:p>
      <w:r>
        <w:br/>
        <w:t>Тоді, застогнавши, сідає&lt;br /&gt;</w:t>
        <w:br/>
        <w:t>На білого змія-коня&lt;br /&gt;</w:t>
        <w:br/>
        <w:t>І лине назад до порогів&lt;br /&gt;</w:t>
        <w:br/>
        <w:t>Крізь води й ліси навмання.</w:t>
      </w:r>
    </w:p>
    <w:p>
      <w:r>
        <w:br/>
        <w:t>І там у печері глибокій&lt;br /&gt;</w:t>
        <w:br/>
        <w:t>З жалем до хреста принада,&lt;br /&gt;</w:t>
        <w:br/>
        <w:t>І молить за край свій у бога&lt;br /&gt;</w:t>
        <w:br/>
        <w:t>Та тяжко гіркими рида.</w:t>
      </w:r>
    </w:p>
    <w:p>
      <w:r>
        <w:br/>
        <w:t>І б'є себе з розпачу в груди.&lt;br /&gt;</w:t>
        <w:br/>
        <w:t>Кляне свій безщасний талан, —&lt;br /&gt;</w:t>
        <w:br/>
        <w:t>Поки не поляже кістками,&lt;br /&gt;</w:t>
        <w:br/>
        <w:t>Як здійметься ранній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