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Герой</w:t>
      </w:r>
    </w:p>
    <w:p>
      <w:r>
        <w:br/>
        <w:t xml:space="preserve"> Ти уяви собі: на чужині&lt;br /&gt;</w:t>
        <w:br/>
        <w:t>Випало з мамою їхать мені.&lt;br /&gt;</w:t>
        <w:br/>
        <w:t>Мати сидить в паланкіні всі дні,&lt;br /&gt;</w:t>
        <w:br/>
        <w:t>Зором блукаючи десь вдалині,&lt;br /&gt;</w:t>
        <w:br/>
        <w:t>Я ж на рудому гарцюю коні.&lt;br /&gt;</w:t>
        <w:br/>
        <w:t>Кінь б'є копитом об висохлий діл,&lt;br /&gt;</w:t>
        <w:br/>
        <w:t>І розпливається по стороні&lt;br /&gt;</w:t>
        <w:br/>
        <w:t>Збитий червоною хмаркою пил.</w:t>
      </w:r>
    </w:p>
    <w:p>
      <w:r>
        <w:br/>
        <w:t>Сонце сідає. Смеркає навкруг,&lt;br /&gt;</w:t>
        <w:br/>
        <w:t>Їдемо ми низиною крізь луг.&lt;br /&gt;</w:t>
        <w:br/>
        <w:t>Глухо й безлюдно. Пустеля німа.&lt;br /&gt;</w:t>
        <w:br/>
        <w:t>Глянеш навколо — нікого нема.&lt;br /&gt;</w:t>
        <w:br/>
        <w:t>Мати неначе й злякалась сама:&lt;br /&gt;</w:t>
        <w:br/>
        <w:t>"Де ми? Куди нас оце привело?"&lt;br /&gt;</w:t>
        <w:br/>
        <w:t>Я їй кажу: "Не лякайся, о ма!&lt;br /&gt;</w:t>
        <w:br/>
        <w:t>Бачиш — ручай. Десь близенько й село".</w:t>
      </w:r>
    </w:p>
    <w:p>
      <w:r>
        <w:br/>
        <w:t>Луг застелила колюча трава,&lt;br /&gt;</w:t>
        <w:br/>
        <w:t>Крізь чагарник в'ється стежка крива.&lt;br /&gt;</w:t>
        <w:br/>
        <w:t>В полі ніде ні телят, ні корів:&lt;br /&gt;</w:t>
        <w:br/>
        <w:t>Певне, пастух до села їх повів.&lt;br /&gt;</w:t>
        <w:br/>
        <w:t>Ми заблукали поміж чагарів,-&lt;br /&gt;</w:t>
        <w:br/>
        <w:t>Як розшукати дорогу в імлі?&lt;br /&gt;</w:t>
        <w:br/>
        <w:t>Матінка шепче тривожні слова:&lt;br /&gt;</w:t>
        <w:br/>
        <w:t>"Що за багаття горить віддалі?"&lt;br /&gt;</w:t>
        <w:br/>
        <w:t>Враз чую вигук: "Харе-ре-ре-ре!"&lt;br /&gt;</w:t>
        <w:br/>
        <w:t>Крик цей розбійницький вуха дере.&lt;br /&gt;</w:t>
        <w:br/>
        <w:t>Мати сховавшись у свій паланкін,&lt;br /&gt;</w:t>
        <w:br/>
        <w:t>Плаче і молиться навперемін.&lt;br /&gt;</w:t>
        <w:br/>
        <w:t>Слуги втекли,— не лишивсь ні один,&lt;br /&gt;</w:t>
        <w:br/>
        <w:t>Кинули нас боягузи в біді.&lt;br /&gt;</w:t>
        <w:br/>
        <w:t>Я до матусі промовив тоді:&lt;br /&gt;</w:t>
        <w:br/>
        <w:t>"Мамо, не бійся! З тобою твій син!"</w:t>
      </w:r>
    </w:p>
    <w:p>
      <w:r>
        <w:br/>
        <w:t>Люті, кошлаті, з киями біжать,&lt;br /&gt;</w:t>
        <w:br/>
        <w:t>Довгі сережки на вухах висять.&lt;br /&gt;</w:t>
        <w:br/>
        <w:t>"Стій! — я гукаю нападникам.— Стій!&lt;br /&gt;</w:t>
        <w:br/>
        <w:t>Краще звідсіль утікайте мерщій,&lt;br /&gt;</w:t>
        <w:br/>
        <w:t>Доки з мечем я не кинувся в бій,-&lt;br /&gt;</w:t>
        <w:br/>
        <w:t>Ваше життя оцей меч відбере!"&lt;br /&gt;</w:t>
        <w:br/>
        <w:t>Зграя, почувши мій оклик гучний,&lt;br /&gt;</w:t>
        <w:br/>
        <w:t>Суне із ґвалтом: "Харе-ре-ре-ре!"</w:t>
      </w:r>
    </w:p>
    <w:p>
      <w:r>
        <w:br/>
        <w:t>Мати благає: "Мій сину! Спинись!"&lt;br /&gt;</w:t>
        <w:br/>
        <w:t>Я їй кажу: "Ти лишень подивись".&lt;br /&gt;</w:t>
        <w:br/>
        <w:t>Сміло пускаю вперед скакуна,&lt;br /&gt;</w:t>
        <w:br/>
        <w:t>Меч мій дзвенить, аж несеться луна.&lt;br /&gt;</w:t>
        <w:br/>
        <w:t>Мамо! Була оця битва страшна!&lt;br /&gt;</w:t>
        <w:br/>
        <w:t>В тебе і глянуть не вистачить сил,&lt;br /&gt;</w:t>
        <w:br/>
        <w:t>Скільки людей покотилось на діл,&lt;br /&gt;</w:t>
        <w:br/>
        <w:t>Скільки голів розрубав я навпіл!</w:t>
      </w:r>
    </w:p>
    <w:p>
      <w:r>
        <w:br/>
        <w:t>Проти розбійників бивсь я один.&lt;br /&gt;</w:t>
        <w:br/>
        <w:t>Мамо! Ти думала: згинув твій син,&lt;br /&gt;</w:t>
        <w:br/>
        <w:t>Він же, спітнілий, замащений в кров,&lt;br /&gt;</w:t>
        <w:br/>
        <w:t>Як переможець до тебе прийшов.&lt;br /&gt;</w:t>
        <w:br/>
        <w:t>Вийшла тоді з паланкіна ти знов,&lt;br /&gt;</w:t>
        <w:br/>
        <w:t>Стала мене цілувать і хвалить:&lt;br /&gt;</w:t>
        <w:br/>
        <w:t>"Щастя, що був ти зі мною в цю мить,&lt;br /&gt;</w:t>
        <w:br/>
        <w:t>Бо не попала я в лапи страхіть".</w:t>
      </w:r>
    </w:p>
    <w:p>
      <w:r>
        <w:br/>
        <w:t>В світі стається подій без кінця,-&lt;br /&gt;</w:t>
        <w:br/>
        <w:t>Чом же не сталась подія оця?&lt;br /&gt;</w:t>
        <w:br/>
        <w:t>От би я людям її розповів! —&lt;br /&gt;</w:t>
        <w:br/>
        <w:t>Брат мій скричав би: "Аж дивно це чуть!&lt;br /&gt;</w:t>
        <w:br/>
        <w:t>Звідки у хлопчика сила така?"&lt;br /&gt;</w:t>
        <w:br/>
        <w:t>Інші промовили б: "Щастя, що в путь&lt;br /&gt;</w:t>
        <w:br/>
        <w:t>Мати з собою взяла малюка".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