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Георгіки</w:t>
      </w:r>
    </w:p>
    <w:p>
      <w:r>
        <w:br/>
        <w:t xml:space="preserve"> Публій Вергілій Марон&lt;br /&gt;</w:t>
        <w:br/>
        <w:t>Георгіки</w:t>
      </w:r>
    </w:p>
    <w:p>
      <w:r>
        <w:br/>
        <w:t>Перекладач: Микола Зеров&lt;br /&gt;</w:t>
        <w:br/>
        <w:t>Джерело: З книги:Микола Зеров. Твори в двох томах. К.: Дніпро, 1990</w:t>
      </w:r>
    </w:p>
    <w:p>
      <w:r>
        <w:br/>
        <w:t>На костях (I, в. 483-497)</w:t>
      </w:r>
    </w:p>
    <w:p>
      <w:r>
        <w:br/>
        <w:t>В ті вікопомні дні все віщувало нам&lt;br /&gt;</w:t>
        <w:br/>
        <w:t>Криваві зграї бід. Нелагідним богам,&lt;br /&gt;</w:t>
        <w:br/>
        <w:t>О, як даремно ми офірами годили:&lt;br /&gt;</w:t>
        <w:br/>
        <w:t>В утробі наших жертв лише зловісні жили&lt;br /&gt;</w:t>
        <w:br/>
        <w:t>Знаходили жерці; кров била в джерелaх,&lt;br /&gt;</w:t>
        <w:br/>
        <w:t>I ніч розносила по вимерлих містах&lt;br /&gt;</w:t>
        <w:br/>
        <w:t>Погрозливе виття голодної вовчиці.&lt;br /&gt;</w:t>
        <w:br/>
        <w:t>Серед ясного дня спадали блискавиці&lt;br /&gt;</w:t>
        <w:br/>
        <w:t>Й комети в темрявих палали небесах.&lt;br /&gt;</w:t>
        <w:br/>
        <w:t>В лихій усобиці, в погибельних боях&lt;br /&gt;</w:t>
        <w:br/>
        <w:t>Знов зустрічалися братерські легіони,&lt;br /&gt;</w:t>
        <w:br/>
        <w:t>I вдруге римська кров точилася червона&lt;br /&gt;</w:t>
        <w:br/>
        <w:t>Під мурами Філіпп, на ярий цвіт долин.&lt;br /&gt;</w:t>
        <w:br/>
        <w:t>Колись настане час, і мирний селянин,&lt;br /&gt;</w:t>
        <w:br/>
        <w:t>В тім краї ідучи облогом-новиною,&lt;br /&gt;</w:t>
        <w:br/>
        <w:t>Віднайде меч і спис, поточений іржою,&lt;br /&gt;</w:t>
        <w:br/>
        <w:t>I білим лемешем у чорній борозні&lt;br /&gt;</w:t>
        <w:br/>
        <w:t>Натрапить на шолом і стріли мідяні,&lt;br /&gt;</w:t>
        <w:br/>
        <w:t>I стане, вражений розбіжними чуттями,&lt;br /&gt;</w:t>
        <w:br/>
        <w:t>На полі тім страшнім, над білими костями.</w:t>
      </w:r>
    </w:p>
    <w:p>
      <w:r>
        <w:br/>
        <w:t>Похвала Італії (II, в. 136-176)</w:t>
      </w:r>
    </w:p>
    <w:p>
      <w:r>
        <w:br/>
        <w:t>Так... Ні Мідійська земля, горовими лісами багата,&lt;br /&gt;</w:t>
        <w:br/>
        <w:t>Ані уславлений Ганг, ні Герма потік злотоносний&lt;br /&gt;</w:t>
        <w:br/>
        <w:t>Не дорівняють Італії — ні Бактріана, ні Інди,&lt;br /&gt;</w:t>
        <w:br/>
        <w:t>Ні узбережжя Панхеї, смолою пахучою славне...&lt;br /&gt;</w:t>
        <w:br/>
        <w:t>Тут не впрягали до плуга биків з полум'яним диханням,&lt;br /&gt;</w:t>
        <w:br/>
        <w:t>Не засівали ланів дивоглядним драконовим зубом;&lt;br /&gt;</w:t>
        <w:br/>
        <w:t>Поле не їжилось тут вояцтвом, у ратища збройним,-&lt;br /&gt;</w:t>
        <w:br/>
        <w:t>Буйноколосі пшениці, масійські зате виногради,&lt;br /&gt;</w:t>
        <w:br/>
        <w:t>Луки, оливні гаї споконвіку тут тішили око;&lt;br /&gt;</w:t>
        <w:br/>
        <w:t>Коні гарячі зате на полях бойових вигравали.&lt;br /&gt;</w:t>
        <w:br/>
        <w:t>Звідси, Клітумне, твої білорунні отари; омиті&lt;br /&gt;</w:t>
        <w:br/>
        <w:t>В водах священних твоїх, бики для жертовника білі&lt;br /&gt;</w:t>
        <w:br/>
        <w:t>Звідси рушали на Рим і в походах ішли тріумфальних.&lt;br /&gt;</w:t>
        <w:br/>
        <w:t>Тут повносила весна за призначені межі сягала;&lt;br /&gt;</w:t>
        <w:br/>
        <w:t>Двічі худоба пліднa і двічі тут дерево родить.&lt;br /&gt;</w:t>
        <w:br/>
        <w:t>Але ні хижого тигра, ні дикого лева немає,&lt;br /&gt;</w:t>
        <w:br/>
        <w:t>Ні аконіту, що смертю грозить збирачам легковажним.&lt;br /&gt;</w:t>
        <w:br/>
        <w:t>Гада такого нема, як по інших країнах, і змії&lt;br /&gt;</w:t>
        <w:br/>
        <w:t>Тут не плазують так хутко, у кільця страшні беручися.&lt;br /&gt;</w:t>
        <w:br/>
        <w:t>А пригадаймо міста і всі величаві споруди,&lt;br /&gt;</w:t>
        <w:br/>
        <w:t>Замки на урвищах гір, муровані хитро, згадаймо&lt;br /&gt;</w:t>
        <w:br/>
        <w:t>Ріки в долинах, що мури старинних осель обпливають.&lt;br /&gt;</w:t>
        <w:br/>
        <w:t>Море додаймо на сході і долішнє, західне море,&lt;br /&gt;</w:t>
        <w:br/>
        <w:t>I повноводі озера — тебе, щонайбільше, Ларійське,&lt;br /&gt;</w:t>
        <w:br/>
        <w:t>I, гомінливе, тебе, прибоями знане Бенакське,&lt;br /&gt;</w:t>
        <w:br/>
        <w:t>Славний згадаймо Лукрін, і греблю на смузі піщаній,&lt;br /&gt;</w:t>
        <w:br/>
        <w:t>Де з таким шумом і плеском лютують розбурхані води,&lt;br /&gt;</w:t>
        <w:br/>
        <w:t>Юліїв порт і загати, що море відгонять і разом&lt;br /&gt;</w:t>
        <w:br/>
        <w:t>Аж до Авернського плеса Тірренський бурун пропускають,&lt;br /&gt;</w:t>
        <w:br/>
        <w:t>Надра, іздавна славетні рудою червоної міді,&lt;br /&gt;</w:t>
        <w:br/>
        <w:t>Золотоносними жилами та срібляними річками.&lt;br /&gt;</w:t>
        <w:br/>
        <w:t>Край, де марсієць змагавсь войовничий, і молодь сабейська,&lt;br /&gt;</w:t>
        <w:br/>
        <w:t>I терпеливі в біді лігурійці, і вольськ списоносний,&lt;br /&gt;</w:t>
        <w:br/>
        <w:t>Маріїв плем'я хоробре, народ величавих Каміллів,&lt;br /&gt;</w:t>
        <w:br/>
        <w:t>Грізні в боях Сціпіони і ти, наш Цезарю хвальний,&lt;br /&gt;</w:t>
        <w:br/>
        <w:t>Що переможцем щасливим з найдальших земель азіатських&lt;br /&gt;</w:t>
        <w:br/>
        <w:t>Індії пещений люд до римських твердинь навертаєш.&lt;br /&gt;</w:t>
        <w:br/>
        <w:t>Мати хлібів золотих, вітай же, Сатурнова земле,&lt;br /&gt;</w:t>
        <w:br/>
        <w:t>Мати великих людей!.. Для твого добра я підношу&lt;br /&gt;</w:t>
        <w:br/>
        <w:t>Давні багатства твої, джерелa викриваю забуті,&lt;br /&gt;</w:t>
        <w:br/>
        <w:t>I по містах італійських дзвоню Гесіодовим віршем.</w:t>
      </w:r>
    </w:p>
    <w:p>
      <w:r>
        <w:br/>
        <w:t>Життя хліборобів (II, в. 458-542)</w:t>
      </w:r>
    </w:p>
    <w:p>
      <w:r>
        <w:br/>
        <w:t>Найщасливіше було б, коли б щастя свого пильнували,&lt;br /&gt;</w:t>
        <w:br/>
        <w:t>Просте життя хліборобів! Оподаль боїв та незгоди,&lt;br /&gt;</w:t>
        <w:br/>
        <w:t>Гойні грунта постачають самі їм поживу солодку.&lt;br /&gt;</w:t>
        <w:br/>
        <w:t>Хоч у палатах високих з важкими порталами вранці&lt;br /&gt;</w:t>
        <w:br/>
        <w:t>Не напливає на них привітальників хвиля кипуча,&lt;br /&gt;</w:t>
        <w:br/>
        <w:t>Не привертають очей черепахою биті одвірки,&lt;br /&gt;</w:t>
        <w:br/>
        <w:t>Золотом ткані убрання та бронзові вази корінфські;&lt;br /&gt;</w:t>
        <w:br/>
        <w:t>Хоч і біліє шорстка, багрецем фінікійським неткнута,&lt;br /&gt;</w:t>
        <w:br/>
        <w:t>Тога на них старосвітська, і простим єлеєм мастяться,-&lt;br /&gt;</w:t>
        <w:br/>
        <w:t>Мають зате вони спокій, безпечність, нерушену щирість,&lt;br /&gt;</w:t>
        <w:br/>
        <w:t>Всяких дарунків землі подостатком, а втіху дають їм&lt;br /&gt;</w:t>
        <w:br/>
        <w:t>Гроші, проточні стави, прохолода міжгір'їв Темпійських,&lt;br /&gt;</w:t>
        <w:br/>
        <w:t>Мукання дальнє корів та дрімота в гаю під кущами.&lt;br /&gt;</w:t>
        <w:br/>
        <w:t>Випаси в них соковиті, гаї дичиною багаті,&lt;br /&gt;</w:t>
        <w:br/>
        <w:t>I працьовита, до вбогих потреб призвичаєна молодь;&lt;br /&gt;</w:t>
        <w:br/>
        <w:t>Свята веселі, шанована старість. Злітаючи в небо,&lt;br /&gt;</w:t>
        <w:br/>
        <w:t>Слід найостанніший свій поміж ними покинула Правда.</w:t>
      </w:r>
    </w:p>
    <w:p>
      <w:r>
        <w:br/>
        <w:t>Музи, дорожчі мені від усього на світі! Богині,&lt;br /&gt;</w:t>
        <w:br/>
        <w:t>Що найпильніше служу вам і серцем шаную я щирим,&lt;br /&gt;</w:t>
        <w:br/>
        <w:t>Хай мені вкажуть причини обходу сузір кругового,&lt;br /&gt;</w:t>
        <w:br/>
        <w:t>Сонця скорботних затемнень і місяця дивних зникань тих,&lt;br /&gt;</w:t>
        <w:br/>
        <w:t>Звідки у нас землетруси і хвиль невідпорних припливи,&lt;br /&gt;</w:t>
        <w:br/>
        <w:t>Що то за сили здіймають і знову осаджують море,&lt;br /&gt;</w:t>
        <w:br/>
        <w:t>Чом поспішає узимку зайти й потонуть в Океані&lt;br /&gt;</w:t>
        <w:br/>
        <w:t>Сонце, і що заважає коротким ночам залишатись.&lt;br /&gt;</w:t>
        <w:br/>
        <w:t>Як же не дано мені світових таємниць доступитись,&lt;br /&gt;</w:t>
        <w:br/>
        <w:t>Якщо холодної крові тяжить кругобiг надо мною,&lt;br /&gt;</w:t>
        <w:br/>
        <w:t>То, не шукаючи слави, вподобаю нoві джерела,&lt;br /&gt;</w:t>
        <w:br/>
        <w:t>Шану віддам я річкам та долинам. Рівнини Сперхея,&lt;br /&gt;</w:t>
        <w:br/>
        <w:t>Де ви? Верхів'я Тайгета, де Вакхове свято обходять&lt;br /&gt;</w:t>
        <w:br/>
        <w:t>Діви спартанські? О, хто б мене взяв на узбіччя холодне&lt;br /&gt;</w:t>
        <w:br/>
        <w:t>Гема і вмить під наметом дрімучого лісу поставив!</w:t>
      </w:r>
    </w:p>
    <w:p>
      <w:r>
        <w:br/>
        <w:t>Щастя довідавсь, хто зміг розпізнатися в силах природи,&lt;br /&gt;</w:t>
        <w:br/>
        <w:t>Хто всі жахи потоптав і долю свою невідхильну&lt;br /&gt;</w:t>
        <w:br/>
        <w:t>Кинув до ніг і суворого рев Ахеронта зневажив.&lt;br /&gt;</w:t>
        <w:br/>
        <w:t>Але щасливий і той, хто спізнався з сільськими богами:&lt;br /&gt;</w:t>
        <w:br/>
        <w:t>Паном старезним, Сільваном і німф хоровими танками.&lt;br /&gt;</w:t>
        <w:br/>
        <w:t>Не причарують того ні різки громадянської влади,&lt;br /&gt;</w:t>
        <w:br/>
        <w:t>Ні багряниця царя, ні парфянських царевичів зграя,&lt;br /&gt;</w:t>
        <w:br/>
        <w:t>Ні наддунайське повстання, ні даків насмілених змова,&lt;br /&gt;</w:t>
        <w:br/>
        <w:t>Ні на поталу призначені землі. Над долею бідних&lt;br /&gt;</w:t>
        <w:br/>
        <w:t>Уболіває він серцем, скарбам багатійським не заздрить.&lt;br /&gt;</w:t>
        <w:br/>
        <w:t>Бо що доспіє в саду і що вродить рілля урожайна,-&lt;br /&gt;</w:t>
        <w:br/>
        <w:t>Досить йому на життя. Він не знає суворих законів&lt;br /&gt;</w:t>
        <w:br/>
        <w:t>Несамовитого Ринку, ні Сховища актів державних.</w:t>
      </w:r>
    </w:p>
    <w:p>
      <w:r>
        <w:br/>
        <w:t>Інший турбує веслом простори морів небезпечних,&lt;br /&gt;</w:t>
        <w:br/>
        <w:t>Інший береться до зброї і важить на царські чертоги;&lt;br /&gt;</w:t>
        <w:br/>
        <w:t>Цей облягає міста і руйнує будинки нещасні,&lt;br /&gt;</w:t>
        <w:br/>
        <w:t>Щоб попивати із чаш многоцінних і спати на тірськім&lt;br /&gt;</w:t>
        <w:br/>
        <w:t>Пурпурі; той над закопаним золотом труситься, чахне;&lt;br /&gt;</w:t>
        <w:br/>
        <w:t>Той, остовпілий, стоїть перед рострами; ті розкошують,&lt;br /&gt;</w:t>
        <w:br/>
        <w:t>Оплески вчувши гучні по лавах усіх театральних!&lt;br /&gt;</w:t>
        <w:br/>
        <w:t>Ті ж, у затятих боях братерськую кров розкропивши,&lt;br /&gt;</w:t>
        <w:br/>
        <w:t>Йдуть на вигнання, покинувши рід і пороги вітчизни,&lt;br /&gt;</w:t>
        <w:br/>
        <w:t>Іншого краю собі під чужинним шукаючи сонцем.</w:t>
      </w:r>
    </w:p>
    <w:p>
      <w:r>
        <w:br/>
        <w:t>Ратай розорює землю широко закривленим плугом;&lt;br /&gt;</w:t>
        <w:br/>
        <w:t>З неї живе цілий рік, підтримує дім і державу,&lt;br /&gt;</w:t>
        <w:br/>
        <w:t>З неї худобу годує і з гурту бичків надійнiших,&lt;br /&gt;</w:t>
        <w:br/>
        <w:t>I відпочинку не знає; то сад похилився гілками,&lt;br /&gt;</w:t>
        <w:br/>
        <w:t>То розродилися вівці, то копи нажатого хліба&lt;br /&gt;</w:t>
        <w:br/>
        <w:t>Звозити треба з ріллі, виповняючи збіжжям комори.&lt;br /&gt;</w:t>
        <w:br/>
        <w:t>Прийде зима — сікіонку сочисту пускай на олію;&lt;br /&gt;</w:t>
        <w:br/>
        <w:t>Жолудем ситих свиней завертай у хліви. Лісової&lt;br /&gt;</w:t>
        <w:br/>
        <w:t>Ягоди, овочу повно осіння пора посилає;&lt;br /&gt;</w:t>
        <w:br/>
        <w:t>I, розхилившись на всонні, рудіють важкі виногрона.&lt;br /&gt;</w:t>
        <w:br/>
        <w:t>Любі дітки обступають його, з поцілунками виснуть;&lt;br /&gt;</w:t>
        <w:br/>
        <w:t>Дім господарський додержує честі; молочні корови&lt;br /&gt;</w:t>
        <w:br/>
        <w:t>Щедро набілом його оділяють; на лузі веселім&lt;br /&gt;</w:t>
        <w:br/>
        <w:t>Вперті одне на однe цапенята наставили ріжки.&lt;br /&gt;</w:t>
        <w:br/>
        <w:t>Свята надходять. В траві розпростершись, у дружньому колі&lt;br /&gt;</w:t>
        <w:br/>
        <w:t>Круг святкового вогню та заквітчаних чаш, закликає&lt;br /&gt;</w:t>
        <w:br/>
        <w:t>Жертвою він і зливанням тебе, о Ленею; на в'язі&lt;br /&gt;</w:t>
        <w:br/>
        <w:t>Ставить мету для пастуших списів, і засмалене тіло,&lt;br /&gt;</w:t>
        <w:br/>
        <w:t>Звикле до вправ, оголяє пастух для сільських перегонів.</w:t>
      </w:r>
    </w:p>
    <w:p>
      <w:r>
        <w:br/>
        <w:t>Тим старосвітським звичaєм жили і сабіняни давні;&lt;br /&gt;</w:t>
        <w:br/>
        <w:t>Ромул його шанував. З ним Етрурія сил набувала;&lt;br /&gt;</w:t>
        <w:br/>
        <w:t>Вірний звичаєві, Рим став найкращим містом у світі,&lt;br /&gt;</w:t>
        <w:br/>
        <w:t>Сім сусідніх горбів однією обвівши стіною.&lt;br /&gt;</w:t>
        <w:br/>
        <w:t>Поки всесвітнє берлo не дісталось цареві Діктеї;&lt;br /&gt;</w:t>
        <w:br/>
        <w:t>Поки зажерливий люд ще не різав биків на поживу,&lt;br /&gt;</w:t>
        <w:br/>
        <w:t>Так золотий утішався Сатурн на землі плодовитій.&lt;br /&gt;</w:t>
        <w:br/>
        <w:t>Сурем тоді бойових не чуть було звуку різкого,&lt;br /&gt;</w:t>
        <w:br/>
        <w:t>I на твердому ковадлі залізних мечів не кували...</w:t>
      </w:r>
    </w:p>
    <w:p>
      <w:r>
        <w:br/>
        <w:t>Так, але всю уже путь ми на полі пройшли скаковому,-&lt;br /&gt;</w:t>
        <w:br/>
        <w:t>Коням з гарячої шиї пора хомути поздіймати.</w:t>
      </w:r>
    </w:p>
    <w:p>
      <w:r>
        <w:br/>
        <w:t>Орфей і Еврідіка&lt;br /&gt;</w:t>
        <w:br/>
        <w:t>(IV, в. 453-529, оповідання Протея)</w:t>
      </w:r>
    </w:p>
    <w:p>
      <w:r>
        <w:br/>
        <w:t>Горе твоє і біду заподіяла божеська воля:&lt;br /&gt;</w:t>
        <w:br/>
        <w:t>Тяжкий покутуєш гріх, ще й кара ласкава занадто.&lt;br /&gt;</w:t>
        <w:br/>
        <w:t>Тільки б погодилась Доля, Орфей би нещасний подвоїв&lt;br /&gt;</w:t>
        <w:br/>
        <w:t>Міру твоїх бідувань за смерть Еврідіки дочасну.&lt;br /&gt;</w:t>
        <w:br/>
        <w:t>Та пригадай, як вона понад струмнем тікала від тебе.&lt;br /&gt;</w:t>
        <w:br/>
        <w:t>В травах високих, що берег вкривали, тоді ненароком&lt;br /&gt;</w:t>
        <w:br/>
        <w:t>На ядовиту гадюку вона наступила — о леле!..&lt;br /&gt;</w:t>
        <w:br/>
        <w:t>Приязні хори дріад плачем обізвалися в горах,&lt;br /&gt;</w:t>
        <w:br/>
        <w:t>Скелі Родопів по ній смуткували, і гетів країна,&lt;br /&gt;</w:t>
        <w:br/>
        <w:t>I верховини Пангеї, і люд войовничого Реса,&lt;br /&gt;</w:t>
        <w:br/>
        <w:t>I Оритiя, і Гебр многоводний... Співець же невтішний,&lt;br /&gt;</w:t>
        <w:br/>
        <w:t>Лірній струні довіряючи біль і скорботи любові,&lt;br /&gt;</w:t>
        <w:br/>
        <w:t>Тільки про тебе, кохана, на березі моря, самотній,&lt;br /&gt;</w:t>
        <w:br/>
        <w:t>Тільки про тебе співав од рана до сутінів ночі.&lt;br /&gt;</w:t>
        <w:br/>
        <w:t>Навіть в печери Тенара, в ті пащі Плутона неситі,&lt;br /&gt;</w:t>
        <w:br/>
        <w:t>В темні гаї непроглядні, понурого сповнені жаху,&lt;br /&gt;</w:t>
        <w:br/>
        <w:t>Він увіходить, простуючи в царство грізнoго владики,&lt;br /&gt;</w:t>
        <w:br/>
        <w:t>Де незворушні серця, неподатні на людські благання.&lt;br /&gt;</w:t>
        <w:br/>
        <w:t>Але на звук чарівний з глибин щонайглибших Ереба&lt;br /&gt;</w:t>
        <w:br/>
        <w:t>Товпляться тіні легкі, примари, позбавлені світла,&lt;br /&gt;</w:t>
        <w:br/>
        <w:t>Мов незліченних пташок в деревaх перелякані зграї,&lt;br /&gt;</w:t>
        <w:br/>
        <w:t>Як од вершин проганяє їх сніг або сльоти холодні.&lt;br /&gt;</w:t>
        <w:br/>
        <w:t>Тут матерi і батьки; змарнілі, знесилені смертю&lt;br /&gt;</w:t>
        <w:br/>
        <w:t>Постаті давніх героїв; дівчата, що вмерли до шлюбу,&lt;br /&gt;</w:t>
        <w:br/>
        <w:t>I юнаки, що на oчах батьків у вогні спопеліли,-&lt;br /&gt;</w:t>
        <w:br/>
        <w:t>Всі, кого чорне багно, невірні й гидкі очерети&lt;br /&gt;</w:t>
        <w:br/>
        <w:t>Та драговинна нетеча Коціту навік ув'язнили,&lt;br /&gt;</w:t>
        <w:br/>
        <w:t>Ще й дев'ятьма оборотами Стікс одділив од живущих.&lt;br /&gt;</w:t>
        <w:br/>
        <w:t>Ввесь, до найдальших осель, заслухавсь здивований Тартар,&lt;br /&gt;</w:t>
        <w:br/>
        <w:t>Сірі вужі Евменід — тії коси страшні — не сичали;&lt;br /&gt;</w:t>
        <w:br/>
        <w:t>Цербер не смів роззявляти потрійної пащі своєї,&lt;br /&gt;</w:t>
        <w:br/>
        <w:t>І Іксіонове колесо, гнане вітрами, спинилось...&lt;br /&gt;</w:t>
        <w:br/>
        <w:t>I вже вертався співець, підіймаючись вгору, до сонця,&lt;br /&gt;</w:t>
        <w:br/>
        <w:t>Муки пекельні пройшовши, здобувши свою Еврідіку,&lt;br /&gt;</w:t>
        <w:br/>
        <w:t>Що поспішала позаду, покірна словам Прозерпіни,&lt;br /&gt;</w:t>
        <w:br/>
        <w:t>Як, перейнятий нараз напівбожевільним бажанням&lt;br /&gt;</w:t>
        <w:br/>
        <w:t>(О, коли б чорний Аїд міг прощати такі почування!..),&lt;br /&gt;</w:t>
        <w:br/>
        <w:t>Він зупинивсь і, знеможений духом, забувши умову,&lt;br /&gt;</w:t>
        <w:br/>
        <w:t>На Еврідіку поглянув, уже на порозі яснoму.&lt;br /&gt;</w:t>
        <w:br/>
        <w:t>Жаль невимовний! Розбито угоду з царем попідземним!</w:t>
      </w:r>
    </w:p>
    <w:p>
      <w:r>
        <w:br/>
        <w:t>Тричі нечуваний грім прокотився над плесом Аверну.&lt;br /&gt;</w:t>
        <w:br/>
        <w:t>"Леле! — озвалась вона...— Хто нас губить, Орфею нещасний,&lt;br /&gt;</w:t>
        <w:br/>
        <w:t>Хто прогнівився на нас?.. Недоля мене повертає&lt;br /&gt;</w:t>
        <w:br/>
        <w:t>В темрявий Орк, і ніч налягає на зір мій померклий...&lt;br /&gt;</w:t>
        <w:br/>
        <w:t>Любий, прощай! Я уже не твоя і даремне до тебе&lt;br /&gt;</w:t>
        <w:br/>
        <w:t>Я простягаю долоні, пойнята підземною ніччю".&lt;br /&gt;</w:t>
        <w:br/>
        <w:t>Так промовляла вона і раптом, як дим у повітрі,&lt;br /&gt;</w:t>
        <w:br/>
        <w:t>Щезла з очей... I даремно він мчить, розпростерши обійми,&lt;br /&gt;</w:t>
        <w:br/>
        <w:t>Тільки повітря він ловить руками. Даремно він рветься&lt;br /&gt;</w:t>
        <w:br/>
        <w:t>Щось наостанку сказати їй, крикнуть,— весляр невблаганний&lt;br /&gt;</w:t>
        <w:br/>
        <w:t>Вдруге його не бере на той бік багнистої хвилі...&lt;br /&gt;</w:t>
        <w:br/>
        <w:t>Що йому діять, як знову благати йому за дружину,&lt;br /&gt;</w:t>
        <w:br/>
        <w:t>Слізьми якими, якими словами й до кого молитись?..</w:t>
      </w:r>
    </w:p>
    <w:p>
      <w:r>
        <w:br/>
        <w:t>Сім, переказують, місяців він побивався і, тужний,&lt;br /&gt;</w:t>
        <w:br/>
        <w:t>Попід бескетами в горах і над течією Стрімону,&lt;br /&gt;</w:t>
        <w:br/>
        <w:t>Горе своє повідаючи зорям півнoчі холодним,&lt;br /&gt;</w:t>
        <w:br/>
        <w:t>Лютих зворушував тигрів, дуби поривав за собою.&lt;br /&gt;</w:t>
        <w:br/>
        <w:t>Так Філомела в кущах, під широким наметом тополі,&lt;br /&gt;</w:t>
        <w:br/>
        <w:t>Ніжне поріддя шукає своє молоде і безпере,&lt;br /&gt;</w:t>
        <w:br/>
        <w:t>Як, постерігши гніздо, хто жорстокий поб'є пташенята.&lt;br /&gt;</w:t>
        <w:br/>
        <w:t>Плаче щоніч на гіллі, незрівнянну виплакує пісню&lt;br /&gt;</w:t>
        <w:br/>
        <w:t>I поновляє її, навіваючи тугу щемлячу.&lt;br /&gt;</w:t>
        <w:br/>
        <w:t>Серце співцеві не вабить ні шлюб, ні солодке кохання,-&lt;br /&gt;</w:t>
        <w:br/>
        <w:t>Гіперборейські льоди, Танаїду засніжені луки,&lt;br /&gt;</w:t>
        <w:br/>
        <w:t>Ниви Ріфейські, морозами куті, обходить, самотній,&lt;br /&gt;</w:t>
        <w:br/>
        <w:t>В скаргах своїх поминаючи Діта змарновану ласку&lt;br /&gt;</w:t>
        <w:br/>
        <w:t>Та незабутнє подружжя. Ціконські жінки, розлютившись&lt;br /&gt;</w:t>
        <w:br/>
        <w:t>За повсякчасну зневагу, на оргії Вакха всенощній&lt;br /&gt;</w:t>
        <w:br/>
        <w:t>Вбили Орфея і тіло його розметали по полю.&lt;br /&gt;</w:t>
        <w:br/>
        <w:t>I як, білішу від мармуру, мчав його голову стяту&lt;br /&gt;</w:t>
        <w:br/>
        <w:t>Гебр Еагрійський по вирах найглибших, уста похололі&lt;br /&gt;</w:t>
        <w:br/>
        <w:t>Все вимовляли ім'я Еврідіки. Тебе, Еврідіко,&lt;br /&gt;</w:t>
        <w:br/>
        <w:t>Кликала вірна співцева душа, покидаючи тіло,&lt;br /&gt;</w:t>
        <w:br/>
        <w:t>I "Еврідіко" луною той клич береги повторяли.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Георгіки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