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Генріх VI : Частина 2</w:t>
      </w:r>
    </w:p>
    <w:p>
      <w:r>
        <w:br/>
        <w:t xml:space="preserve"> Переклад Віктора Гуменюка</w:t>
      </w:r>
    </w:p>
    <w:p>
      <w:r>
        <w:br/>
        <w:t>ДІЙОВІ&lt;br /&gt;</w:t>
        <w:br/>
        <w:t>ОСОБИ&lt;br /&gt;</w:t>
        <w:br/>
        <w:t>Король Генріх VI.&lt;br /&gt;</w:t>
        <w:br/>
        <w:t>Гемфрі, герцог&lt;br /&gt;</w:t>
        <w:br/>
        <w:t>Глостер, його дядько.&lt;br /&gt;</w:t>
        <w:br/>
        <w:t>Кардинал Бофорт, єпископ Вінчестерський, двоюрідний дід короля.&lt;br /&gt;</w:t>
        <w:br/>
        <w:t>Річард Плантагенет, герцог Йорк.&lt;br /&gt;</w:t>
        <w:br/>
        <w:t>Едвард&lt;br /&gt;</w:t>
        <w:br/>
        <w:t>&gt; його сини.&lt;br /&gt;</w:t>
        <w:br/>
        <w:t>Річард&lt;br /&gt;</w:t>
        <w:br/>
        <w:t>Герцог Сомерсет&lt;br /&gt;</w:t>
        <w:br/>
        <w:t>Герцог Сеффолк&lt;br /&gt;</w:t>
        <w:br/>
        <w:t>Герцог Бекінгем&lt;br /&gt;</w:t>
        <w:br/>
        <w:t>&gt; прибічники "рроля.&lt;br /&gt;</w:t>
        <w:br/>
        <w:t>Лорд Томас Кліффорд&lt;br /&gt;</w:t>
        <w:br/>
        <w:t>Джон Кліффорд,&lt;br /&gt;</w:t>
        <w:br/>
        <w:t>його син&lt;br /&gt;</w:t>
        <w:br/>
        <w:t>Граф Салвбері&lt;br /&gt;</w:t>
        <w:br/>
        <w:t>&gt; прибічники Йорка.&lt;br /&gt;</w:t>
        <w:br/>
        <w:t>Граф Уорік&lt;br /&gt;</w:t>
        <w:br/>
        <w:t>Лорд Скелс, комендант Тауера,&lt;br /&gt;</w:t>
        <w:br/>
        <w:t>Лорд Сей.&lt;br /&gt;</w:t>
        <w:br/>
        <w:t>Сер Гемфрі Стаффорд.&lt;br /&gt;</w:t>
        <w:br/>
        <w:t>Вільям Стиффорд, його брат.&lt;br /&gt;</w:t>
        <w:br/>
        <w:t>Сер Джон Стенлі.&lt;br /&gt;</w:t>
        <w:br/>
        <w:t>Вокс.&lt;br /&gt;</w:t>
        <w:br/>
        <w:t>Метью Гофф.&lt;br /&gt;</w:t>
        <w:br/>
        <w:t>Капітан корабля.&lt;br /&gt;</w:t>
        <w:br/>
        <w:t>Шкіпер.&lt;br /&gt;</w:t>
        <w:br/>
        <w:t>Штурман.&lt;br /&gt;</w:t>
        <w:br/>
        <w:t>Водді Вітмор,&lt;br /&gt;</w:t>
        <w:br/>
        <w:t>Двоє дворян, взятих у, полон разом із Сеффолком.&lt;br /&gt;</w:t>
        <w:br/>
        <w:t>Юм та Саутвел, священики.&lt;br /&gt;</w:t>
        <w:br/>
        <w:t>Болінгброк, чаклун.&lt;br /&gt;</w:t>
        <w:br/>
        <w:t>Дух, викликаний Болінгброком.&lt;br /&gt;</w:t>
        <w:br/>
        <w:t>Томас Горнер, зброяр.&lt;br /&gt;</w:t>
        <w:br/>
        <w:t>Пітер, його підмайстер.&lt;br /&gt;</w:t>
        <w:br/>
        <w:t>Писар із Чатема.&lt;br /&gt;</w:t>
        <w:br/>
        <w:t>Мер Сент-Олбенса.&lt;br /&gt;</w:t>
        <w:br/>
        <w:t>Сімпкокс, шахрай.&lt;br /&gt;</w:t>
        <w:br/>
        <w:t>Двоє вбивць.&lt;br /&gt;</w:t>
        <w:br/>
        <w:t>Д'жек Кед, бунтівник.&lt;br /&gt;</w:t>
        <w:br/>
        <w:t>Джордж Бевіс&lt;br /&gt;</w:t>
        <w:br/>
        <w:t>Джон Голленд&lt;br /&gt;</w:t>
        <w:br/>
        <w:t>Дік, різник — прибічники— Кеда.&lt;br /&gt;</w:t>
        <w:br/>
        <w:t>Сміт, ткач&lt;br /&gt;</w:t>
        <w:br/>
        <w:t>Майкл&lt;br /&gt;</w:t>
        <w:br/>
        <w:t>Александер Айден, кентський дворянин.&lt;br /&gt;</w:t>
        <w:br/>
        <w:t>Королева Маргарита, дружина Генріха VI.&lt;br /&gt;</w:t>
        <w:br/>
        <w:t>Елеонора, герцогиня Глостереька.&lt;br /&gt;</w:t>
        <w:br/>
        <w:t>Марджері Джорден, відьма.&lt;br /&gt;</w:t>
        <w:br/>
        <w:t>Дружина Сімпкокса.&lt;br /&gt;</w:t>
        <w:br/>
        <w:t>Лорди, леді, слуги, прошчі, міські старшини, герольд, кат, шериф і сторожа,&lt;br /&gt;</w:t>
        <w:br/>
        <w:t>городяни, підмайстри, сокольники, варта, солдати, гінці та інші.&lt;br /&gt;</w:t>
        <w:br/>
        <w:t>Місце дії — Англія.</w:t>
      </w:r>
    </w:p>
    <w:p>
      <w:r>
        <w:br/>
        <w:t>ДІЯ ПЕРША&lt;br /&gt;</w:t>
        <w:br/>
        <w:t>СЦЕНА 1&lt;br /&gt;</w:t>
        <w:br/>
        <w:t>Лондон. Тронна зала в королівському палаці.&lt;br /&gt;</w:t>
        <w:br/>
        <w:t>Фанфари, потім гобої.&lt;br /&gt;</w:t>
        <w:br/>
        <w:t>З одного боку входять король Генріх, герцог Глостер, Солсбе-&lt;br /&gt;</w:t>
        <w:br/>
        <w:t>рі, Уорік та кардинал Бофорт, з другого — королева Марга-&lt;br /&gt;</w:t>
        <w:br/>
        <w:t>рита, Сеффелк, Йорк, Сомерсет, Бекінгем та інші.&lt;br /&gt;</w:t>
        <w:br/>
        <w:t>Сеффолк Владарю! Я, за повелінням вашим,&lt;br /&gt;</w:t>
        <w:br/>
        <w:t>У Франції принцесу Маргариту&lt;br /&gt;</w:t>
        <w:br/>
        <w:t>Як ваш повірений вам за дружину&lt;br /&gt;</w:t>
        <w:br/>
        <w:t>Узяв; у Турі, місті древнім, славнім,&lt;br /&gt;</w:t>
        <w:br/>
        <w:t>При королях Французькім, Сіцілійськім,&lt;br /&gt;</w:t>
        <w:br/>
        <w:t>При герцогах Бретонськім, Калабрійськім,&lt;br /&gt;</w:t>
        <w:br/>
        <w:t>І Алансонськім, й Орлеанськім; графах&lt;br /&gt;</w:t>
        <w:br/>
        <w:t>(їх сім було), дванадцятьох баронах&lt;br /&gt;</w:t>
        <w:br/>
        <w:t>І двадцятьох єпископах для вас&lt;br /&gt;</w:t>
        <w:br/>
        <w:t>Узяв я шлюб. Схиляюся смиренно,&lt;br /&gt;</w:t>
        <w:br/>
        <w:t>Хай бачать Англія й поважні пери —&lt;br /&gt;</w:t>
        <w:br/>
        <w:t>Передаю права на королеву&lt;br /&gt;</w:t>
        <w:br/>
        <w:t>До рук щонайдостойніших того,&lt;br /&gt;</w:t>
        <w:br/>
        <w:t>Чию велику тінь я зображав.&lt;br /&gt;</w:t>
        <w:br/>
        <w:t>Де дарував васал дарунок кращий?&lt;br /&gt;</w:t>
        <w:br/>
        <w:t>Де кращу королеву брав король?&lt;br /&gt;</w:t>
        <w:br/>
        <w:t>Генріх Встань, Сеффолку. Вітаю, королево!&lt;br /&gt;</w:t>
        <w:br/>
        <w:t>Найкраще виявлю свою любов&lt;br /&gt;</w:t>
        <w:br/>
        <w:t>Цілунком ніжним. Господи, що дав&lt;br /&gt;</w:t>
        <w:br/>
        <w:t>Мені життя, дай серцю щиру вдячність!&lt;br /&gt;</w:t>
        <w:br/>
        <w:t>В обличчі цім чарівнім ти явив&lt;br /&gt;</w:t>
        <w:br/>
        <w:t>Моїй душі земних розкошів світ;&lt;br /&gt;</w:t>
        <w:br/>
        <w:t>Нехай же нас кохання поєднає.&lt;br /&gt;</w:t>
        <w:br/>
        <w:t>Маргарита Великий Англії королю, славний&lt;br /&gt;</w:t>
        <w:br/>
        <w:t>Владарю, повелителю мій любий!&lt;br /&gt;</w:t>
        <w:br/>
        <w:t>Вдень і вночі, у снах і наяву,&lt;br /&gt;</w:t>
        <w:br/>
        <w:t>В оточенні вельможнім і при чотках&lt;br /&gt;</w:t>
        <w:br/>
        <w:t>Вела я з вами подумки розмову,&lt;br /&gt;</w:t>
        <w:br/>
        <w:t>Що надала одваги вас вітати&lt;br /&gt;</w:t>
        <w:br/>
        <w:t>Нехитрими словами — скласти їх&lt;br /&gt;</w:t>
        <w:br/>
        <w:t>Допомогло уму щасливе серце.&lt;br /&gt;</w:t>
        <w:br/>
        <w:t>Генріх Яка краса!.. Одначе обернула&lt;br /&gt;</w:t>
        <w:br/>
        <w:t>Ця мила мова, мудра і велична,&lt;br /&gt;</w:t>
        <w:br/>
        <w:t>Захоплення на. радість, що до сліз&lt;br /&gt;</w:t>
        <w:br/>
        <w:t>Розчулює. І серце повне втіхи!&lt;br /&gt;</w:t>
        <w:br/>
        <w:t>Тож привітайте всі мою любов.&lt;br /&gt;</w:t>
        <w:br/>
        <w:t>Всі Живи, владарко, славна Маргарито!&lt;br /&gt;</w:t>
        <w:br/>
        <w:t>Маргарита Ми вдячні всім.&lt;br /&gt;</w:t>
        <w:br/>
        <w:t>Фанфари.&lt;br /&gt;</w:t>
        <w:br/>
        <w:t>Сеффолк Протекторе шановний, зачитайте&lt;br /&gt;</w:t>
        <w:br/>
        <w:t>Усі статті угоди ось цієї,&lt;br /&gt;</w:t>
        <w:br/>
        <w:t>Що поміж нашим королем і Карлом&lt;br /&gt;</w:t>
        <w:br/>
        <w:t>Засновує півторарічний мир.&lt;br /&gt;</w:t>
        <w:br/>
        <w:t>Глостер&lt;br /&gt;</w:t>
        <w:br/>
        <w:t>(читає)&lt;br /&gt;</w:t>
        <w:br/>
        <w:t>По-перше, погоджено між королем Французьким&lt;br /&gt;</w:t>
        <w:br/>
        <w:t>Карлом та Вільямом Де-Ла-Пулем, маркізом Сеффолком, послом&lt;br /&gt;</w:t>
        <w:br/>
        <w:t>Генріха, короля Англійського, що згаданий Генріх бере за дру-&lt;br /&gt;</w:t>
        <w:br/>
        <w:t>жину принцесу Маргариту, дочку Рене, короля Неаполя, Сіцілії&lt;br /&gt;</w:t>
        <w:br/>
        <w:t>і Єрусалиму, і вінчає її королевою Англії не пізніше тридцятого&lt;br /&gt;</w:t>
        <w:br/>
        <w:t>цього травня. Далі, герцогство Анжу і графство Мен будуть звіль-&lt;br /&gt;</w:t>
        <w:br/>
        <w:t>нені від військ і передані королю, батькові її...&lt;br /&gt;</w:t>
        <w:br/>
        <w:t>Генріх Що сталось, дядьку?&lt;br /&gt;</w:t>
        <w:br/>
        <w:t>Глостер Вибачте, владарю,-&lt;br /&gt;</w:t>
        <w:br/>
        <w:t>Біль серце стис мені і потьмяніло&lt;br /&gt;</w:t>
        <w:br/>
        <w:t>В очах... Не можу я читати далі.&lt;br /&gt;</w:t>
        <w:br/>
        <w:t>Генріх Ви, дядьку Вінчестер, читайте далі.&lt;br /&gt;</w:t>
        <w:br/>
        <w:t>Кардинал&lt;br /&gt;</w:t>
        <w:br/>
        <w:t>(читає)&lt;br /&gt;</w:t>
        <w:br/>
        <w:t>Далі, між ними домовлено, що герцогство Анжу&lt;br /&gt;</w:t>
        <w:br/>
        <w:t>і графство Мен будуть звільнені від військ і передані королю,&lt;br /&gt;</w:t>
        <w:br/>
        <w:t>батькові її, а вона буде "припроваджена власним коштом короля&lt;br /&gt;</w:t>
        <w:br/>
        <w:t>Англії, без посагу".&lt;br /&gt;</w:t>
        <w:br/>
        <w:t>Генріх Ми згодні. Стань, маркізе, на коліна;&lt;br /&gt;</w:t>
        <w:br/>
        <w:t>Ти перший герцог Сеффолк відтепер.&lt;br /&gt;</w:t>
        <w:br/>
        <w:t>Прийми цей меч. А вас, кузене Йорк,&lt;br /&gt;</w:t>
        <w:br/>
        <w:t>Від регентства французького звільняєм&lt;br /&gt;</w:t>
        <w:br/>
        <w:t>На строк, в угоді вказаний. Ми вдячні&lt;br /&gt;</w:t>
        <w:br/>
        <w:t>Вам, дядьку Вінчестер, вам, лорди Глостер,&lt;br /&gt;</w:t>
        <w:br/>
        <w:t>йорк, Бекінгем, Уорік, Сомерсет&lt;br /&gt;</w:t>
        <w:br/>
        <w:t>І Солсбері, і всім, що як належить&lt;br /&gt;</w:t>
        <w:br/>
        <w:t>Ви вшанували нашу королеву.&lt;br /&gt;</w:t>
        <w:br/>
        <w:t>Ходім же. Все зробіть, щоб якнайшвидше&lt;br /&gt;</w:t>
        <w:br/>
        <w:t>її коронування відбулось.&lt;br /&gt;</w:t>
        <w:br/>
        <w:t>Король Генріх, королева Маргарита і Сеффолк виходять,&lt;br /&gt;</w:t>
        <w:br/>
        <w:t>Глостер Хоробрі пери, Англії опора,&lt;br /&gt;</w:t>
        <w:br/>
        <w:t>Вам герцог Гемфрі виповість свій жаль,&lt;br /&gt;</w:t>
        <w:br/>
        <w:t>Бо й ваш це жаль, і Англії всієї.&lt;br /&gt;</w:t>
        <w:br/>
        <w:t>Хіба не змарнував брат Генріх юність,&lt;br /&gt;</w:t>
        <w:br/>
        <w:t>Одвагу, гроші і людей на війни?&lt;br /&gt;</w:t>
        <w:br/>
        <w:t>Хіба не ночував у чистім полі,&lt;br /&gt;</w:t>
        <w:br/>
        <w:t>В зимову холоднечу й літню спеку,&lt;br /&gt;</w:t>
        <w:br/>
        <w:t>Щоб Францію відстояти — свій спадок?&lt;br /&gt;</w:t>
        <w:br/>
        <w:t>Чи не напружував брат Бедфорд розум,&lt;br /&gt;</w:t>
        <w:br/>
        <w:t>Щоб хитрістю здобуте вберегти?&lt;br /&gt;</w:t>
        <w:br/>
        <w:t>Й самі ви, Сомерсет і Бекінгем,&lt;br /&gt;</w:t>
        <w:br/>
        <w:t>Йорк мужній, Солсбері, герой Уорік,&lt;br /&gt;</w:t>
        <w:br/>
        <w:t>У Франції й Нормандії замало&lt;br /&gt;</w:t>
        <w:br/>
        <w:t>Отримали рубців? А дядько Бофорт&lt;br /&gt;</w:t>
        <w:br/>
        <w:t>І сам я з вченими людьми держави&lt;br /&gt;</w:t>
        <w:br/>
        <w:t>Не засідали з рання і до ночі,&lt;br /&gt;</w:t>
        <w:br/>
        <w:t>Не думали-гадали, не старались,&lt;br /&gt;</w:t>
        <w:br/>
        <w:t>Щоб завжди нам французи підкорялись?&lt;br /&gt;</w:t>
        <w:br/>
        <w:t>Чи не вінчали ще малям в Парижі&lt;br /&gt;</w:t>
        <w:br/>
        <w:t>Його величність ворогам на зло?..&lt;br /&gt;</w:t>
        <w:br/>
        <w:t>О пери Англії, цей шлюб — ганьба!&lt;br /&gt;</w:t>
        <w:br/>
        <w:t>Знеславить вас одруження фатальне,&lt;br /&gt;</w:t>
        <w:br/>
        <w:t>З книг пам'яті наймення постира,&lt;br /&gt;</w:t>
        <w:br/>
        <w:t>Щоб не лишилося про вас і згадки,&lt;br /&gt;</w:t>
        <w:br/>
        <w:t>Спотворить свідчення звитяг, усе&lt;br /&gt;</w:t>
        <w:br/>
        <w:t>Зруйнує, мов нічого й не було.&lt;br /&gt;</w:t>
        <w:br/>
        <w:t>Кардинал Мій небоже, чому така тривога&lt;br /&gt;</w:t>
        <w:br/>
        <w:t>І велемовність? Франція ще наша,&lt;br /&gt;</w:t>
        <w:br/>
        <w:t>Й ніколи ми її не віддамо.&lt;br /&gt;</w:t>
        <w:br/>
        <w:t>Глостер Не віддамо — якщо зумієм, дядьку,&lt;br /&gt;</w:t>
        <w:br/>
        <w:t>Але замало в нас на це надій.&lt;br /&gt;</w:t>
        <w:br/>
        <w:t>Всім заправляє герцог-новачок:&lt;br /&gt;</w:t>
        <w:br/>
        <w:t>Віддав маєтності Анжу і Меи&lt;br /&gt;</w:t>
        <w:br/>
        <w:t>Вія бідняку Рене, чий пишний сан&lt;br /&gt;</w:t>
        <w:br/>
        <w:t>Не в'яжеться з порожнім гаманцем.&lt;br /&gt;</w:t>
        <w:br/>
        <w:t>Солсбері Клянуся тим, хто смерть прийняв за всіх,&lt;br /&gt;</w:t>
        <w:br/>
        <w:t>Ті землі — від Нормандії ключі.&lt;br /&gt;</w:t>
        <w:br/>
        <w:t>Чому Уорік, син мій мужній, плаче?&lt;br /&gt;</w:t>
        <w:br/>
        <w:t>Уорік 3 жалю, що втрачено ключі тепер.&lt;br /&gt;</w:t>
        <w:br/>
        <w:t>Коли б надію мав їх повернути,&lt;br /&gt;</w:t>
        <w:br/>
        <w:t>Не сльози ллялися б, а вража кров.&lt;br /&gt;</w:t>
        <w:br/>
        <w:t>Анжу і Мен! Я землі ці здобув,&lt;br /&gt;</w:t>
        <w:br/>
        <w:t>Руками власними завоювавши,&lt;br /&gt;</w:t>
        <w:br/>
        <w:t>Й міста, що коштували ран мені,&lt;br /&gt;</w:t>
        <w:br/>
        <w:t>Зі словом миру віддано назад!&lt;br /&gt;</w:t>
        <w:br/>
        <w:t>Mort dieu! *&lt;br /&gt;</w:t>
        <w:br/>
        <w:t>Иорк Хай все лихе пізнає Сеффолк цей,&lt;br /&gt;</w:t>
        <w:br/>
        <w:t>. Що войовничий острів наш знеславив!&lt;br /&gt;</w:t>
        <w:br/>
        <w:t>Я б радше серце ворогам дав вирвать,&lt;br /&gt;</w:t>
        <w:br/>
        <w:t>Аніж на преганебну спілку цю&lt;br /&gt;</w:t>
        <w:br/>
        <w:t>Погодився. Англійські королі&lt;br /&gt;</w:t>
        <w:br/>
        <w:t>Без золота, без посагу дружин&lt;br /&gt;</w:t>
        <w:br/>
        <w:t>Не брали. Генріх же віддав своє&lt;br /&gt;</w:t>
        <w:br/>
        <w:t>Гз безприданницею одружився.&lt;br /&gt;</w:t>
        <w:br/>
        <w:t>Глостер А хто й коли подібні жарти чув:&lt;br /&gt;</w:t>
        <w:br/>
        <w:t>П'ятнадцяту частину хоче Сеффолк&lt;br /&gt;</w:t>
        <w:br/>
        <w:t>За те, що клопотавсь і віз її!&lt;br /&gt;</w:t>
        <w:br/>
        <w:t>У Франції нехай би й далі скніла,&lt;br /&gt;</w:t>
        <w:br/>
        <w:t>Аніж...&lt;br /&gt;</w:t>
        <w:br/>
        <w:t>Кардинал Ви надто розпалились, лорде Глостер,-&lt;br /&gt;</w:t>
        <w:br/>
        <w:t>Адже була це воля королева.&lt;br /&gt;</w:t>
        <w:br/>
        <w:t>Глостер Мій лорде Вінчестер, що в вас на думці,&lt;br /&gt;</w:t>
        <w:br/>
        <w:t>Я знаю. Вас не так мої слова&lt;br /&gt;</w:t>
        <w:br/>
        <w:t>Тривожать, як моя присутність тут.&lt;br /&gt;</w:t>
        <w:br/>
        <w:t>Злість визира, святеннику пихатий,&lt;br /&gt;</w:t>
        <w:br/>
        <w:t>Гнів на твоїм обличчі! Як лишуся&lt;br /&gt;</w:t>
        <w:br/>
        <w:t>Ще трохи, давню сварку знов почнем.&lt;br /&gt;</w:t>
        <w:br/>
        <w:t>Прощайте, лорди. Втратимо, кажу,&lt;br /&gt;</w:t>
        <w:br/>
        <w:t>Всю Францію, не тільки Мен й Анжу.&lt;br /&gt;</w:t>
        <w:br/>
        <w:t>(Виходить)&lt;br /&gt;</w:t>
        <w:br/>
        <w:t>Кардинал Який розлючений пішов протектор!&lt;br /&gt;</w:t>
        <w:br/>
        <w:t>Ви добре знаєте — він ворог мій,&lt;br /&gt;</w:t>
        <w:br/>
        <w:t>Та що там мій — він спільний ворог наш&lt;br /&gt;</w:t>
        <w:br/>
        <w:t>І королю, боюсь, не щирий друг.&lt;br /&gt;</w:t>
        <w:br/>
        <w:t>* Клянуся смертю господа (фр.).&lt;br /&gt;</w:t>
        <w:br/>
        <w:t>Міркуйте, лорди,— він найближчий кревний,&lt;br /&gt;</w:t>
        <w:br/>
        <w:t>Англійської корони спадкоємець.&lt;br /&gt;</w:t>
        <w:br/>
        <w:t>Якби імперію взяв Генріх з віном,&lt;br /&gt;</w:t>
        <w:br/>
        <w:t>Всі західні багаті королівства,&lt;br /&gt;</w:t>
        <w:br/>
        <w:t>Лорд був би невдоволений і цим.&lt;br /&gt;</w:t>
        <w:br/>
        <w:t>Все зважте, хай улесливі слова&lt;br /&gt;</w:t>
        <w:br/>
        <w:t>Сердець вам не вчарують, не присплять&lt;br /&gt;</w:t>
        <w:br/>
        <w:t>Вам розум. Хоч простолюд любить Гемфрі&lt;br /&gt;</w:t>
        <w:br/>
        <w:t>І зве його: "Наш добрий герцог Ґлостер!"&lt;br /&gt;</w:t>
        <w:br/>
        <w:t>В долоні плеще й голосно гукає:&lt;br /&gt;</w:t>
        <w:br/>
        <w:t>"Хай вашу світлість береже господь!&lt;br /&gt;</w:t>
        <w:br/>
        <w:t>Благословен будь, Гемфрі, герцог наш!"&lt;br /&gt;</w:t>
        <w:br/>
        <w:t>Все ж, незважаючи на цей єлей,&lt;br /&gt;</w:t>
        <w:br/>
        <w:t>Боюся, він протектор небезпечний.&lt;br /&gt;</w:t>
        <w:br/>
        <w:t>Бекінгем Та й зрештою, чого це він протектор?&lt;br /&gt;</w:t>
        <w:br/>
        <w:t>Король не хлопчик — може править сам.&lt;br /&gt;</w:t>
        <w:br/>
        <w:t>Кузене Сомерсет, прошу підтримки,&lt;br /&gt;</w:t>
        <w:br/>
        <w:t>До нас пристане герцог Сеффолк — швидко&lt;br /&gt;</w:t>
        <w:br/>
        <w:t>Ми висадимо Глостера з сідла.&lt;br /&gt;</w:t>
        <w:br/>
        <w:t>Кардинал Важлива справа зволікань не терпить,&lt;br /&gt;</w:t>
        <w:br/>
        <w:t>Тож я — до лорда Сеффолка мерщій.&lt;br /&gt;</w:t>
        <w:br/>
        <w:t>(Виходить)&lt;br /&gt;</w:t>
        <w:br/>
        <w:t>Сомерсет Кузене Бекінгем, хоч нас не тішать&lt;br /&gt;</w:t>
        <w:br/>
        <w:t>Погорда і поважний титул Гемфрі,&lt;br /&gt;</w:t>
        <w:br/>
        <w:t>Пихатого пильнуймо кардинала,&lt;br /&gt;</w:t>
        <w:br/>
        <w:t>Адже це найнестерпніший зухвалець&lt;br /&gt;</w:t>
        <w:br/>
        <w:t>Серед усіх вельмож у королівстві;&lt;br /&gt;</w:t>
        <w:br/>
        <w:t>Не Глостер буде правити, то він.&lt;br /&gt;</w:t>
        <w:br/>
        <w:t>Бекінгем Протектором ти будеш, Сомерсете,&lt;br /&gt;</w:t>
        <w:br/>
        <w:t>Чи я, на злість і Гемфрі, й кардиналу.&lt;br /&gt;</w:t>
        <w:br/>
        <w:t>Бекінгем і Сомерсет виходять.&lt;br /&gt;</w:t>
        <w:br/>
        <w:t>Солсбері Пішла пиха, за нею — честолюбство.&lt;br /&gt;</w:t>
        <w:br/>
        <w:t>В той час, як дбають про своє вони,&lt;br /&gt;</w:t>
        <w:br/>
        <w:t>Нам про державу дбати слід. Ніколи&lt;br /&gt;</w:t>
        <w:br/>
        <w:t>Не бачив я, щоб Гемфрі, герцог Глостер,&lt;br /&gt;</w:t>
        <w:br/>
        <w:t>Поводивсь, як не личить можновладцю.&lt;br /&gt;</w:t>
        <w:br/>
        <w:t>Та бачив, що пихатий кардинал&lt;br /&gt;</w:t>
        <w:br/>
        <w:t>Скоріше мов солдат, а не церковник,&lt;br /&gt;</w:t>
        <w:br/>
        <w:t>Неначе всім він пан, зарозуміло,&lt;br /&gt;</w:t>
        <w:br/>
        <w:t>По-розбишацьки лаявся, нічим&lt;br /&gt;</w:t>
        <w:br/>
        <w:t>Не схожий був на діяча держави.&lt;br /&gt;</w:t>
        <w:br/>
        <w:t>Уоріку, ти, втіхо літ моїх!&lt;br /&gt;</w:t>
        <w:br/>
        <w:t>Твої діяння, прямота, гостинність&lt;br /&gt;</w:t>
        <w:br/>
        <w:t>Тобі загальну здобули любов,'-&lt;br /&gt;</w:t>
        <w:br/>
        <w:t>Хіба що герцог Гемфрі в більшій шані.&lt;br /&gt;</w:t>
        <w:br/>
        <w:t>Мій брате Йорк, за те, що ти навів&lt;br /&gt;</w:t>
        <w:br/>
        <w:t>Належний лад в Ірландії, а ще&lt;br /&gt;</w:t>
        <w:br/>
        <w:t>За подвиги (як регент короля&lt;br /&gt;</w:t>
        <w:br/>
        <w:t>Ти їх у серці Франції здійснив)&lt;br /&gt;</w:t>
        <w:br/>
        <w:t>Тебе боїться і шанує люд.&lt;br /&gt;</w:t>
        <w:br/>
        <w:t>Єднаймось для загального добра!&lt;br /&gt;</w:t>
        <w:br/>
        <w:t>Гординю Сеффолка і кардинала&lt;br /&gt;</w:t>
        <w:br/>
        <w:t>Впокоримо, придушимо; пиху&lt;br /&gt;</w:t>
        <w:br/>
        <w:t>Вкоротим Сомерсету й Бекінгему.&lt;br /&gt;</w:t>
        <w:br/>
        <w:t>Сприяймо якомога справам Гемфрі,&lt;br /&gt;</w:t>
        <w:br/>
        <w:t>Добробут краю — ось його мета.&lt;br /&gt;</w:t>
        <w:br/>
        <w:t>Уорік Уорік богом свідчиться: добробут&lt;br /&gt;</w:t>
        <w:br/>
        <w:t>Вітчизни любої — для нього все!&lt;br /&gt;</w:t>
        <w:br/>
        <w:t>Иорк Те саме каже Йорк,&lt;br /&gt;</w:t>
        <w:br/>
        <w:t>(убік)&lt;br /&gt;</w:t>
        <w:br/>
        <w:t>і з більшим правом.&lt;br /&gt;</w:t>
        <w:br/>
        <w:t>Солсбері Спішімо та про головне подбаймо!&lt;br /&gt;</w:t>
        <w:br/>
        <w:t>Уорік О батьку, головне — це Мен, здобутий&lt;br /&gt;</w:t>
        <w:br/>
        <w:t>Моєю головою і руками;&lt;br /&gt;</w:t>
        <w:br/>
        <w:t>Його б я тільки з подихом останнім&lt;br /&gt;</w:t>
        <w:br/>
        <w:t>Віддав. Говорите про слушну мить,&lt;br /&gt;</w:t>
        <w:br/>
        <w:t>А я — про Мен; не поверну — не жить.&lt;br /&gt;</w:t>
        <w:br/>
        <w:t>Уорік і Солсбері виходять.&lt;br /&gt;</w:t>
        <w:br/>
        <w:t>Йорк Французам віддано Анжу і Мен,&lt;br /&gt;</w:t>
        <w:br/>
        <w:t>Париж утрачено, і через те&lt;br /&gt;</w:t>
        <w:br/>
        <w:t>Й Нормандія на волосинці висить.&lt;br /&gt;</w:t>
        <w:br/>
        <w:t>Уклав угоду Сеффолк, і її&lt;br /&gt;</w:t>
        <w:br/>
        <w:t>На радість Генріху схвалили пери.&lt;br /&gt;</w:t>
        <w:br/>
        <w:t>Два герцогства віддати за принцесу!&lt;br /&gt;</w:t>
        <w:br/>
        <w:t>Докори марні — що до цього їм?&lt;br /&gt;</w:t>
        <w:br/>
        <w:t>Адже вони не власне віддають.&lt;br /&gt;</w:t>
        <w:br/>
        <w:t>Так не цінують здобичі пірати,&lt;br /&gt;</w:t>
        <w:br/>
        <w:t>Повіям роздають, купують друзів,&lt;br /&gt;</w:t>
        <w:br/>
        <w:t>Як лорди, бенкетують, поки все&lt;br /&gt;</w:t>
        <w:br/>
        <w:t>Не спустять, а господар бідолашний&lt;br /&gt;</w:t>
        <w:br/>
        <w:t>Оплакує добро, ламає руки,&lt;br /&gt;</w:t>
        <w:br/>
        <w:t>Хитає головою і тремтить:&lt;br /&gt;</w:t>
        <w:br/>
        <w:t>Грабують, ділять все, а він свого,&lt;br /&gt;</w:t>
        <w:br/>
        <w:t>Рокований на голод, не торкнеться.&lt;br /&gt;</w:t>
        <w:br/>
        <w:t>І Йорк страждає так, язик кусає —&lt;br /&gt;</w:t>
        <w:br/>
        <w:t>Його земля з торгів іде. Англійське,&lt;br /&gt;</w:t>
        <w:br/>
        <w:t>Французьке та Ірландське королівства&lt;br /&gt;</w:t>
        <w:br/>
        <w:t>Так увійшли у плоть мою і кров,&lt;br /&gt;</w:t>
        <w:br/>
        <w:t>Як той вогонь Алфеї, що, поліно&lt;br /&gt;</w:t>
        <w:br/>
        <w:t>Пожерши, з'їв і серце Мелеагра.&lt;br /&gt;</w:t>
        <w:br/>
        <w:t>Французам віддано Анжу і Мен!&lt;br /&gt;</w:t>
        <w:br/>
        <w:t>Це вість гірка — на Францію надіявсь,&lt;br /&gt;</w:t>
        <w:br/>
        <w:t>Як на англійську землю благодатну.&lt;br /&gt;</w:t>
        <w:br/>
        <w:t>Час прийде — йорк доможеться свого.&lt;br /&gt;</w:t>
        <w:br/>
        <w:t>До Невілів пристану і любов&lt;br /&gt;</w:t>
        <w:br/>
        <w:t>До Гемфрі зображу, а при нагоді&lt;br /&gt;</w:t>
        <w:br/>
        <w:t>Й корони добиватимусь. Давно&lt;br /&gt;</w:t>
        <w:br/>
        <w:t>Націливсь я на золоту мішень!&lt;br /&gt;</w:t>
        <w:br/>
        <w:t>Ланкастер прав моїх не загребе,&lt;br /&gt;</w:t>
        <w:br/>
        <w:t>Не вдержить скіпетра в руці дитячій,&lt;br /&gt;</w:t>
        <w:br/>
        <w:t>Не зносить діадеми на чолі,&lt;br /&gt;</w:t>
        <w:br/>
        <w:t>Він не володар швидше, а церковник.&lt;br /&gt;</w:t>
        <w:br/>
        <w:t>Тож, Йорку, крийсь до певної пори,&lt;br /&gt;</w:t>
        <w:br/>
        <w:t>Стеж і пильнуй, коли всі інші сплять,&lt;br /&gt;</w:t>
        <w:br/>
        <w:t>В державні таємниці проникай;&lt;br /&gt;</w:t>
        <w:br/>
        <w:t>Коли ж насититься любов'ю Генріх&lt;br /&gt;</w:t>
        <w:br/>
        <w:t>З дружиною занадто дорогою,&lt;br /&gt;</w:t>
        <w:br/>
        <w:t>А Гемфрі з перами у чвари вгрузнуть,-&lt;br /&gt;</w:t>
        <w:br/>
        <w:t>Молочно-білу підніму троянду,&lt;br /&gt;</w:t>
        <w:br/>
        <w:t>Яка повітря пахощами сповнить,&lt;br /&gt;</w:t>
        <w:br/>
        <w:t>Герб Йорка на знамені понесу,&lt;br /&gt;</w:t>
        <w:br/>
        <w:t>З Ланкастерами у бою зітнуся&lt;br /&gt;</w:t>
        <w:br/>
        <w:t>І змушу Генріха віддать вінець!&lt;br /&gt;</w:t>
        <w:br/>
        <w:t>В його правлінні — Англії кінець.&lt;br /&gt;</w:t>
        <w:br/>
        <w:t>(Виходить)&lt;br /&gt;</w:t>
        <w:br/>
        <w:t>СЦЕНА 2&lt;br /&gt;</w:t>
        <w:br/>
        <w:t>Кімната в домі герцога Глостера.&lt;br /&gt;</w:t>
        <w:br/>
        <w:t>Входять Гемфрі І його дружина Елеонора, герцогиня Глостерська.&lt;br /&gt;</w:t>
        <w:br/>
        <w:t>Герцогиня Чом голову схилив мій муж, мов колос&lt;br /&gt;</w:t>
        <w:br/>
        <w:t>Під щедрим тягарем Церери? Чом&lt;br /&gt;</w:t>
        <w:br/>
        <w:t>Не радий світові і супить брови&lt;br /&gt;</w:t>
        <w:br/>
        <w:t>Великий герцог Гемфрі? І чого&lt;br /&gt;</w:t>
        <w:br/>
        <w:t>Вп'яв сумно очі в землю й зосередивсь&lt;br /&gt;</w:t>
        <w:br/>
        <w:t>На тім, що наче тьмарить зір йому?&lt;br /&gt;</w:t>
        <w:br/>
        <w:t>Що бачиш? Генріхову діадему&lt;br /&gt;</w:t>
        <w:br/>
        <w:t>В оправі найпочеснішій у світі?&lt;br /&gt;</w:t>
        <w:br/>
        <w:t>Ну, хмурся, голову схиляй — вінець&lt;br /&gt;</w:t>
        <w:br/>
        <w:t>Сам з'явиться у тебе на чолі.&lt;br /&gt;</w:t>
        <w:br/>
        <w:t>Ти до корони руку простягни.&lt;br /&gt;</w:t>
        <w:br/>
        <w:t>Що, закоротка? Простягну й свою,&lt;br /&gt;</w:t>
        <w:br/>
        <w:t>Вдвох знімемо оздобу золоту,&lt;br /&gt;</w:t>
        <w:br/>
        <w:t>Зведем до неба очі і ніколи&lt;br /&gt;</w:t>
        <w:br/>
        <w:t>Додолу не опустимо, землі&lt;br /&gt;</w:t>
        <w:br/>
        <w:t>Найменшим поглядом не удостоїм.&lt;br /&gt;</w:t>
        <w:br/>
        <w:t>Глостер О Нелл, чарівна Нелл! Як любиш мужа,&lt;br /&gt;</w:t>
        <w:br/>
        <w:t>Черву думок пихатих прожени;&lt;br /&gt;</w:t>
        <w:br/>
        <w:t>Як Генріхові я лихе намислю,&lt;br /&gt;</w:t>
        <w:br/>
        <w:t>Племіннику й володарю моєму,&lt;br /&gt;</w:t>
        <w:br/>
        <w:t>Нехай із думкою цією прийде&lt;br /&gt;</w:t>
        <w:br/>
        <w:t>У І смерть. Який-бо сон лихий я бачив!&lt;br /&gt;</w:t>
        <w:br/>
        <w:t>Герцогиня Сон? Розкажи, і я розвію смуток,&lt;br /&gt;</w:t>
        <w:br/>
        <w:t>Свій вранішній приємний сон згадавши.&lt;br /&gt;</w:t>
        <w:br/>
        <w:t>Глостер Немов цей жезл, ознаку влади, хтось&lt;br /&gt;</w:t>
        <w:br/>
        <w:t>Переламав (не пам'ятаю, хто,&lt;br /&gt;</w:t>
        <w:br/>
        <w:t>Але, гадаю, був то кардинал),&lt;br /&gt;</w:t>
        <w:br/>
        <w:t>: І голови стирчали на уламках г-&lt;br /&gt;</w:t>
        <w:br/>
        <w:t>Збулись їх герцог Едмунд Сомерсет&lt;br /&gt;</w:t>
        <w:br/>
        <w:t>І герцог Сеффолк, Вільям Де-Ла-Пуль.&lt;br /&gt;</w:t>
        <w:br/>
        <w:t>Бог відає, що сон такий віщує...&lt;br /&gt;</w:t>
        <w:br/>
        <w:t>Герцогиня Облиш! Він означає тільки те,&lt;br /&gt;</w:t>
        <w:br/>
        <w:t>Що як в гаю твоїм хтось зломить прутик,&lt;br /&gt;</w:t>
        <w:br/>
        <w:t>То збудеться, зухвалець, голови.&lt;br /&gt;</w:t>
        <w:br/>
        <w:t>Тепер послухай, герцогу мій любий;&lt;br /&gt;</w:t>
        <w:br/>
        <w:t>Мені ж наснилось, наче я сиділа&lt;br /&gt;</w:t>
        <w:br/>
        <w:t>На троні у Вестмінстерському храмі,&lt;br /&gt;</w:t>
        <w:br/>
        <w:t>Де королів і королев вінчають,&lt;br /&gt;</w:t>
        <w:br/>
        <w:t>І Генріх з Маргаритою уклінно&lt;br /&gt;</w:t>
        <w:br/>
        <w:t>Мені вінець поклали на чоло.&lt;br /&gt;</w:t>
        <w:br/>
        <w:t>Глостер Елеоноро, висварити мушу&lt;br /&gt;</w:t>
        <w:br/>
        <w:t>Тебе, зарозумілу ще й лиху;&lt;br /&gt;</w:t>
        <w:br/>
        <w:t>Чи ти не друга дама в королівстві&lt;br /&gt;</w:t>
        <w:br/>
        <w:t>1 не протектора дружина люба?&lt;br /&gt;</w:t>
        <w:br/>
        <w:t>Чи не для тебе всі утіхи світу,&lt;br /&gt;</w:t>
        <w:br/>
        <w:t>Аби ти тільки здумала про них?&lt;br /&gt;</w:t>
        <w:br/>
        <w:t>І хочеться тобі кувати зраду,&lt;br /&gt;</w:t>
        <w:br/>
        <w:t>Щоб чоловіка скинути й себе&lt;br /&gt;</w:t>
        <w:br/>
        <w:t>З вершини до ганебного підніжжя?&lt;br /&gt;</w:t>
        <w:br/>
        <w:t>Іди собі, не хочу далі слухать.&lt;br /&gt;</w:t>
        <w:br/>
        <w:t>Герцогиня За що, мій лорде? Через сон якийсь&lt;br /&gt;</w:t>
        <w:br/>
        <w:t>Так гнівитеся на Елеонору?&lt;br /&gt;</w:t>
        <w:br/>
        <w:t>Що ж, сни таїтиму в собі й не буду&lt;br /&gt;</w:t>
        <w:br/>
        <w:t>Насварена.&lt;br /&gt;</w:t>
        <w:br/>
        <w:t>Глостер Ну, не гнівись,— я знов полагіднів.&lt;br /&gt;</w:t>
        <w:br/>
        <w:t>Входить гонець.&lt;br /&gt;</w:t>
        <w:br/>
        <w:t>Гонець Протекторе шановний, наш владар&lt;br /&gt;</w:t>
        <w:br/>
        <w:t>Вас бачити в Сент-Олбенсі хотів би,-&lt;br /&gt;</w:t>
        <w:br/>
        <w:t>Там буде полювання королівське.&lt;br /&gt;</w:t>
        <w:br/>
        <w:t>Глостер Іду. Ходімо, Нелл. Чи ти за нами?&lt;br /&gt;</w:t>
        <w:br/>
        <w:t>Герцогиня Так, любий, я слідом за вами їду.&lt;br /&gt;</w:t>
        <w:br/>
        <w:t>Глостер і гонець виходять.&lt;br /&gt;</w:t>
        <w:br/>
        <w:t>Йти мушу не попереду — слідом,&lt;br /&gt;</w:t>
        <w:br/>
        <w:t>Коли такі думки нікчемні в Гемфрі.&lt;br /&gt;</w:t>
        <w:br/>
        <w:t>Та бувши королю найближчим кревним,&lt;br /&gt;</w:t>
        <w:br/>
        <w:t>Я спотикання камені змела б&lt;br /&gt;</w:t>
        <w:br/>
        <w:t>І шлях по обезглавлених тілах&lt;br /&gt;</w:t>
        <w:br/>
        <w:t>Проклала б. Жінка я, та не слабка,&lt;br /&gt;</w:t>
        <w:br/>
        <w:t>Щоб роль зіграти на кону Фортуни.&lt;br /&gt;</w:t>
        <w:br/>
        <w:t>Гей, де ти там? Сер Джон! Та не лякайсь,&lt;br /&gt;</w:t>
        <w:br/>
        <w:t>Ми наодинці тут, лиш ти і я.&lt;br /&gt;</w:t>
        <w:br/>
        <w:t>Входить Ю м.&lt;br /&gt;</w:t>
        <w:br/>
        <w:t>Юм Хай береже господь величність вашу!&lt;br /&gt;</w:t>
        <w:br/>
        <w:t>Герцогиня Що кажеш ти? Величність? Я — лиш милість.&lt;br /&gt;</w:t>
        <w:br/>
        <w:t>Юм Та милість бога і поради Юма&lt;br /&gt;</w:t>
        <w:br/>
        <w:t>Підвищать, ваша милість, титул ваш.&lt;br /&gt;</w:t>
        <w:br/>
        <w:t>Герцогиня Що кажеш, чоловіче? Радивсь ти&lt;br /&gt;</w:t>
        <w:br/>
        <w:t>З Марджері Джорден, відьмою старою,&lt;br /&gt;</w:t>
        <w:br/>
        <w:t>Та Болінгброком, першим чаклуном?&lt;br /&gt;</w:t>
        <w:br/>
        <w:t>І згодились вони допомогти?&lt;br /&gt;</w:t>
        <w:br/>
        <w:t>Юм Так, обіцяли показати вам&lt;br /&gt;</w:t>
        <w:br/>
        <w:t>Із-під землі покликаного духа,&lt;br /&gt;</w:t>
        <w:br/>
        <w:t>Він відповість на всі ті запитання,&lt;br /&gt;</w:t>
        <w:br/>
        <w:t>Які йому поставить ваша милість.&lt;br /&gt;</w:t>
        <w:br/>
        <w:t>Герцогиня Гаразд, я запитання обміркую.&lt;br /&gt;</w:t>
        <w:br/>
        <w:t>Приїдемо з Сент-Олбенса й тоді&lt;br /&gt;</w:t>
        <w:br/>
        <w:t>Побачимо, як здійсниться це все.&lt;br /&gt;</w:t>
        <w:br/>
        <w:t>Ось, Юме, нагорода — на, розважся&lt;br /&gt;</w:t>
        <w:br/>
        <w:t>Зі спільниками в справі цій важливій.&lt;br /&gt;</w:t>
        <w:br/>
        <w:t>Герцогиня виходить.&lt;br /&gt;</w:t>
        <w:br/>
        <w:t>Юм Повеселюсь на гроші герцогині,&lt;br /&gt;</w:t>
        <w:br/>
        <w:t>Ще й як! Але... Стривай-но, сер Джон Юм.&lt;br /&gt;</w:t>
        <w:br/>
        <w:t>Стули уста й ні слова, тільки — цить!&lt;br /&gt;</w:t>
        <w:br/>
        <w:t>Все вимагає тиші, таїни.&lt;br /&gt;</w:t>
        <w:br/>
        <w:t>Елеонора золото за відьму&lt;br /&gt;</w:t>
        <w:br/>
        <w:t>Дала — його ж я взяв би і за чорта.&lt;br /&gt;</w:t>
        <w:br/>
        <w:t>Та золото пливе ще й з інших рук.&lt;br /&gt;</w:t>
        <w:br/>
        <w:t>Сказати страшно — все ж хоч сам собі&lt;br /&gt;</w:t>
        <w:br/>
        <w:t>По щирості признаюсь: кардинал&lt;br /&gt;</w:t>
        <w:br/>
        <w:t>І Сеффолк, новоспечений наш герцог,&lt;br /&gt;</w:t>
        <w:br/>
        <w:t>Пиху Елеонори врахувавши,&lt;br /&gt;</w:t>
        <w:br/>
        <w:t>Мене її підбити найняли&lt;br /&gt;</w:t>
        <w:br/>
        <w:t>На чародійство це, для неї згубне.&lt;br /&gt;</w:t>
        <w:br/>
        <w:t>Хоч кажуть: "Шахраю навіщо й маклер?" —&lt;br /&gt;</w:t>
        <w:br/>
        <w:t>Я Сеффолків і кардиналів маклер.&lt;br /&gt;</w:t>
        <w:br/>
        <w:t>Цить, Юме, цить, бо ти ще скажеш: "Сеффолк&lt;br /&gt;</w:t>
        <w:br/>
        <w:t>І кардинал — два спритні шахраї".&lt;br /&gt;</w:t>
        <w:br/>
        <w:t>А втім — це правда. Ох, боюсь, що врешті&lt;br /&gt;</w:t>
        <w:br/>
        <w:t>Крутійство Юма згубить герцогиню,&lt;br /&gt;</w:t>
        <w:br/>
        <w:t>А через неї й герцог упаде.&lt;br /&gt;</w:t>
        <w:br/>
        <w:t>Мене ж за все винагорода жде.&lt;br /&gt;</w:t>
        <w:br/>
        <w:t>(Виходить)&lt;br /&gt;</w:t>
        <w:br/>
        <w:t>СЦЕНА З&lt;br /&gt;</w:t>
        <w:br/>
        <w:t>Лондон. Кімната в палаці.&lt;br /&gt;</w:t>
        <w:br/>
        <w:t>Входять прохачі, серед них Пітер, підмайстер зброяра.&lt;br /&gt;</w:t>
        <w:br/>
        <w:t>1-й прохач Панове, станьмо ближче. Лорд-протектор&lt;br /&gt;</w:t>
        <w:br/>
        <w:t>от-от має тут пройти; тоді ми й подамо йому наші супліки.&lt;br /&gt;</w:t>
        <w:br/>
        <w:t>2-й прохач Нехай же бог його боронить, добродійника! Хай&lt;br /&gt;</w:t>
        <w:br/>
        <w:t>господь його благословить!&lt;br /&gt;</w:t>
        <w:br/>
        <w:t>Входять Сеффолк і королева Маргарита.&lt;br /&gt;</w:t>
        <w:br/>
        <w:t>1-й прохач Це, здається, він, і королева з ним. Підійду&lt;br /&gt;</w:t>
        <w:br/>
        <w:t>перший.&lt;br /&gt;</w:t>
        <w:br/>
        <w:t>2-й прохач Назад, дурню! Це ж герцог Сеффолк, а зовсім&lt;br /&gt;</w:t>
        <w:br/>
        <w:t>не лорд-протектор.&lt;br /&gt;</w:t>
        <w:br/>
        <w:t>Сеффолк Що, друже, ти чогось від мене хочеш?&lt;br /&gt;</w:t>
        <w:br/>
        <w:t>1-й прохач Перепрошую, мілорде, я подумав, що ви —&lt;br /&gt;</w:t>
        <w:br/>
        <w:t>лорд-протектор.&lt;br /&gt;</w:t>
        <w:br/>
        <w:t>Маргарита&lt;br /&gt;</w:t>
        <w:br/>
        <w:t>(читає)&lt;br /&gt;</w:t>
        <w:br/>
        <w:t>"Лорду-протектору". То у вас прохання до його&lt;br /&gt;</w:t>
        <w:br/>
        <w:t>милості? Дай-но гляну. Ти про що?&lt;br /&gt;</w:t>
        <w:br/>
        <w:t>1-й прохач У мене, якщо ваша ласка, скарга на Джона&lt;br /&gt;</w:t>
        <w:br/>
        <w:t>Гудмена, слугу пана кардинала; він забрав у мене будинок, і зем-&lt;br /&gt;</w:t>
        <w:br/>
        <w:t>лі, й жінку — все.&lt;br /&gt;</w:t>
        <w:br/>
        <w:t>Сеффолк І жінку? Це й справді прикро. А ти про що?&lt;br /&gt;</w:t>
        <w:br/>
        <w:t>Що тут?&lt;br /&gt;</w:t>
        <w:br/>
        <w:t>(Читає)&lt;br /&gt;</w:t>
        <w:br/>
        <w:t>"На герцога Сеффолка, що обгородив громадські вигони в Мел-&lt;br /&gt;</w:t>
        <w:br/>
        <w:t>форді". Що це означає, шановний пройдисвіте?&lt;br /&gt;</w:t>
        <w:br/>
        <w:t>2-й прохач Ох, пане, я лише бідний прохач від усього&lt;br /&gt;</w:t>
        <w:br/>
        <w:t>нашого міста.&lt;br /&gt;</w:t>
        <w:br/>
        <w:t>Пітер&lt;br /&gt;</w:t>
        <w:br/>
        <w:t>(подаючи скаргу)&lt;br /&gt;</w:t>
        <w:br/>
        <w:t>Скарга на господаря мого, Томаса Горнера, що&lt;br /&gt;</w:t>
        <w:br/>
        <w:t>сказав, буцімто герцог Йорк — законний спадкоємець корони.&lt;br /&gt;</w:t>
        <w:br/>
        <w:t>Маргарита Що таке? Герцог Иорк сказав, ніби він закон-&lt;br /&gt;</w:t>
        <w:br/>
        <w:t>ний спадкоємець корони?&lt;br /&gt;</w:t>
        <w:br/>
        <w:t>Пітер Хто? Мій господар? Ні, далебі, ні. Мій господар&lt;br /&gt;</w:t>
        <w:br/>
        <w:t>сказав, буцімто герцог Иорк — спадкоємець, а король — загарбник&lt;br /&gt;</w:t>
        <w:br/>
        <w:t>престолу.&lt;br /&gt;</w:t>
        <w:br/>
        <w:t>Сеффолк Гей, хто там?&lt;br /&gt;</w:t>
        <w:br/>
        <w:t>Входять слуги.&lt;br /&gt;</w:t>
        <w:br/>
        <w:t>Візьміть цього молодця і негайно приведіть під вартою його&lt;br /&gt;</w:t>
        <w:br/>
        <w:t>господаря.&lt;br /&gt;</w:t>
        <w:br/>
        <w:t>(До Пітера)&lt;br /&gt;</w:t>
        <w:br/>
        <w:t>Розкажеш усе докладно при королі.&lt;br /&gt;</w:t>
        <w:br/>
        <w:t>Слуги з Пітером виходять.&lt;br /&gt;</w:t>
        <w:br/>
        <w:t>Маргарита А щодо вас, любителів протекцій&lt;br /&gt;</w:t>
        <w:br/>
        <w:t>І захисту протекторових крил,-&lt;br /&gt;</w:t>
        <w:br/>
        <w:t>Ідіть і знов пишіть йому супліки.&lt;br /&gt;</w:t>
        <w:br/>
        <w:t>(Рве петиції)&lt;br /&gt;</w:t>
        <w:br/>
        <w:t>Негідники! Геть! Сеффолку, женіть їх.&lt;br /&gt;</w:t>
        <w:br/>
        <w:t>Всі Ходім, ходім відціль.&lt;br /&gt;</w:t>
        <w:br/>
        <w:t>Прохачі виходять.&lt;br /&gt;</w:t>
        <w:br/>
        <w:t>Маргарита Мій лорде Сеффолк, що це за манери&lt;br /&gt;</w:t>
        <w:br/>
        <w:t>И звичаї при англійському дворі?&lt;br /&gt;</w:t>
        <w:br/>
        <w:t>Так правлять на Британських островах&lt;br /&gt;</w:t>
        <w:br/>
        <w:t>І поважають владу короля?&lt;br /&gt;</w:t>
        <w:br/>
        <w:t>Що, й далі Генріх буде підопічним,&lt;br /&gt;</w:t>
        <w:br/>
        <w:t>А кермуватиме понурий Глостер?&lt;br /&gt;</w:t>
        <w:br/>
        <w:t>Я, титулом і правом королева,&lt;br /&gt;</w:t>
        <w:br/>
        <w:t>Коритись маю герцогові? Ні!&lt;br /&gt;</w:t>
        <w:br/>
        <w:t>Знай, герцогу: як ти у славнім Турі&lt;br /&gt;</w:t>
        <w:br/>
        <w:t>Бивсь на турнірі за мою любов&lt;br /&gt;</w:t>
        <w:br/>
        <w:t>І полонив серця французьких дам,&lt;br /&gt;</w:t>
        <w:br/>
        <w:t>Гадала я, що Генріх теж, як ти,-&lt;br /&gt;</w:t>
        <w:br/>
        <w:t>Відважний, і галантний, і ставний.&lt;br /&gt;</w:t>
        <w:br/>
        <w:t>Та він до святості душею прагне,&lt;br /&gt;</w:t>
        <w:br/>
        <w:t>Відлічує на чотках молитви,&lt;br /&gt;</w:t>
        <w:br/>
        <w:t>його бійці — апостоли й пророки,&lt;br /&gt;</w:t>
        <w:br/>
        <w:t>А зброя — вислови з духовних книг.&lt;br /&gt;</w:t>
        <w:br/>
        <w:t>Його арена — келія затишна,&lt;br /&gt;</w:t>
        <w:br/>
        <w:t>Його любов —— ікони. Як на мене,&lt;br /&gt;</w:t>
        <w:br/>
        <w:t>його б годилось папою обрати,&lt;br /&gt;</w:t>
        <w:br/>
        <w:t>До Рима відпровадити мерщій&lt;br /&gt;</w:t>
        <w:br/>
        <w:t>Та увінчать чоло вінцем потрійним —&lt;br /&gt;</w:t>
        <w:br/>
        <w:t>Було б це святості його достойно.&lt;br /&gt;</w:t>
        <w:br/>
        <w:t>' Сеффолк Потерпіть, володарко. Я сюди&lt;br /&gt;</w:t>
        <w:br/>
        <w:t>Привіз вас, тож і докладу зусиль,&lt;br /&gt;</w:t>
        <w:br/>
        <w:t>Щоб в Англії вам радісно жилося.&lt;br /&gt;</w:t>
        <w:br/>
        <w:t>Маргарита Тут, крім протектора, ще Бофорт — владний&lt;br /&gt;</w:t>
        <w:br/>
        <w:t>Церковник; Сомерсет і Бекінгем,&lt;br /&gt;</w:t>
        <w:br/>
        <w:t>Йорк буркотливий. І найменший з них&lt;br /&gt;</w:t>
        <w:br/>
        <w:t>Сильніший в Англії від короля.&lt;br /&gt;</w:t>
        <w:br/>
        <w:t>, Сеффолк Та з них найдужчий має менше сили,&lt;br /&gt;</w:t>
        <w:br/>
        <w:t>Ніж мають Невіли в країні цій.&lt;br /&gt;</w:t>
        <w:br/>
        <w:t>Уорік, Солсбері — не прості пери.&lt;br /&gt;</w:t>
        <w:br/>
        <w:t>Маргарита Але мене дратує більш за всіх&lt;br /&gt;</w:t>
        <w:br/>
        <w:t>Протектора дружина гордовита.&lt;br /&gt;</w:t>
        <w:br/>
        <w:t>Так лине між придворних дам, немов&lt;br /&gt;</w:t>
        <w:br/>
        <w:t>Імператриця, а не герцогиня;&lt;br /&gt;</w:t>
        <w:br/>
        <w:t>Чужинці дивляться на неї, мов'&lt;br /&gt;</w:t>
        <w:br/>
        <w:t>На королеву; носить иа собі&lt;br /&gt;</w:t>
        <w:br/>
        <w:t>Усі прибутки Гемфрі, зневажає&lt;br /&gt;</w:t>
        <w:br/>
        <w:t>За бідність нас,— і як їй не помститись?&lt;br /&gt;</w:t>
        <w:br/>
        <w:t>Глумлива ця негідниця безрідна&lt;br /&gt;</w:t>
        <w:br/>
        <w:t>Якось хвалилась між своїх лакуз,&lt;br /&gt;</w:t>
        <w:br/>
        <w:t>Що шлейф її найгіршого вбрання&lt;br /&gt;</w:t>
        <w:br/>
        <w:t>Дорожчий був за ціле королівство&lt;br /&gt;</w:t>
        <w:br/>
        <w:t>Рене, мого татуся, поки Сеффолк&lt;br /&gt;</w:t>
        <w:br/>
        <w:t>Не дав йому два графства за дочку.&lt;br /&gt;</w:t>
        <w:br/>
        <w:t>Сеффолк Владарко, я зловлю її на клей:&lt;br /&gt;</w:t>
        <w:br/>
        <w:t>Зібрав такий знадливий хор пташок,&lt;br /&gt;</w:t>
        <w:br/>
        <w:t>Що прилетить вона пісень послухать&lt;br /&gt;</w:t>
        <w:br/>
        <w:t>І вже не зніметься тривожить вас.&lt;br /&gt;</w:t>
        <w:br/>
        <w:t>її облиште, слухайте мене —&lt;br /&gt;</w:t>
        <w:br/>
        <w:t>Наважуюсь вам радити. Хоч ми&lt;br /&gt;</w:t>
        <w:br/>
        <w:t>І недолюблюємо кардинала,&lt;br /&gt;</w:t>
        <w:br/>
        <w:t>Все ж мусим з ним і з лордами єднатись,&lt;br /&gt;</w:t>
        <w:br/>
        <w:t>Аж поки герцог Гемфрі не впаде.&lt;br /&gt;</w:t>
        <w:br/>
        <w:t>А щодо Йорка, то недавня скарга&lt;br /&gt;</w:t>
        <w:br/>
        <w:t>Навряд щоб користь принесла йому.&lt;br /&gt;</w:t>
        <w:br/>
        <w:t>Так викорінимо по черзі всіх,&lt;br /&gt;</w:t>
        <w:br/>
        <w:t>І владно станете ви до керма.&lt;br /&gt;</w:t>
        <w:br/>
        <w:t>Входять король Генріх та Йоркі Сомерсет, розмовляючи між со-&lt;br /&gt;</w:t>
        <w:br/>
        <w:t>бою, а також герцог Глостер із герцогинею, кардинал Б о —&lt;br /&gt;</w:t>
        <w:br/>
        <w:t>форт, Бекінгем, Солсбері, Уорік.&lt;br /&gt;</w:t>
        <w:br/>
        <w:t>Генріх Однаково, чи Йорк, чи Сомерсет,-&lt;br /&gt;</w:t>
        <w:br/>
        <w:t>І той, і той мене задовольняє.&lt;br /&gt;</w:t>
        <w:br/>
        <w:t>Йорк Як Йорк у Франції погано правив,&lt;br /&gt;</w:t>
        <w:br/>
        <w:t>Нехай відмовлять в регентстві йому.&lt;br /&gt;</w:t>
        <w:br/>
        <w:t>Сомерсет Коли того не гідний Сомерсет,&lt;br /&gt;</w:t>
        <w:br/>
        <w:t>йорк буде регентом — я поступлюсь.&lt;br /&gt;</w:t>
        <w:br/>
        <w:t>Уорік Якщо, можливо, й гідна ваша милість,&lt;br /&gt;</w:t>
        <w:br/>
        <w:t>Все ж безсумнівно, що гідніший Йорк.&lt;br /&gt;</w:t>
        <w:br/>
        <w:t>Кардинал Помовч, Уоріку, хай вищі скажуть!&lt;br /&gt;</w:t>
        <w:br/>
        <w:t>Уорік В бою за мене кардинал не вищий.&lt;br /&gt;</w:t>
        <w:br/>
        <w:t>Бекінгем Уоріку, тут всі за тебе вищі.&lt;br /&gt;</w:t>
        <w:br/>
        <w:t>Уорік Але Уорік може стать найвищим.&lt;br /&gt;</w:t>
        <w:br/>
        <w:t>Солсбері Спокійно, сину! Лорде Бекінгем,&lt;br /&gt;</w:t>
        <w:br/>
        <w:t>У чому ж перевага Сомерсета?&lt;br /&gt;</w:t>
        <w:br/>
        <w:t>Маргарита У тім, що так завгодно королю.&lt;br /&gt;</w:t>
        <w:br/>
        <w:t>Глостер Владарко, виріс вже король і може&lt;br /&gt;</w:t>
        <w:br/>
        <w:t>Судити сам. Це не жіноча справа.&lt;br /&gt;</w:t>
        <w:br/>
        <w:t>Маргарита Як виріс він, що змушує вас бути&lt;br /&gt;</w:t>
        <w:br/>
        <w:t>Протектором величності його?&lt;br /&gt;</w:t>
        <w:br/>
        <w:t>Глостер Володарко, протектор я країни;&lt;br /&gt;</w:t>
        <w:br/>
        <w:t>Звелить король — і я лишу посаду.&lt;br /&gt;</w:t>
        <w:br/>
        <w:t>Сеффолк Лиши, а ще свого зухвальства збудься.&lt;br /&gt;</w:t>
        <w:br/>
        <w:t>Відколи ти король (хіба ж не правда?),&lt;br /&gt;</w:t>
        <w:br/>
        <w:t>Країна до загину йде щодня,&lt;br /&gt;</w:t>
        <w:br/>
        <w:t>Дофін за морем нас перемагає,&lt;br /&gt;</w:t>
        <w:br/>
        <w:t>Всі пери й знатні люди королівства,&lt;br /&gt;</w:t>
        <w:br/>
        <w:t>Немов раби, у тебе під п'ятою.&lt;br /&gt;</w:t>
        <w:br/>
        <w:t>Кардинал Ти виснажив простолюд і несито&lt;br /&gt;</w:t>
        <w:br/>
        <w:t>Всі скрині духівництва обібрав.&lt;br /&gt;</w:t>
        <w:br/>
        <w:t>Сомерсет Твої палаци, шати герцогині&lt;br /&gt;</w:t>
        <w:br/>
        <w:t>Немало коштують скарбниці нашій.&lt;br /&gt;</w:t>
        <w:br/>
        <w:t>Бекінгем Твоя жорстокість при каранні винних,&lt;br /&gt;</w:t>
        <w:br/>
        <w:t>Що міру перевищила закону,&lt;br /&gt;</w:t>
        <w:br/>
        <w:t>Передає тебе у власть закону.&lt;br /&gt;</w:t>
        <w:br/>
        <w:t>Маргарита Ти торгував у Франції містами&lt;br /&gt;</w:t>
        <w:br/>
        <w:t>Й посадами; підтвердиться підозра —&lt;br /&gt;</w:t>
        <w:br/>
        <w:t>Тоді покрутишся без голови.&lt;br /&gt;</w:t>
        <w:br/>
        <w:t>Глостер виходить.&lt;br /&gt;</w:t>
        <w:br/>
        <w:t>(Впускає віяло)&lt;br /&gt;</w:t>
        <w:br/>
        <w:t>Дай віяло! Що, кралечко, не можеш?&lt;br /&gt;</w:t>
        <w:br/>
        <w:t>(Дає герцогині ляпаса)&lt;br /&gt;</w:t>
        <w:br/>
        <w:t>Ох, вибачте, мадам. Це ви були?&lt;br /&gt;</w:t>
        <w:br/>
        <w:t>Герцогиня Так, я! Якби, чужинко гордовита,&lt;br /&gt;</w:t>
        <w:br/>
        <w:t>Я нігтями лиця твого дістала,&lt;br /&gt;</w:t>
        <w:br/>
        <w:t>Там написала б заповідей десять!&lt;br /&gt;</w:t>
        <w:br/>
        <w:t>Генріх Це ж мимохіть вона, тітусю люба!&lt;br /&gt;</w:t>
        <w:br/>
        <w:t>Герцогиня Еге ж!.. Королю, зваж; тебе сповиє&lt;br /&gt;</w:t>
        <w:br/>
        <w:t>Вона, щоб бавитись, немов дитям.&lt;br /&gt;</w:t>
        <w:br/>
        <w:t>Але дарма: хоч править тут спідниця,&lt;br /&gt;</w:t>
        <w:br/>
        <w:t>Мене ніхто безкарно не образить.&lt;br /&gt;</w:t>
        <w:br/>
        <w:t>(Виходить)&lt;br /&gt;</w:t>
        <w:br/>
        <w:t>Бекінгем Я слідом, пане кардинал. Простежу,&lt;br /&gt;</w:t>
        <w:br/>
        <w:t>Що робить Гемфрі. Збуджена вона,&lt;br /&gt;</w:t>
        <w:br/>
        <w:t>І гнів її острог не потребує,&lt;br /&gt;</w:t>
        <w:br/>
        <w:t>Сама примчить галопом до загину.&lt;br /&gt;</w:t>
        <w:br/>
        <w:t>(Виходить)&lt;br /&gt;</w:t>
        <w:br/>
        <w:t>Повертається Глостер.&lt;br /&gt;</w:t>
        <w:br/>
        <w:t>Глостер Тепер, як, прогулявшись у дворі,&lt;br /&gt;</w:t>
        <w:br/>
        <w:t>Свій гаів пвгамувае я, то вернувся&lt;br /&gt;</w:t>
        <w:br/>
        <w:t>Вести розмову про державні справи.&lt;br /&gt;</w:t>
        <w:br/>
        <w:t>А щодо ваших звинувачень аліси"х,&lt;br /&gt;</w:t>
        <w:br/>
        <w:t>їх доведіть — і я скорюсь закону;&lt;br /&gt;</w:t>
        <w:br/>
        <w:t>Хай бог т"к береже мене, як вірно&lt;br /&gt;</w:t>
        <w:br/>
        <w:t>Люблю країну нашу й короля!&lt;br /&gt;</w:t>
        <w:br/>
        <w:t>Але вернімося до наших справ.&lt;br /&gt;</w:t>
        <w:br/>
        <w:t>Отож кажу я: краще, мій владарю,&lt;br /&gt;</w:t>
        <w:br/>
        <w:t>Щоб регентом у Франції був йорк.&lt;br /&gt;</w:t>
        <w:br/>
        <w:t>Сеффолк Дозвольте, перше ніж робить нам вибір,&lt;br /&gt;</w:t>
        <w:br/>
        <w:t>Я наведу вам докази вагомі&lt;br /&gt;</w:t>
        <w:br/>
        <w:t>Того, що йорк буть регентом не гідний.&lt;br /&gt;</w:t>
        <w:br/>
        <w:t>Йорк Я, Сеффодау, скажу, у чім вришпа:&lt;br /&gt;</w:t>
        <w:br/>
        <w:t>По-перше, я пихи тобі не тішу,&lt;br /&gt;</w:t>
        <w:br/>
        <w:t>А ще, коля призначити мене,&lt;br /&gt;</w:t>
        <w:br/>
        <w:t>То .Сомерсет мене не иустить звідси,&lt;br /&gt;</w:t>
        <w:br/>
        <w:t>Ні грошей, ні спорядження не давши,&lt;br /&gt;</w:t>
        <w:br/>
        <w:t>Покіль дофін всю Фірашшю *ге візьме.&lt;br /&gt;</w:t>
        <w:br/>
        <w:t>Вже танцював я щд йгато дуду,&lt;br /&gt;</w:t>
        <w:br/>
        <w:t>І відняли Париж у нас французи.&lt;br /&gt;</w:t>
        <w:br/>
        <w:t>Уорік Я це засвідчую — останній зрадник&lt;br /&gt;</w:t>
        <w:br/>
        <w:t>Не брав на себе більшої ганьби.&lt;br /&gt;</w:t>
        <w:br/>
        <w:t>Сеффолк Вгамуйсь, Уоріку затятатЙ&lt;br /&gt;</w:t>
        <w:br/>
        <w:t>Уорік Взірцю пихи! Чого мене гамуєш?&lt;br /&gt;</w:t>
        <w:br/>
        <w:t>Слуги Сеффолка вводять Горн*р,а і Піте;р-а.&lt;br /&gt;</w:t>
        <w:br/>
        <w:t>Сеффолк Бо тут є звинувачений у зраді.&lt;br /&gt;</w:t>
        <w:br/>
        <w:t>Дай боже виправдатись лорду Йорку!&lt;br /&gt;</w:t>
        <w:br/>
        <w:t>Йорк Це хто ж тут Йорка в зраді звинуватив?&lt;br /&gt;</w:t>
        <w:br/>
        <w:t>Генріх Про що ти, Сеффолку? Це хто такі?&lt;br /&gt;</w:t>
        <w:br/>
        <w:t>Сеффолк Ось, владарю: господаря свого&lt;br /&gt;</w:t>
        <w:br/>
        <w:t>Цей чоловік у зраді звинуватив.&lt;br /&gt;</w:t>
        <w:br/>
        <w:t>Казав той: Річард, герцог Йорк,— то справжній&lt;br /&gt;</w:t>
        <w:br/>
        <w:t>Англійської корони спадкоємець,&lt;br /&gt;</w:t>
        <w:br/>
        <w:t>А вас загарбником назвав, королю.&lt;br /&gt;</w:t>
        <w:br/>
        <w:t>Генріх Скажи, ти говорив таке?&lt;br /&gt;</w:t>
        <w:br/>
        <w:t>Горнер З дозволу вашої величності, я зроду не казав&lt;br /&gt;</w:t>
        <w:br/>
        <w:t>і не думав нічого такого. Бог свідок, цей негідник несправедливо&lt;br /&gt;</w:t>
        <w:br/>
        <w:t>звинуватив мене.&lt;br /&gt;</w:t>
        <w:br/>
        <w:t>Пітер&lt;br /&gt;</w:t>
        <w:br/>
        <w:t>(виставляючи долоні)&lt;br /&gt;</w:t>
        <w:br/>
        <w:t>Присягаюся, лорди, всіма своїми пальцями, він&lt;br /&gt;</w:t>
        <w:br/>
        <w:t>казав це мені якось увечері на горищі, коли ми чистили лати лор-&lt;br /&gt;</w:t>
        <w:br/>
        <w:t>да йорка.&lt;br /&gt;</w:t>
        <w:br/>
        <w:t>Йорк Паскудний, ниций гнойовик! Лайдак!&lt;br /&gt;</w:t>
        <w:br/>
        <w:t>Таж голову зніму за цю намову!&lt;br /&gt;</w:t>
        <w:br/>
        <w:t>Прошу я вас, володарю, піддати&lt;br /&gt;</w:t>
        <w:br/>
        <w:t>Його усій суворості закону.&lt;br /&gt;</w:t>
        <w:br/>
        <w:t>Го-рнер Ох, володарю, повісьте меие, якщо я коли казав&lt;br /&gt;</w:t>
        <w:br/>
        <w:t>таке! Мене звинувачує мій підмайстер. Днями я покарав його&lt;br /&gt;</w:t>
        <w:br/>
        <w:t>за провину, і він навколішки поклявся сквитатися зі мною. У мене&lt;br /&gt;</w:t>
        <w:br/>
        <w:t>є тому певні свідки, тож благаю вашу величність: не губіть чесної&lt;br /&gt;</w:t>
        <w:br/>
        <w:t>людини, яку марно звинувачує негідникГ&lt;br /&gt;</w:t>
        <w:br/>
        <w:t>Генріх Що, дядечку, нам тут закон підкаже?&lt;br /&gt;</w:t>
        <w:br/>
        <w:t>Глостер Я розсудив би так:&lt;br /&gt;</w:t>
        <w:br/>
        <w:t>Коли підозра падає на Йорка,&lt;br /&gt;</w:t>
        <w:br/>
        <w:t>Буть Сомерсету регентом французьким;&lt;br /&gt;</w:t>
        <w:br/>
        <w:t>Цим двом нехай призначать день двобою&lt;br /&gt;</w:t>
        <w:br/>
        <w:t>В належнім місці — маємо ж підозру,&lt;br /&gt;</w:t>
        <w:br/>
        <w:t>Що все це — лиш слуги лиха намова.&lt;br /&gt;</w:t>
        <w:br/>
        <w:t>Такі закон і Глостерова думка.&lt;br /&gt;</w:t>
        <w:br/>
        <w:t>Генріх Хай буде так. Мілорде Сомерсет,&lt;br /&gt;</w:t>
        <w:br/>
        <w:t>Вас регентом французьким призначаєм.&lt;br /&gt;</w:t>
        <w:br/>
        <w:t>Сомерсет Я вам уклінно дякую, владарю.&lt;br /&gt;</w:t>
        <w:br/>
        <w:t>Горнер А я охоче стану на двобій.&lt;br /&gt;</w:t>
        <w:br/>
        <w:t>Пітер Змилудагеся, мілорде, я не можу битись! Заради&lt;br /&gt;</w:t>
        <w:br/>
        <w:t>бога, зжальтесь! Людська злоба мете долає. О боже," помилуй&lt;br /&gt;</w:t>
        <w:br/>
        <w:t>мене! Я не спроможний завдати— жодного удару. О боже, мені&lt;br /&gt;</w:t>
        <w:br/>
        <w:t>погано!&lt;br /&gt;</w:t>
        <w:br/>
        <w:t>Глостер Не будеш битися — тебе повісять.&lt;br /&gt;</w:t>
        <w:br/>
        <w:t>Генріх Гетьу до в'язниці їх.! h поєдинок —&lt;br /&gt;</w:t>
        <w:br/>
        <w:t>В наступнім місяці, в останній день.&lt;br /&gt;</w:t>
        <w:br/>
        <w:t>Проведемо тебе ми, Сомерсете.&lt;br /&gt;</w:t>
        <w:br/>
        <w:t>Фанфари.&lt;br /&gt;</w:t>
        <w:br/>
        <w:t>Виходять.&lt;br /&gt;</w:t>
        <w:br/>
        <w:t>СЦЕНА 4&lt;br /&gt;</w:t>
        <w:br/>
        <w:t>Сад герцога Глостера.&lt;br /&gt;</w:t>
        <w:br/>
        <w:t>Входять Марджері Д ж орден, Юм, Саутвел таБолінгброк.&lt;br /&gt;</w:t>
        <w:br/>
        <w:t>Юм Ходімо, панове! Герцогиня, кажу вам, хоче по-&lt;br /&gt;</w:t>
        <w:br/>
        <w:t>бачити, як ви здійсните ваші обіцянки.&lt;br /&gt;</w:t>
        <w:br/>
        <w:t>Болінгброк У нас, пане Юм, усе готове. То її милість зво-&lt;br /&gt;</w:t>
        <w:br/>
        <w:t>лить чути й бачити наші заклинання?&lt;br /&gt;</w:t>
        <w:br/>
        <w:t>Юм Авжеж! Не бійтесь, вона відважна.&lt;br /&gt;</w:t>
        <w:br/>
        <w:t>Болінгброк Я чував, що вона жінка незламного духу, та&lt;br /&gt;</w:t>
        <w:br/>
        <w:t>все-таки краще, пане Юм, щоб ви були при ній нагорі, поки ми&lt;br /&gt;</w:t>
        <w:br/>
        <w:t>клопотатимемось унизу. Отож прошу, йдіть із богом, залиште нас.&lt;br /&gt;</w:t>
        <w:br/>
        <w:t>Юм виходить.&lt;br /&gt;</w:t>
        <w:br/>
        <w:t>Матінко Джорден, припади до землі. А ти, Джоне Саутвел, при-&lt;br /&gt;</w:t>
        <w:br/>
        <w:t>готуйся; будемо починати.&lt;br /&gt;</w:t>
        <w:br/>
        <w:t>Нагорі входить герцогиня Глостерська, за нею&lt;br /&gt;</w:t>
        <w:br/>
        <w:t>Юм.&lt;br /&gt;</w:t>
        <w:br/>
        <w:t>Герцогиня Чудово, мої, шановні! Ласкаво прошу. Починай-&lt;br /&gt;</w:t>
        <w:br/>
        <w:t>те— що швидше, то краще.&lt;br /&gt;</w:t>
        <w:br/>
        <w:t>Болінгброк Стривайте! Чаклуни свій знають час.&lt;br /&gt;</w:t>
        <w:br/>
        <w:t>Глибока ніч, ніч темна, тиха ніч,-&lt;br /&gt;</w:t>
        <w:br/>
        <w:t>Спалили Трою о такій порі,&lt;br /&gt;</w:t>
        <w:br/>
        <w:t>Коли сова кричить і виє пес,&lt;br /&gt;</w:t>
        <w:br/>
        <w:t>Витають духи, потойбічні тіні&lt;br /&gt;</w:t>
        <w:br/>
        <w:t>Встають з могил,— оця пора для нас.&lt;br /&gt;</w:t>
        <w:br/>
        <w:t>Сидіть спокійно; той, кого прикличем,&lt;br /&gt;</w:t>
        <w:br/>
        <w:t>У зачарованому буде колі.&lt;br /&gt;</w:t>
        <w:br/>
        <w:t>Вони виконують належні обряди, креслять коло.&lt;br /&gt;</w:t>
        <w:br/>
        <w:t>Болінгброк чи Саутвел читає "Conjuro te" * тощо.&lt;br /&gt;</w:t>
        <w:br/>
        <w:t>Страшенно гримить і блискає. Врешті постає Дух.&lt;br /&gt;</w:t>
        <w:br/>
        <w:t>Дух Adsum**.&lt;br /&gt;</w:t>
        <w:br/>
        <w:t>Марджері Аснато!&lt;br /&gt;</w:t>
        <w:br/>
        <w:t>В ім'я господнє (змушує тремтіти&lt;br /&gt;</w:t>
        <w:br/>
        <w:t>Тебе могуть його) відповідай.&lt;br /&gt;</w:t>
        <w:br/>
        <w:t>Ти підеш звідси, як усе розкажеш.&lt;br /&gt;</w:t>
        <w:br/>
        <w:t>* Заклинаю тебе (лат.),&lt;br /&gt;</w:t>
        <w:br/>
        <w:t>** Я тут (лат.).&lt;br /&gt;</w:t>
        <w:br/>
        <w:t>Дух Питай, що хочеш, тільки відпусти!&lt;br /&gt;</w:t>
        <w:br/>
        <w:t>Болінгброк&lt;br /&gt;</w:t>
        <w:br/>
        <w:t>(читає з паперу)&lt;br /&gt;</w:t>
        <w:br/>
        <w:t>"Найперш про короля. Що буде з ним?"&lt;br /&gt;</w:t>
        <w:br/>
        <w:t>Дух Живий той герцог, що державця скине,&lt;br /&gt;</w:t>
        <w:br/>
        <w:t>Одначе він переживе його&lt;br /&gt;</w:t>
        <w:br/>
        <w:t>І від насильної загине смерті.&lt;br /&gt;</w:t>
        <w:br/>
        <w:t>Поки Дух говорить, Саутвел записує його відповіді.&lt;br /&gt;</w:t>
        <w:br/>
        <w:t>Болінгброк "Що Сеффолку в майбутньому судилось?"&lt;br /&gt;</w:t>
        <w:br/>
        <w:t>Дух Йому погибель води принесуть.&lt;br /&gt;</w:t>
        <w:br/>
        <w:t>Болінгброк "Що герцога спіткає Сомерсета?"&lt;br /&gt;</w:t>
        <w:br/>
        <w:t>Дух Хай уникає замків.&lt;br /&gt;</w:t>
        <w:br/>
        <w:t>Йому безпечніш буде на рівнинах,&lt;br /&gt;</w:t>
        <w:br/>
        <w:t>Ніж там, де замки височать.&lt;br /&gt;</w:t>
        <w:br/>
        <w:t>Закінчуй, бо несила вже терпіти.&lt;br /&gt;</w:t>
        <w:br/>
        <w:t>Болінгброк Геть! В морок, у геєну вогняну&lt;br /&gt;</w:t>
        <w:br/>
        <w:t>Щезай, нечистий!&lt;br /&gt;</w:t>
        <w:br/>
        <w:t>Грім і блискавка. Дух щезає.&lt;br /&gt;</w:t>
        <w:br/>
        <w:t>Швидко входять Иорк та Бекінгем із вартою.&lt;br /&gt;</w:t>
        <w:br/>
        <w:t>Йорк Схопіть цих зрадників і їх начиння.&lt;br /&gt;</w:t>
        <w:br/>
        <w:t>Таки застукали тебе ми, відьмо!&lt;br /&gt;</w:t>
        <w:br/>
        <w:t>Ви, леді, тут? Король і вся держава&lt;br /&gt;</w:t>
        <w:br/>
        <w:t>Вам зобов'язані за ці старання;&lt;br /&gt;</w:t>
        <w:br/>
        <w:t>Без сумніву, вшанує гідно вас&lt;br /&gt;</w:t>
        <w:br/>
        <w:t>За послуги ці славні лорд-протектор.&lt;br /&gt;</w:t>
        <w:br/>
        <w:t>Герцогиня Таж послуги шкідливіші твої&lt;br /&gt;</w:t>
        <w:br/>
        <w:t>Для короля, наклепнику. Пусті&lt;br /&gt;</w:t>
        <w:br/>
        <w:t>Твої погрози.&lt;br /&gt;</w:t>
        <w:br/>
        <w:t>Бекінгем Як пусті? А це?&lt;br /&gt;</w:t>
        <w:br/>
        <w:t>(Показує їй папери)&lt;br /&gt;</w:t>
        <w:br/>
        <w:t>Геть виведіть і міцно їх замкніть,&lt;br /&gt;</w:t>
        <w:br/>
        <w:t>Тримайте нарізно. Ви з нами, леді.&lt;br /&gt;</w:t>
        <w:br/>
        <w:t>Гей, Стаффорде, бери її!&lt;br /&gt;</w:t>
        <w:br/>
        <w:t>Герцогиня і Юм під вартою виходять.&lt;br /&gt;</w:t>
        <w:br/>
        <w:t>Покажем ваші іграшки судді.&lt;br /&gt;</w:t>
        <w:br/>
        <w:t>Всі — геть!&lt;br /&gt;</w:t>
        <w:br/>
        <w:t>Варта з Саутвелом, Болінгброком та іншими виходить.&lt;br /&gt;</w:t>
        <w:br/>
        <w:t>йорк її ви, лорде, вистежили справно,&lt;br /&gt;</w:t>
        <w:br/>
        <w:t>Цей випадок якраз до речі нам.&lt;br /&gt;</w:t>
        <w:br/>
        <w:t>Погляньмо на диявольське ндонння...&lt;br /&gt;</w:t>
        <w:br/>
        <w:t>Що маєм тут?&lt;br /&gt;</w:t>
        <w:br/>
        <w:t>"Живий той герцог, щ© державця скине,&lt;br /&gt;</w:t>
        <w:br/>
        <w:t>Одначе він переживе його&lt;br /&gt;</w:t>
        <w:br/>
        <w:t>І від "асильмої загине смерті".&lt;br /&gt;</w:t>
        <w:br/>
        <w:t>Це так, немов:&lt;br /&gt;</w:t>
        <w:br/>
        <w:t>Аіо te, Aeacida, Romanes vincere posse *.&lt;br /&gt;</w:t>
        <w:br/>
        <w:t>Ну, а далі?&lt;br /&gt;</w:t>
        <w:br/>
        <w:t>"Що Сеффолку в майбутньому судилось? —&lt;br /&gt;</w:t>
        <w:br/>
        <w:t>Йому щогибеяь води принесуть.-&lt;br /&gt;</w:t>
        <w:br/>
        <w:t>Що лердола спіткає Сомерсетя? —&lt;br /&gt;</w:t>
        <w:br/>
        <w:t>Хай уникає замків.&lt;br /&gt;</w:t>
        <w:br/>
        <w:t>Йому безпечніш буде на рівнинах,&lt;br /&gt;</w:t>
        <w:br/>
        <w:t>Ніж там, де замки височать".&lt;br /&gt;</w:t>
        <w:br/>
        <w:t>Ну, ну, мілорди!&lt;br /&gt;</w:t>
        <w:br/>
        <w:t>Нелегко віщування ці здобуто&lt;br /&gt;</w:t>
        <w:br/>
        <w:t>Й .нелегко їх збагнути.&lt;br /&gt;</w:t>
        <w:br/>
        <w:t>Король тепер прямує на Сенх-Олбенс,&lt;br /&gt;</w:t>
        <w:br/>
        <w:t>З ним чоловік цієї леді. Вість&lt;br /&gt;</w:t>
        <w:br/>
        <w:t>Домчить туди із швидкістю шня&lt;br /&gt;</w:t>
        <w:br/>
        <w:t>Й протектору сніданок зіпсує.&lt;br /&gt;</w:t>
        <w:br/>
        <w:t>Бекінгем Прошу я вашу милість, лорде Йорк,&lt;br /&gt;</w:t>
        <w:br/>
        <w:t>Мене пошліть — ну ж нагороду дасть.&lt;br /&gt;</w:t>
        <w:br/>
        <w:t>Иорк Будь ласка, лорде. Хто там €?&lt;br /&gt;</w:t>
        <w:br/>
        <w:t>Входить слуга.&lt;br /&gt;</w:t>
        <w:br/>
        <w:t>Проси до мене на вечерю завтра&lt;br /&gt;</w:t>
        <w:br/>
        <w:t>Уоріка та Солсбері. Ходімо.&lt;br /&gt;</w:t>
        <w:br/>
        <w:t>Виходять.&lt;br /&gt;</w:t>
        <w:br/>
        <w:t>* Див. переклад у коментарях, с. S16.</w:t>
      </w:r>
    </w:p>
    <w:p>
      <w:r>
        <w:br/>
        <w:t>ДІЯ ДРУГА&lt;br /&gt;</w:t>
        <w:br/>
        <w:t>СЦЕНА 1&lt;br /&gt;</w:t>
        <w:br/>
        <w:t>Сент-Олбевс.&lt;br /&gt;</w:t>
        <w:br/>
        <w:t>Входять король Генріх, во&gt;р-о&gt;ле"з Мартзрита, Глостер, кар-&lt;br /&gt;</w:t>
        <w:br/>
        <w:t>динал Бофорт і Сеффолк,&lt;br /&gt;</w:t>
        <w:br/>
        <w:t>Сокольники гукають на птахів.&lt;br /&gt;</w:t>
        <w:br/>
        <w:t>Маргарита Ах, лови птиць плавучих! Вірте, лорди;&lt;br /&gt;</w:t>
        <w:br/>
        <w:t>Сім літ розваги кращої не знала,&lt;br /&gt;</w:t>
        <w:br/>
        <w:t>Хоч, закладаюся,— цей дужий, вітер&lt;br /&gt;</w:t>
        <w:br/>
        <w:t>Не дав старому Джоновї злетіть.&lt;br /&gt;</w:t>
        <w:br/>
        <w:t>Генріх&lt;br /&gt;</w:t>
        <w:br/>
        <w:t>(до Глостера)&lt;br /&gt;</w:t>
        <w:br/>
        <w:t>Та як шугнув, мілорде, сокіл ваш —&lt;br /&gt;</w:t>
        <w:br/>
        <w:t>Він вище всіх злетів у піднебесся!&lt;br /&gt;</w:t>
        <w:br/>
        <w:t>Такими бог зробив свої творіння —&lt;br /&gt;</w:t>
        <w:br/>
        <w:t>Птахи і люди прагнуть висоти.&lt;br /&gt;</w:t>
        <w:br/>
        <w:t>Сеффолк Не дивина, владарю, що злітають&lt;br /&gt;</w:t>
        <w:br/>
        <w:t>Так високо протектора птахи.&lt;br /&gt;</w:t>
        <w:br/>
        <w:t>Бо здазють: висоти й господар прагне,&lt;br /&gt;</w:t>
        <w:br/>
        <w:t>Думками вище сокола сягає.&lt;br /&gt;</w:t>
        <w:br/>
        <w:t>Глостер Мілорде* тільки той, хто ниций духом,&lt;br /&gt;</w:t>
        <w:br/>
        <w:t>Не може знятись над пташиний лет.&lt;br /&gt;</w:t>
        <w:br/>
        <w:t>Кардинал Тож я й гадаю: пнеться він за хмари.&lt;br /&gt;</w:t>
        <w:br/>
        <w:t>Глостер А вам не хочеться, мій кардинале,&lt;br /&gt;</w:t>
        <w:br/>
        <w:t>Мерщій податися на небеса?&lt;br /&gt;</w:t>
        <w:br/>
        <w:t>Генріх В ясну скарбницю вічного блаженства!&lt;br /&gt;</w:t>
        <w:br/>
        <w:t>Кардинал Тобі земля як небо, ти в корону —&lt;br /&gt;</w:t>
        <w:br/>
        <w:t>В жаданий скарб — уп'яв думки і очі.&lt;br /&gt;</w:t>
        <w:br/>
        <w:t>Страшний протекторе, підступний пере,&lt;br /&gt;</w:t>
        <w:br/>
        <w:t>Облещуєш державу й короля!&lt;br /&gt;</w:t>
        <w:br/>
        <w:t>Глостер Занадто щось зухвала ваша святість!&lt;br /&gt;</w:t>
        <w:br/>
        <w:t>Tantaene animis caelestibus irae? *&lt;br /&gt;</w:t>
        <w:br/>
        <w:t>* Чи можливий такий великий гнів у душах, що при-&lt;br /&gt;</w:t>
        <w:br/>
        <w:t>святили себе небу? (Лат.)&lt;br /&gt;</w:t>
        <w:br/>
        <w:t>Церковник розпаливсь! Як поєднати&lt;br /&gt;</w:t>
        <w:br/>
        <w:t>Із благочестям, дядечку, злобу?&lt;br /&gt;</w:t>
        <w:br/>
        <w:t>Сеффолк Це не злоба. Інакше неможливо&lt;br /&gt;</w:t>
        <w:br/>
        <w:t>З таким поганим пером сперечатись.&lt;br /&gt;</w:t>
        <w:br/>
        <w:t>Глостер Як— хто, мілорде?&lt;br /&gt;</w:t>
        <w:br/>
        <w:t>Сеффолк Та оце як ви.&lt;br /&gt;</w:t>
        <w:br/>
        <w:t>Не вельми ображайтесь, ваша милість.&lt;br /&gt;</w:t>
        <w:br/>
        <w:t>Глостер Вся Англія твоє нахабство знає.&lt;br /&gt;</w:t>
        <w:br/>
        <w:t>Маргарита І честолюбство Глостера.&lt;br /&gt;</w:t>
        <w:br/>
        <w:t>Генріх Прошу,&lt;br /&gt;</w:t>
        <w:br/>
        <w:t>Ти не підбурюй перів, королево.&lt;br /&gt;</w:t>
        <w:br/>
        <w:t>Хто прагне миру, той благословен.&lt;br /&gt;</w:t>
        <w:br/>
        <w:t>Кардинал Я прагну встановити мир, здійнявши&lt;br /&gt;</w:t>
        <w:br/>
        <w:t>Меч проти Гемфрі,— я благословен!&lt;br /&gt;</w:t>
        <w:br/>
        <w:t>Глостер&lt;br /&gt;</w:t>
        <w:br/>
        <w:t>(стиха, до кардинала)&lt;br /&gt;</w:t>
        <w:br/>
        <w:t>Я, дядечку святий, повір, не проти!&lt;br /&gt;</w:t>
        <w:br/>
        <w:t>Кардинал&lt;br /&gt;</w:t>
        <w:br/>
        <w:t>(стиха)&lt;br /&gt;</w:t>
        <w:br/>
        <w:t>Ну, зважся.&lt;br /&gt;</w:t>
        <w:br/>
        <w:t>Глостер&lt;br /&gt;</w:t>
        <w:br/>
        <w:t>(стиха)&lt;br /&gt;</w:t>
        <w:br/>
        <w:t>Ти ж посередників не виставляй,&lt;br /&gt;</w:t>
        <w:br/>
        <w:t>Відповісти за кривду маєш сам.&lt;br /&gt;</w:t>
        <w:br/>
        <w:t>Кардинал&lt;br /&gt;</w:t>
        <w:br/>
        <w:t>(стиха)&lt;br /&gt;</w:t>
        <w:br/>
        <w:t>Та де тобі! Але, як стане духу,&lt;br /&gt;</w:t>
        <w:br/>
        <w:t>То ввечері, на східному узліссі.&lt;br /&gt;</w:t>
        <w:br/>
        <w:t>Генріх Про що ви, лорди?&lt;br /&gt;</w:t>
        <w:br/>
        <w:t>Кардинал Знай, небоже Глостер,&lt;br /&gt;</w:t>
        <w:br/>
        <w:t>Якби слуга твій птаха не забрав,&lt;br /&gt;</w:t>
        <w:br/>
        <w:t>Ще полювали б.&lt;br /&gt;</w:t>
        <w:br/>
        <w:t>(Стиха, до Глостера)&lt;br /&gt;</w:t>
        <w:br/>
        <w:t>Візьмеш меч дворучний?&lt;br /&gt;</w:t>
        <w:br/>
        <w:t>Глостер Так, дядьку.&lt;br /&gt;</w:t>
        <w:br/>
        <w:t>Кардинал&lt;br /&gt;</w:t>
        <w:br/>
        <w:t>(Стиха)&lt;br /&gt;</w:t>
        <w:br/>
        <w:t>Все зрозумів? На східному узліссі.&lt;br /&gt;</w:t>
        <w:br/>
        <w:t>Глостер&lt;br /&gt;</w:t>
        <w:br/>
        <w:t>(стиха)&lt;br /&gt;</w:t>
        <w:br/>
        <w:t>Погоджуюсь.&lt;br /&gt;</w:t>
        <w:br/>
        <w:t>Генріх Про що ви, дядьку Глостер?&lt;br /&gt;</w:t>
        <w:br/>
        <w:t>Глостер Про полювання. А про що ж іще?&lt;br /&gt;</w:t>
        <w:br/>
        <w:t>(Стиха, до кардинала)&lt;br /&gt;</w:t>
        <w:br/>
        <w:t>Клянуся богоматір'ю, стругну попові маківку,&lt;br /&gt;</w:t>
        <w:br/>
        <w:t>А ні — я не боєць.&lt;br /&gt;</w:t>
        <w:br/>
        <w:t>Кардинал&lt;br /&gt;</w:t>
        <w:br/>
        <w:t>(стиха)&lt;br /&gt;</w:t>
        <w:br/>
        <w:t>Medice, te ipsum *;&lt;br /&gt;</w:t>
        <w:br/>
        <w:t>Гляди, протекторе, вцілій ти сам.&lt;br /&gt;</w:t>
        <w:br/>
        <w:t>Генріх Знялась, неначе вихор, ваша лють.&lt;br /&gt;</w:t>
        <w:br/>
        <w:t>Ця музика пригнічує мене!&lt;br /&gt;</w:t>
        <w:br/>
        <w:t>Як струни деренчать такі, то де ж&lt;br /&gt;</w:t>
        <w:br/>
        <w:t>Гармонія? Ану ж я помирю вас.&lt;br /&gt;</w:t>
        <w:br/>
        <w:t>Входить городянин із Сент-Олбенса з криком:&lt;br /&gt;</w:t>
        <w:br/>
        <w:t>"Чудо!"&lt;br /&gt;</w:t>
        <w:br/>
        <w:t>Глостер Це що за крик?&lt;br /&gt;</w:t>
        <w:br/>
        <w:t>Ти про яке там чудо галасуєш?&lt;br /&gt;</w:t>
        <w:br/>
        <w:t>Городянин Так, чудо, чудо!&lt;br /&gt;</w:t>
        <w:br/>
        <w:t>Сеффолк То розкажи про чудо королю.&lt;br /&gt;</w:t>
        <w:br/>
        <w:t>Городянин Вже півгодини, як прозрів сліпий&lt;br /&gt;</w:t>
        <w:br/>
        <w:t>Біля гробниці Олбена святого;&lt;br /&gt;</w:t>
        <w:br/>
        <w:t>Незрячий зроду був цей чоловік.&lt;br /&gt;</w:t>
        <w:br/>
        <w:t>Генріх Прославмо господа, що вірним дав&lt;br /&gt;</w:t>
        <w:br/>
        <w:t>У пітьмі світло, в розпачі — розраду!&lt;br /&gt;</w:t>
        <w:br/>
        <w:t>Входить мер Сент-Олбенса з міськими старшинами, С і м п "&lt;br /&gt;</w:t>
        <w:br/>
        <w:t>кокс, якого двоє чоловіків несуть у кріслі, та його дружина.&lt;br /&gt;</w:t>
        <w:br/>
        <w:t>Кардинал Процесією городяни йдуть,&lt;br /&gt;</w:t>
        <w:br/>
        <w:t>Щоб вам його представити, владарю.&lt;br /&gt;</w:t>
        <w:br/>
        <w:t>Генріх Як тішиться він радістю земною!&lt;br /&gt;</w:t>
        <w:br/>
        <w:t>Але примножить зір йому гріхи.&lt;br /&gt;</w:t>
        <w:br/>
        <w:t>Глостер Сюди, до короля підходьте. Зболить&lt;br /&gt;</w:t>
        <w:br/>
        <w:t>Його величність говорити з ним.&lt;br /&gt;</w:t>
        <w:br/>
        <w:t>Генріх Ну, розкажи нам, друже, як це сталось,&lt;br /&gt;</w:t>
        <w:br/>
        <w:t>Щоб нам за тебе господа хвалити.&lt;br /&gt;</w:t>
        <w:br/>
        <w:t>То ж як — ти був незрячий і прозрів?&lt;br /&gt;</w:t>
        <w:br/>
        <w:t>Сімпкокс Сліпий був я від роду, ваша милість.&lt;br /&gt;</w:t>
        <w:br/>
        <w:t>Дружина Атож, так і було.&lt;br /&gt;</w:t>
        <w:br/>
        <w:t>* Лікарю, [вилікуй] себе сам (лат.).&lt;br /&gt;</w:t>
        <w:br/>
        <w:t>Сеффолк Це що за жінка?&lt;br /&gt;</w:t>
        <w:br/>
        <w:t>Дружина Його дружина, ваша милість.&lt;br /&gt;</w:t>
        <w:br/>
        <w:t>Глостер Сказала б: мати — правди більш було б.&lt;br /&gt;</w:t>
        <w:br/>
        <w:t>Генріх Де народився ти?*&lt;br /&gt;</w:t>
        <w:br/>
        <w:t>Сімпкокс На півночі, у Бервіку, мілорде.&lt;br /&gt;</w:t>
        <w:br/>
        <w:t>Генріх Ох, бідний! Бог помилував тебе —&lt;br /&gt;</w:t>
        <w:br/>
        <w:t>Тож слав його невтомно дні і ночі,&lt;br /&gt;</w:t>
        <w:br/>
        <w:t>Не забувай, що він тебе зцілив.&lt;br /&gt;</w:t>
        <w:br/>
        <w:t>Маргарита Скажи, мій друже, випадково там&lt;br /&gt;</w:t>
        <w:br/>
        <w:t>Ти опинився чи прийшов молитись?&lt;br /&gt;</w:t>
        <w:br/>
        <w:t>Сімпкокс Бог свідок, що молитися. Стократ&lt;br /&gt;</w:t>
        <w:br/>
        <w:t>І більше голос Олбена святого&lt;br /&gt;</w:t>
        <w:br/>
        <w:t>Вві сні я чув. Він рік": "Прийди, Сімпкоксе,&lt;br /&gt;</w:t>
        <w:br/>
        <w:t>На гріб мій, і тоді зцілю Тебе".&lt;br /&gt;</w:t>
        <w:br/>
        <w:t>Дружина Так, достеменно, я й сама не раз&lt;br /&gt;</w:t>
        <w:br/>
        <w:t>Той голос чула, так він і гукав.&lt;br /&gt;</w:t>
        <w:br/>
        <w:t>Кардинал Ти ще й кульгавий?&lt;br /&gt;</w:t>
        <w:br/>
        <w:t>Сімпкокс Так, помилуй боже!&lt;br /&gt;</w:t>
        <w:br/>
        <w:t>Сеффолк І як це сталось?&lt;br /&gt;</w:t>
        <w:br/>
        <w:t>Сімпкокс 3— дерева уи-ав.&lt;br /&gt;</w:t>
        <w:br/>
        <w:t>Дружина Із. єлив", name.&lt;br /&gt;</w:t>
        <w:br/>
        <w:t>Глостер Ти7 давна сліпий?&lt;br /&gt;</w:t>
        <w:br/>
        <w:t>Сімпкокс Та зроду/, пане.&lt;br /&gt;</w:t>
        <w:br/>
        <w:t>Глостер І заліз на сливу?&lt;br /&gt;</w:t>
        <w:br/>
        <w:t>Сімпкокс Ще замолоду* тільки pas в житті.&lt;br /&gt;</w:t>
        <w:br/>
        <w:t>Дружина Такг дорога за це він поплатився.&lt;br /&gt;</w:t>
        <w:br/>
        <w:t>Глостер Тачс ризякиутиі Лаєий ти до слив.&lt;br /&gt;</w:t>
        <w:br/>
        <w:t>Сімпкокс С*х, пане, це дружині закортіло,&lt;br /&gt;</w:t>
        <w:br/>
        <w:t>І мусив лізти; нехтувать життям.&lt;br /&gt;</w:t>
        <w:br/>
        <w:t>Глостер Меткий, шахрай! Та марно метикуєш.&lt;br /&gt;</w:t>
        <w:br/>
        <w:t>Ну жг очі накажи; заплющ, розплющ.&lt;br /&gt;</w:t>
        <w:br/>
        <w:t>Здаєтесь, все ж гогаиий маєш зір.&lt;br /&gt;</w:t>
        <w:br/>
        <w:t>Сімпкокс Ні, богу дякувать, я"нйй, мов день.&lt;br /&gt;</w:t>
        <w:br/>
        <w:t>Глостер Ну що ж! Якого кольору цей плащ?&lt;br /&gt;</w:t>
        <w:br/>
        <w:t>Сімпкокс Червоний, ітане" він, мов. кров-.&lt;br /&gt;</w:t>
        <w:br/>
        <w:t>Глостер Гаразд — а вбрання це, що на мені?&lt;br /&gt;</w:t>
        <w:br/>
        <w:t>Сімпкокс Як вугіль чорне, як гагат.&lt;br /&gt;</w:t>
        <w:br/>
        <w:t>Генріх А звідки знаєш ти, який гагат?&lt;br /&gt;</w:t>
        <w:br/>
        <w:t>Сеффолк Ніколи, певно, він його не бачив.&lt;br /&gt;</w:t>
        <w:br/>
        <w:t>Глостер Зате плащів, убрань багато бачив.&lt;br /&gt;</w:t>
        <w:br/>
        <w:t>Дружина Та зроду він не бачив їх, ніколи!&lt;br /&gt;</w:t>
        <w:br/>
        <w:t>Глостер Скажи, як звуть меж?&lt;br /&gt;</w:t>
        <w:br/>
        <w:t>Сімпкокс На жаль, ие знаю,, пане.&lt;br /&gt;</w:t>
        <w:br/>
        <w:t>Глостер Як звуть .його?&lt;br /&gt;</w:t>
        <w:br/>
        <w:t>Сімпкокс Не зваю.&lt;br /&gt;</w:t>
        <w:br/>
        <w:t>Глостер А "ото?&lt;br /&gt;</w:t>
        <w:br/>
        <w:t>Сімпкокс О ні, не знаю, яаяе.&lt;br /&gt;</w:t>
        <w:br/>
        <w:t>Глостер Як же звуть тебе?&lt;br /&gt;</w:t>
        <w:br/>
        <w:t>Сімпкокс Оандер Сішнедкс,, вельм"ша&lt;в©вний намє.&lt;br /&gt;</w:t>
        <w:br/>
        <w:t>Глостер Ти, Сімпкоше., "айбільшай у &lt;авіті ша-Хірай, Якби&lt;br /&gt;</w:t>
        <w:br/>
        <w:t>ти був зроду сліпий, то знав би кольори наших убрань не краще,&lt;br /&gt;</w:t>
        <w:br/>
        <w:t>ніж знаєш наші імена. Зір розрізняє кольори, але вивчити їхні на-&lt;br /&gt;</w:t>
        <w:br/>
        <w:t>зви відразу — річ неможлива. Панове, святий Олбен сотворив тут&lt;br /&gt;</w:t>
        <w:br/>
        <w:t>чудо, та чи не більшим чудотворцем ібув би той, хто звів би цього&lt;br /&gt;</w:t>
        <w:br/>
        <w:t>каліку на ноги, як ви гадаєте?&lt;br /&gt;</w:t>
        <w:br/>
        <w:t>Сімпкокс Ох, пане, коли б ви це зуміли!&lt;br /&gt;</w:t>
        <w:br/>
        <w:t>Глостер Громадяни Сеніг-Олбенса, чи нема у вашому&lt;br /&gt;</w:t>
        <w:br/>
        <w:t>місті катів і тих речей, що звуться канчуками?&lt;br /&gt;</w:t>
        <w:br/>
        <w:t>Мер €, мілорде, до послуг вашої милості.&lt;br /&gt;</w:t>
        <w:br/>
        <w:t>Глостер Сюди їх негайно.&lt;br /&gt;</w:t>
        <w:br/>
        <w:t>Мер Гей, приведи негайно ката, хлопче!&lt;br /&gt;</w:t>
        <w:br/>
        <w:t>Один із слуг виходить.&lt;br /&gt;</w:t>
        <w:br/>
        <w:t>Глостер А тепер принесіть ослона.&lt;br /&gt;</w:t>
        <w:br/>
        <w:t>Приносять ослона.&lt;br /&gt;</w:t>
        <w:br/>
        <w:t>Ну, чоловіче, коли хочеш уникнути канчуків, стрибай через цього&lt;br /&gt;</w:t>
        <w:br/>
        <w:t>ослона й тікай.&lt;br /&gt;</w:t>
        <w:br/>
        <w:t>Сімпкокс Ох, пане, я ж і встояти не можу!&lt;br /&gt;</w:t>
        <w:br/>
        <w:t>Лиш марно познущаєтеся з мене.&lt;br /&gt;</w:t>
        <w:br/>
        <w:t>©"©дать слуга і кат із канчуком.&lt;br /&gt;</w:t>
        <w:br/>
        <w:t>Глостер Гаразд, добродію, ми вам вилікуємо ваші ноги.&lt;br /&gt;</w:t>
        <w:br/>
        <w:t>Гей, кате, всип йому так, щоб перескочив цього ослона.&lt;br /&gt;</w:t>
        <w:br/>
        <w:t>Кат Слухаю, мілорде. Ану скидай шмаття.&lt;br /&gt;</w:t>
        <w:br/>
        <w:t>Сімпкокс Ой леле, що ж мені робити? Я ж і встояти не&lt;br /&gt;</w:t>
        <w:br/>
        <w:t>можу.&lt;br /&gt;</w:t>
        <w:br/>
        <w:t>Після першого удару ката Сімпкокс перестрибує через ослона і тікає. Народ&lt;br /&gt;</w:t>
        <w:br/>
        <w:t>біжить за ним з криком: "Чудо!"&lt;br /&gt;</w:t>
        <w:br/>
        <w:t>Генріх О боже, бачиш це й так довго терпиш!&lt;br /&gt;</w:t>
        <w:br/>
        <w:t>Маргарита Сміялась я, коли крутій тікав.&lt;br /&gt;</w:t>
        <w:br/>
        <w:t>Глостер Догнати шахрая! Схопити шльондру!&lt;br /&gt;</w:t>
        <w:br/>
        <w:t>Дружина Ах, пане, нас на це штовхнула скрута.&lt;br /&gt;</w:t>
        <w:br/>
        <w:t>Глостер Хай їх б'ють канчуками по всіх ринках, аж поки&lt;br /&gt;</w:t>
        <w:br/>
        <w:t>вони дістануться до Бервіка, звідки прийшли.&lt;br /&gt;</w:t>
        <w:br/>
        <w:t>Мер, кат, дружина Сімпкокса та інші виходять.&lt;br /&gt;</w:t>
        <w:br/>
        <w:t>Кардинал Явив нам Гемфрі чудо тут велике.&lt;br /&gt;</w:t>
        <w:br/>
        <w:t>Сеффолк Підскочив і бі'гом побіг каліка.&lt;br /&gt;</w:t>
        <w:br/>
        <w:t>Глостер Ви ж чудеса ще більші нам являли!&lt;br /&gt;</w:t>
        <w:br/>
        <w:t>Од вас за день один міста втікали.&lt;br /&gt;</w:t>
        <w:br/>
        <w:t>Входить Б є к і н г є м.&lt;br /&gt;</w:t>
        <w:br/>
        <w:t>Генріх Які несеш новини, Бекінгеме?&lt;br /&gt;</w:t>
        <w:br/>
        <w:t>Бекінгем Тріпоче серце, мовить заважає:&lt;br /&gt;</w:t>
        <w:br/>
        <w:t>Огидне кодло капосних істот —&lt;br /&gt;</w:t>
        <w:br/>
        <w:t>їх заохотила і об'єднала&lt;br /&gt;</w:t>
        <w:br/>
        <w:t>Протектора дружина, герцогиня,&lt;br /&gt;</w:t>
        <w:br/>
        <w:t>Призвідця зборища і проводирка —&lt;br /&gt;</w:t>
        <w:br/>
        <w:t>Державі небезпеку накликала.&lt;br /&gt;</w:t>
        <w:br/>
        <w:t>Були там відьми й чаклуни, яких&lt;br /&gt;</w:t>
        <w:br/>
        <w:t>На місці злочину схопили ми;&lt;br /&gt;</w:t>
        <w:br/>
        <w:t>Вони із пекла викликали духів,&lt;br /&gt;</w:t>
        <w:br/>
        <w:t>Випитували про життя і смерть&lt;br /&gt;</w:t>
        <w:br/>
        <w:t>Володаря та всіх його найближчих.&lt;br /&gt;</w:t>
        <w:br/>
        <w:t>Про все судити зможете самі.&lt;br /&gt;</w:t>
        <w:br/>
        <w:t>Кардинал&lt;br /&gt;</w:t>
        <w:br/>
        <w:t>(стиха, до Глостера)&lt;br /&gt;</w:t>
        <w:br/>
        <w:t>Ну що ж, протекторе: напевне, скоро&lt;br /&gt;</w:t>
        <w:br/>
        <w:t>Перед судом дружина ваша стане.&lt;br /&gt;</w:t>
        <w:br/>
        <w:t>Від цих вістей поникне ваша зброя,&lt;br /&gt;</w:t>
        <w:br/>
        <w:t>Навряд чи прийдете в належний час.&lt;br /&gt;</w:t>
        <w:br/>
        <w:t>Глостер Не край, прелате гордовитий, серця.&lt;br /&gt;</w:t>
        <w:br/>
        <w:t>Скорбота і печаль снагу згнітили;&lt;br /&gt;</w:t>
        <w:br/>
        <w:t>Знесилений, здаюсь тобі, як здався б&lt;br /&gt;</w:t>
        <w:br/>
        <w:t>І конюху останньому.&lt;br /&gt;</w:t>
        <w:br/>
        <w:t>Генріх Себе, о боже, гублять лиходії,&lt;br /&gt;</w:t>
        <w:br/>
        <w:t>До злочинів мерзенних вдаючись!&lt;br /&gt;</w:t>
        <w:br/>
        <w:t>Маргарита Твоє гніздо упало з висоти,-&lt;br /&gt;</w:t>
        <w:br/>
        <w:t>Ганьбу із себе, Гемфрі, змий хоч ти.&lt;br /&gt;</w:t>
        <w:br/>
        <w:t>Глостер Всевишнього посвідчити молю —&lt;br /&gt;</w:t>
        <w:br/>
        <w:t>Я відданий державі й королю.&lt;br /&gt;</w:t>
        <w:br/>
        <w:t>Що сталося з дружиною, не знаю,&lt;br /&gt;</w:t>
        <w:br/>
        <w:t>Та гірко чуть мені такі новини.&lt;br /&gt;</w:t>
        <w:br/>
        <w:t>Хоч знатна родом, та якщо забула&lt;br /&gt;</w:t>
        <w:br/>
        <w:t>Про гідність, честь, злигалася з такими,&lt;br /&gt;</w:t>
        <w:br/>
        <w:t>Що нас, дворян, бруднять, як та смола,&lt;br /&gt;</w:t>
        <w:br/>
        <w:t>Вона — чужа, мов рідна й не була.&lt;br /&gt;</w:t>
        <w:br/>
        <w:t>Нехай ганьба і кара не мине ____л&lt;br /&gt;</w:t>
        <w:br/>
        <w:t>її, що так знеславила мене.&lt;br /&gt;</w:t>
        <w:br/>
        <w:t>Генріх Гаразд, цю ніч переночуєм тут,&lt;br /&gt;</w:t>
        <w:br/>
        <w:t>До Лондона повернемося завтра&lt;br /&gt;</w:t>
        <w:br/>
        <w:t>І справу цю розглянемо докладно.&lt;br /&gt;</w:t>
        <w:br/>
        <w:t>Спитаєм з винуватців як належить,&lt;br /&gt;</w:t>
        <w:br/>
        <w:t>Все зважимо на терезах закону,&lt;br /&gt;</w:t>
        <w:br/>
        <w:t>Що правду нам дає та оборону.&lt;br /&gt;</w:t>
        <w:br/>
        <w:t>Фанфари.&lt;br /&gt;</w:t>
        <w:br/>
        <w:t>Виходять.&lt;br /&gt;</w:t>
        <w:br/>
        <w:t>СЦЕНА 2&lt;br /&gt;</w:t>
        <w:br/>
        <w:t>Лондон. Сад герцога Норка.&lt;br /&gt;</w:t>
        <w:br/>
        <w:t>Входять Иорк, Солсбері та Уорік.&lt;br /&gt;</w:t>
        <w:br/>
        <w:t>Иорк Тепер, шановні Солсбері й Уорік,&lt;br /&gt;</w:t>
        <w:br/>
        <w:t>Як по вечері скромній ми самі&lt;br /&gt;</w:t>
        <w:br/>
        <w:t>Гуляєм тут, вволіть моє жадання:&lt;br /&gt;</w:t>
        <w:br/>
        <w:t>Слід конче з'ясувати вашу думку&lt;br /&gt;</w:t>
        <w:br/>
        <w:t>Стосовно прав моїх на королівство.&lt;br /&gt;</w:t>
        <w:br/>
        <w:t>Солсбері Мілорде, вислухаю вас охоче.&lt;br /&gt;</w:t>
        <w:br/>
        <w:t>Уорік Ну, друже, Невілів переконаєш —&lt;br /&gt;</w:t>
        <w:br/>
        <w:t>Вони твої підданці й зроблять все.&lt;br /&gt;</w:t>
        <w:br/>
        <w:t>Йорк Так ось:&lt;br /&gt;</w:t>
        <w:br/>
        <w:t>Було в Едварда Третього синів&lt;br /&gt;</w:t>
        <w:br/>
        <w:t>Аж семеро. Найстарший — принц Уельський&lt;br /&gt;</w:t>
        <w:br/>
        <w:t>Едвард, чи Чорний принц. За ним наступний&lt;br /&gt;</w:t>
        <w:br/>
        <w:t>Був Вільям, герцог Гетфілдський, а третій&lt;br /&gt;</w:t>
        <w:br/>
        <w:t>Був герцог Кларенс, Лайонел. Четвертий —&lt;br /&gt;</w:t>
        <w:br/>
        <w:t>Джон Гант, Ланкастер. П'ятий — Едмунд Ленглі.&lt;br /&gt;</w:t>
        <w:br/>
        <w:t>Чи герцог Йоркський. Шостий — Томас Вудсток,&lt;br /&gt;</w:t>
        <w:br/>
        <w:t>Чи герцог Глостер. Сьомий і останній&lt;br /&gt;</w:t>
        <w:br/>
        <w:t>Був Вільям, герцог Віндзор1, як відомо.&lt;br /&gt;</w:t>
        <w:br/>
        <w:t>Раніше батька вмер Едвард, принц Чорний;&lt;br /&gt;</w:t>
        <w:br/>
        <w:t>Лишився син його єдиний, Річард;&lt;br /&gt;</w:t>
        <w:br/>
        <w:t>Владарював, як вмер король Едвард,&lt;br /&gt;</w:t>
        <w:br/>
        <w:t>Він, поки Генріх Болінгброк, Ланкастер,&lt;br /&gt;</w:t>
        <w:br/>
        <w:t>Найстарший син і спадкоємець Ганта,&lt;br /&gt;</w:t>
        <w:br/>
        <w:t>Назвавшись Генріхом Четвертим, влади&lt;br /&gt;</w:t>
        <w:br/>
        <w:t>Не захопив, не скинув короля&lt;br /&gt;</w:t>
        <w:br/>
        <w:t>Й не відіслав нещасну королеву&lt;br /&gt;</w:t>
        <w:br/>
        <w:t>До Франції, а Річарда — у Помфрет,&lt;br /&gt;</w:t>
        <w:br/>
        <w:t>Де, знають всі, його підступно вбито.&lt;br /&gt;</w:t>
        <w:br/>
        <w:t>Уорік Нам, батьку, герцог правду розказав —&lt;br /&gt;</w:t>
        <w:br/>
        <w:t>Так рід Ланкастерів здобув престол.&lt;br /&gt;</w:t>
        <w:br/>
        <w:t>Йорк І силою тримає, не по праву.&lt;br /&gt;</w:t>
        <w:br/>
        <w:t>Наступник— сина першого помер —&lt;br /&gt;</w:t>
        <w:br/>
        <w:t>Нащадок другого повинен править.&lt;br /&gt;</w:t>
        <w:br/>
        <w:t>Солсбері Та Вільям Гетфілд не лишив потомства.&lt;br /&gt;</w:t>
        <w:br/>
        <w:t>Йорк Син третій, герцог Кларенс, від якого . .&lt;br /&gt;</w:t>
        <w:br/>
        <w:t>Походжу я, зродив дочку Філіппу,&lt;br /&gt;</w:t>
        <w:br/>
        <w:t>З якою Едмунд Мортімер, граф Марч,&lt;br /&gt;</w:t>
        <w:br/>
        <w:t>Взяв шлюб; мав син їх Роджер трьох дітей,&lt;br /&gt;</w:t>
        <w:br/>
        <w:t>Це — Едмунд, Анна і Елеонора.&lt;br /&gt;</w:t>
        <w:br/>
        <w:t>Солсбері Цей Едмунд ще за влади Болінгброка,&lt;br /&gt;</w:t>
        <w:br/>
        <w:t>Читав я, домагавсь корони й став би&lt;br /&gt;</w:t>
        <w:br/>
        <w:t>Державцем, та до смерті у полоні&lt;br /&gt;</w:t>
        <w:br/>
        <w:t>Глендауер тримав його. Що ж далі?&lt;br /&gt;</w:t>
        <w:br/>
        <w:t>Йорк Його сестра найстарша Анна — мати&lt;br /&gt;</w:t>
        <w:br/>
        <w:t>Моя, що мала право на корону;&lt;br /&gt;</w:t>
        <w:br/>
        <w:t>їй чоловіком Річард був, граф Кембрідж,&lt;br /&gt;</w:t>
        <w:br/>
        <w:t>Син Ленглі, Йорка,— той був п'ятим сином&lt;br /&gt;</w:t>
        <w:br/>
        <w:t>Едварда Третього. Від неї в мене&lt;br /&gt;</w:t>
        <w:br/>
        <w:t>Права на трон — від доньки графа Марча,&lt;br /&gt;</w:t>
        <w:br/>
        <w:t>Чий батько Едмунд Мортімер мав шлюб&lt;br /&gt;</w:t>
        <w:br/>
        <w:t>З Філіппою, дочкою Лайонела.&lt;br /&gt;</w:t>
        <w:br/>
        <w:t>Тож я, раз перевага надається&lt;br /&gt;</w:t>
        <w:br/>
        <w:t>Нащадкам сина старшого,— король.&lt;br /&gt;</w:t>
        <w:br/>
        <w:t>Уорік Це все ясне, як білий день. Корона&lt;br /&gt;</w:t>
        <w:br/>
        <w:t>У Генріха від Джона Ганта. Той&lt;br /&gt;</w:t>
        <w:br/>
        <w:t>Четвертим сином був, а право Йорка —&lt;br /&gt;</w:t>
        <w:br/>
        <w:t>Від третього. Рід Ганта буде править,&lt;br /&gt;</w:t>
        <w:br/>
        <w:t>А Лайонелів скніти? Ні, він квітне&lt;br /&gt;</w:t>
        <w:br/>
        <w:t>В тобі, в твоїх синах, чарівних бростях.&lt;br /&gt;</w:t>
        <w:br/>
        <w:t>Тож, батьку Солсбері, схилім коліна&lt;br /&gt;</w:t>
        <w:br/>
        <w:t>І в цій таємній змові будьмо перші,&lt;br /&gt;</w:t>
        <w:br/>
        <w:t>Хто привітає справжнього державця&lt;br /&gt;</w:t>
        <w:br/>
        <w:t>З його родинним правом на престол.&lt;br /&gt;</w:t>
        <w:br/>
        <w:t>Обидва Будь славен, Річард, Англії королю!&lt;br /&gt;</w:t>
        <w:br/>
        <w:t>Йорк Спасибі, лорди. Я ще не король,&lt;br /&gt;</w:t>
        <w:br/>
        <w:t>Бо не вінчався і лихою кров'ю&lt;br /&gt;</w:t>
        <w:br/>
        <w:t>Ланкастерською не скропив меча.'&lt;br /&gt;</w:t>
        <w:br/>
        <w:t>Але це все здійсниться не за мить,&lt;br /&gt;</w:t>
        <w:br/>
        <w:t>А обмірковано, без розголосу.&lt;br /&gt;</w:t>
        <w:br/>
        <w:t>Ви, як і я, у ці тривожні дні&lt;br /&gt;</w:t>
        <w:br/>
        <w:t>Зухвальства Сеффолка не помічайте,&lt;br /&gt;</w:t>
        <w:br/>
        <w:t>Ні чванства Бофорта, і Сомерсета,&lt;br /&gt;</w:t>
        <w:br/>
        <w:t>І Бекінгема, і всієї зграї.&lt;br /&gt;</w:t>
        <w:br/>
        <w:t>Хай перш вполюється пастух отари,&lt;br /&gt;</w:t>
        <w:br/>
        <w:t>Достойний принц, наш добрий герцог ГемфрІ.&lt;br /&gt;</w:t>
        <w:br/>
        <w:t>Йому погубу снуючи, вони&lt;br /&gt;</w:t>
        <w:br/>
        <w:t>Самі погинуть — так пророчить Йорк.&lt;br /&gt;</w:t>
        <w:br/>
        <w:t>Солсбері Цього достатньо: вас ми розумієм.&lt;br /&gt;</w:t>
        <w:br/>
        <w:t>Уорік Одного дня, мені віщує серце,&lt;br /&gt;</w:t>
        <w:br/>
        <w:t>Уорік зробить Йорка королем.&lt;br /&gt;</w:t>
        <w:br/>
        <w:t>Йорк Мій Невіле, тебе ж я запевняю:&lt;br /&gt;</w:t>
        <w:br/>
        <w:t>В державі нашій після короля&lt;br /&gt;</w:t>
        <w:br/>
        <w:t>Тебе найпершим настановить Річард.&lt;br /&gt;</w:t>
        <w:br/>
        <w:t>Виходять.&lt;br /&gt;</w:t>
        <w:br/>
        <w:t>СЦЕНА З&lt;br /&gt;</w:t>
        <w:br/>
        <w:t>Лондон. Зала суду.&lt;br /&gt;</w:t>
        <w:br/>
        <w:t>Сурми.&lt;br /&gt;</w:t>
        <w:br/>
        <w:t>Входять король Генріх, королева Маргарита, Глостер, Йорк,&lt;br /&gt;</w:t>
        <w:br/>
        <w:t>Сеффолк, Солсбері, а також під вартою — герцогиня Глостер-&lt;br /&gt;</w:t>
        <w:br/>
        <w:t>ська, Марджері Джорден, Саутвел, Юм і Болінгброк.&lt;br /&gt;</w:t>
        <w:br/>
        <w:t>Генріх Вперед, Елеоноро Кобгем, вийдіть.&lt;br /&gt;</w:t>
        <w:br/>
        <w:t>Провина ваша перед нами й богом&lt;br /&gt;</w:t>
        <w:br/>
        <w:t>Тяжка. Прийміть же вирок за гріхи,&lt;br /&gt;</w:t>
        <w:br/>
        <w:t>Що їх у біблії карали смертю.&lt;br /&gt;</w:t>
        <w:br/>
        <w:t>(До Джорден та інших)&lt;br /&gt;</w:t>
        <w:br/>
        <w:t>Вас, чотирьох, повернуть до в'язниці,&lt;br /&gt;</w:t>
        <w:br/>
        <w:t>На місце страти звідти поведуть:&lt;br /&gt;</w:t>
        <w:br/>
        <w:t>В Смітфілді відьму спалять на вогні,&lt;br /&gt;</w:t>
        <w:br/>
        <w:t>Ви підете на шибеницю троє.&lt;br /&gt;</w:t>
        <w:br/>
        <w:t>Ви ж, пані, бувши знатні родом, честі&lt;br /&gt;</w:t>
        <w:br/>
        <w:t>Позбудетесь назавжди і покуту&lt;br /&gt;</w:t>
        <w:br/>
        <w:t>Прилюдну три дні маєте відбуть,&lt;br /&gt;</w:t>
        <w:br/>
        <w:t>А потім вибратись на острів Мен,&lt;br /&gt;</w:t>
        <w:br/>
        <w:t>Під нагляд Джона Стенлі, у вигнання.&lt;br /&gt;</w:t>
        <w:br/>
        <w:t>Герцогиня Прийму вигнання, прийняла б і смерть.&lt;br /&gt;</w:t>
        <w:br/>
        <w:t>Глостер Дружино, засудив тебе закон —&lt;br /&gt;</w:t>
        <w:br/>
        <w:t>Я скасувати присуду не можу.&lt;br /&gt;</w:t>
        <w:br/>
        <w:t>Герцогиня та інші під вартою виходять.&lt;br /&gt;</w:t>
        <w:br/>
        <w:t>В очах у мене сльози, в серці біль.&lt;br /&gt;</w:t>
        <w:br/>
        <w:t>О Гемфрі, ця ганьба в твої літа&lt;br /&gt;</w:t>
        <w:br/>
        <w:t>Зведе тебе, сердешного, в могилу!&lt;br /&gt;</w:t>
        <w:br/>
        <w:t>Дозвольте, владарю, піти. Скорботі&lt;br /&gt;</w:t>
        <w:br/>
        <w:t>Потрібна втіха, старості — спочин.&lt;br /&gt;</w:t>
        <w:br/>
        <w:t>Генріх Стривай, шановний Гемфрі. Спершу ти&lt;br /&gt;</w:t>
        <w:br/>
        <w:t>Дай жезл мені: віднині Генріх сам&lt;br /&gt;</w:t>
        <w:br/>
        <w:t>Протектор; і господь мені надія,&lt;br /&gt;</w:t>
        <w:br/>
        <w:t>Опора, проводир, зоря ясна.&lt;br /&gt;</w:t>
        <w:br/>
        <w:t>йди з миром, Гемфрі; любий ти мені&lt;br /&gt;</w:t>
        <w:br/>
        <w:t>Не менше, ніж коли протектор був.&lt;br /&gt;</w:t>
        <w:br/>
        <w:t>Маргарита Не бачу я причини, щоб монарху&lt;br /&gt;</w:t>
        <w:br/>
        <w:t>Дорослому потрібен був протектор.&lt;br /&gt;</w:t>
        <w:br/>
        <w:t>Бог і король дадуть державі лад —&lt;br /&gt;</w:t>
        <w:br/>
        <w:t>Свій жезл і владу віддавай назад.&lt;br /&gt;</w:t>
        <w:br/>
        <w:t>Глостер Мій жезл? Ось він, мій Генріху державний.&lt;br /&gt;</w:t>
        <w:br/>
        <w:t>Тобі його охоче піднесу,&lt;br /&gt;</w:t>
        <w:br/>
        <w:t>Як батько твій мені свого часу,&lt;br /&gt;</w:t>
        <w:br/>
        <w:t>І покладу його до ніг твоїх,&lt;br /&gt;</w:t>
        <w:br/>
        <w:t>Хоч інший хто схопив би, тільки б зміг.&lt;br /&gt;</w:t>
        <w:br/>
        <w:t>Прощай, королю! Хай навік засну.&lt;br /&gt;</w:t>
        <w:br/>
        <w:t>Тобі я зичу миру й талану.&lt;br /&gt;</w:t>
        <w:br/>
        <w:t>(Виходить)&lt;br /&gt;</w:t>
        <w:br/>
        <w:t>Маргарита Тепер ти, Генріху, король; тепер&lt;br /&gt;</w:t>
        <w:br/>
        <w:t>Я королева, Глостер же злиняв.&lt;br /&gt;</w:t>
        <w:br/>
        <w:t>Так потерпів — одразу два удари:&lt;br /&gt;</w:t>
        <w:br/>
        <w:t>Дружину вигнано і, наче гілку,&lt;br /&gt;</w:t>
        <w:br/>
        <w:t>Відтято влади жезл. В руці твоїй&lt;br /&gt;</w:t>
        <w:br/>
        <w:t>Повинен бути він, королю мій.&lt;br /&gt;</w:t>
        <w:br/>
        <w:t>Сеффолк Так сосна хилиться в негоди пору;&lt;br /&gt;</w:t>
        <w:br/>
        <w:t>Отак принижено Елеонору.&lt;br /&gt;</w:t>
        <w:br/>
        <w:t>Йорк Облишмо їх. Владарю, на сьогодні&lt;br /&gt;</w:t>
        <w:br/>
        <w:t>Призначено двобій, і вже готові&lt;br /&gt;</w:t>
        <w:br/>
        <w:t>Обвинувачений та позивач —-у&lt;br /&gt;</w:t>
        <w:br/>
        <w:t>Зброяр з підмайстром — битися. Прошу&lt;br /&gt;</w:t>
        <w:br/>
        <w:t>Величність вашу подивитись герць.&lt;br /&gt;</w:t>
        <w:br/>
        <w:t>Маргарита Для того, лорде, я й лишила двір,&lt;br /&gt;</w:t>
        <w:br/>
        <w:t>Щоб глянути, чим спірка ця скінчиться.&lt;br /&gt;</w:t>
        <w:br/>
        <w:t>Генріх В ім'я творця готуйте все, що слід.&lt;br /&gt;</w:t>
        <w:br/>
        <w:t>Хай кінчать спір. Бог правого боронить!&lt;br /&gt;</w:t>
        <w:br/>
        <w:t>Йорк Такого полохливця, боягуза&lt;br /&gt;</w:t>
        <w:br/>
        <w:t>Нікчемного, як цей служник зброярський,&lt;br /&gt;</w:t>
        <w:br/>
        <w:t>Не бачив зроду я, шановні лорди.&lt;br /&gt;</w:t>
        <w:br/>
        <w:t>Входять з одного боку зброяр Горнер та його сусіди; вони весь час&lt;br /&gt;</w:t>
        <w:br/>
        <w:t>п'ють до нього, і він уже напідпитку; в руках у нього кий, до кінця якого при-&lt;br /&gt;</w:t>
        <w:br/>
        <w:t>в'язана торбинка з піском; перед ним барабанщик. З другого боку вхо-&lt;br /&gt;</w:t>
        <w:br/>
        <w:t>дить Пітер з барабанщиком і таким самим києм, супроводжуваний&lt;br /&gt;</w:t>
        <w:br/>
        <w:t>підмайстрами, що п'ють до нього.&lt;br /&gt;</w:t>
        <w:br/>
        <w:t>1-й сусіда Ось, сусідо, п'ю цю чару білого вина за вас.&lt;br /&gt;</w:t>
        <w:br/>
        <w:t>Не бійтеся, сусідо, все у вас вийде як слід.&lt;br /&gt;</w:t>
        <w:br/>
        <w:t>2-й сусіда А ось, сусідо, ось чара червоного.&lt;br /&gt;</w:t>
        <w:br/>
        <w:t>3-й сусіда А ось кухоль добрячого пива, сусідо; випийте&lt;br /&gt;</w:t>
        <w:br/>
        <w:t>й не бійтеся свого слуги.&lt;br /&gt;</w:t>
        <w:br/>
        <w:t>Горнер Давайте, вип'ю з усіма вами, а Пітеру — дулі!&lt;br /&gt;</w:t>
        <w:br/>
        <w:t>1-й підмайстер Ось, Пітере, п'ю за тебе. Тримайся!&lt;br /&gt;</w:t>
        <w:br/>
        <w:t>2-й підмайстер Не журись, Пітере! Не бійся господаря, не по-&lt;br /&gt;</w:t>
        <w:br/>
        <w:t>ганьби честі підмайстрів.&lt;br /&gt;</w:t>
        <w:br/>
        <w:t>Пітер Спасибі вам усім. Пийте й моліться за мене,&lt;br /&gt;</w:t>
        <w:br/>
        <w:t>прошу вас. Це, здається, я випив мій останній ковток на цім світі.&lt;br /&gt;</w:t>
        <w:br/>
        <w:t>Чуєш, Робіне, якщо я загину, бери мого фартуха, а ти, Віллє,&lt;br /&gt;</w:t>
        <w:br/>
        <w:t>візьмеш мого молота, а тобі, Томе, хай будуть усі мої гроші.&lt;br /&gt;</w:t>
        <w:br/>
        <w:t>Господи, благослови! Помилуй, боже! Куди ж мені до мого госпо-&lt;br /&gt;</w:t>
        <w:br/>
        <w:t>даря, він звичний битися.&lt;br /&gt;</w:t>
        <w:br/>
        <w:t>Солсбері Ну, годі пити, починайте. Гей ти, як тебе звуть?&lt;br /&gt;</w:t>
        <w:br/>
        <w:t>Пітер Пітер, ваша милосте.&lt;br /&gt;</w:t>
        <w:br/>
        <w:t>Солсбері Пітер! А далі як?&lt;br /&gt;</w:t>
        <w:br/>
        <w:t>Пітер Ціп.&lt;br /&gt;</w:t>
        <w:br/>
        <w:t>Солсбері Ціп! От і помолоти свого господаря, щоб йому&lt;br /&gt;</w:t>
        <w:br/>
        <w:t>заціпило.&lt;br /&gt;</w:t>
        <w:br/>
        <w:t>Горнер Панове, я, влаене, прийшов сюди через свого&lt;br /&gt;</w:t>
        <w:br/>
        <w:t>підмайстра, щоб довести, що він шахрай, а я — чесна людина.&lt;br /&gt;</w:t>
        <w:br/>
        <w:t>А щодо герцога Йорка, то, хай я помру на місці, якщо коли-не-&lt;br /&gt;</w:t>
        <w:br/>
        <w:t>будь бажав йому лиха, чи королю, чи королеві. А тому, Пітере,&lt;br /&gt;</w:t>
        <w:br/>
        <w:t>як дам тобі, так і звалю одним ударом!&lt;br /&gt;</w:t>
        <w:br/>
        <w:t>Йорк Ледь язиком негідник повертає.&lt;br /&gt;</w:t>
        <w:br/>
        <w:t>Сурміть, хай починається двобій.&lt;br /&gt;</w:t>
        <w:br/>
        <w:t>Сигнал.&lt;br /&gt;</w:t>
        <w:br/>
        <w:t>Вони б'ються, і Пітер звалює господаря на землю.&lt;br /&gt;</w:t>
        <w:br/>
        <w:t>Горнер Стривай, Пітере, стривай! Зізнаюся, зізнаюся в&lt;br /&gt;</w:t>
        <w:br/>
        <w:t>зраді.&lt;br /&gt;</w:t>
        <w:br/>
        <w:t>(Вмирає)&lt;br /&gt;</w:t>
        <w:br/>
        <w:t>Иорк Заберіть його зброю. Ну, дякуй, хлопче, богові і&lt;br /&gt;</w:t>
        <w:br/>
        <w:t>доброму вину, якого набрався твій господар.&lt;br /&gt;</w:t>
        <w:br/>
        <w:t>Літер О господи, невже я здолав свого ворога перед&lt;br /&gt;</w:t>
        <w:br/>
        <w:t>таким зібранням? Ну, Пітере, ти відстояв правду.&lt;br /&gt;</w:t>
        <w:br/>
        <w:t>Генріх Геть зрадника з-перед моїх очей!&lt;br /&gt;</w:t>
        <w:br/>
        <w:t>Смерть довела його тяжку вину,&lt;br /&gt;</w:t>
        <w:br/>
        <w:t>І справедливий бог явив нам щирість&lt;br /&gt;</w:t>
        <w:br/>
        <w:t>Та безневинність бідака цього,&lt;br /&gt;</w:t>
        <w:br/>
        <w:t>Якого замірявся вбить негідник.&lt;br /&gt;</w:t>
        <w:br/>
        <w:t>Іди ж за нами, візьмеш нагороду.&lt;br /&gt;</w:t>
        <w:br/>
        <w:t>Фанфари.&lt;br /&gt;</w:t>
        <w:br/>
        <w:t>Виходять.&lt;br /&gt;</w:t>
        <w:br/>
        <w:t>СЦЕНА 4&lt;br /&gt;</w:t>
        <w:br/>
        <w:t>Вулиця в Лондоні.&lt;br /&gt;</w:t>
        <w:br/>
        <w:t>Входять Глостер та с л у г и в жалобі.&lt;br /&gt;</w:t>
        <w:br/>
        <w:t>Глостер Так часом хмара день ясний затьмарить,&lt;br /&gt;</w:t>
        <w:br/>
        <w:t>І неминуче після літа прийде&lt;br /&gt;</w:t>
        <w:br/>
        <w:t>Зима студена з хугою, морозом;&lt;br /&gt;</w:t>
        <w:br/>
        <w:t>Так змінюються радощі й печалі.&lt;br /&gt;</w:t>
        <w:br/>
        <w:t>Скажіть, котра година?&lt;br /&gt;</w:t>
        <w:br/>
        <w:t>Слуга Вже десята.&lt;br /&gt;</w:t>
        <w:br/>
        <w:t>Глостер Я о десятій маю тут зустріти&lt;br /&gt;</w:t>
        <w:br/>
        <w:t>Покарану, нещасну герцогиню.&lt;br /&gt;</w:t>
        <w:br/>
        <w:t>Для ніг її тендітних і чутливих&lt;br /&gt;</w:t>
        <w:br/>
        <w:t>Шлях крем'янистий, мабуть, нелегкий.&lt;br /&gt;</w:t>
        <w:br/>
        <w:t>Чи зніс твій дух шляхетний, люба Нелл,&lt;br /&gt;</w:t>
        <w:br/>
        <w:t>Зухвалі погляди людців нікчемних,&lt;br /&gt;</w:t>
        <w:br/>
        <w:t>Глумливий сміх над соромом твоїм?&lt;br /&gt;</w:t>
        <w:br/>
        <w:t>Та чернь за колісницею пливла,&lt;br /&gt;</w:t>
        <w:br/>
        <w:t>Як їхала ти вулицями гордо.&lt;br /&gt;</w:t>
        <w:br/>
        <w:t>Тихіш! Вона, напевне; приготуюсь&lt;br /&gt;</w:t>
        <w:br/>
        <w:t>її страждання бачити, втру сльози.&lt;br /&gt;</w:t>
        <w:br/>
        <w:t>Входить герцогиня Глостерська у білій сорочці, з ярликом, пришпи-&lt;br /&gt;</w:t>
        <w:br/>
        <w:t>леним на спині, боса, із засвіченою свічкою в руках. З нею сер Д ж о н&lt;br /&gt;</w:t>
        <w:br/>
        <w:t>Стен лі, шериф і сторожа.&lt;br /&gt;</w:t>
        <w:br/>
        <w:t>Слуга Відбить її в шерифа, ваша милість?&lt;br /&gt;</w:t>
        <w:br/>
        <w:t>Глостер Не гарячкуйте, хай вона проходить.&lt;br /&gt;</w:t>
        <w:br/>
        <w:t>Герцогиня Ганьбу мою прийшов побачить, муже?&lt;br /&gt;</w:t>
        <w:br/>
        <w:t>Ти теж караєшся. Глянь, як у тебе&lt;br /&gt;</w:t>
        <w:br/>
        <w:t>Цей натовп нерозумний очі вп'яв,&lt;br /&gt;</w:t>
        <w:br/>
        <w:t>І кожен тиче пальцем, головою&lt;br /&gt;</w:t>
        <w:br/>
        <w:t>Киває! Глостере, від злих очей&lt;br /&gt;</w:t>
        <w:br/>
        <w:t>Сховайся, зачинись, ганьбу мою&lt;br /&gt;</w:t>
        <w:br/>
        <w:t>Оплакуй, наших ворогів кляни.&lt;br /&gt;</w:t>
        <w:br/>
        <w:t>Глостер Утихомирся, Нелл, забудь про лихо.&lt;br /&gt;</w:t>
        <w:br/>
        <w:t>Герцогиня Чи можу, Глостере, забуть себе?&lt;br /&gt;</w:t>
        <w:br/>
        <w:t>Як здумаю, що я твоя дружина,&lt;br /&gt;</w:t>
        <w:br/>
        <w:t>А ти протектор, ближній короля,&lt;br /&gt;</w:t>
        <w:br/>
        <w:t>То здасться: так вести мене не мали б,&lt;br /&gt;</w:t>
        <w:br/>
        <w:t>Ганьбою вкриту, з написом на спині,&lt;br /&gt;</w:t>
        <w:br/>
        <w:t>У супроводі черні, що радіє&lt;br /&gt;</w:t>
        <w:br/>
        <w:t>Моїм сльозам і стогонам тяжким.&lt;br /&gt;</w:t>
        <w:br/>
        <w:t>Безжальний кремінь ранить ноги ніжні;&lt;br /&gt;</w:t>
        <w:br/>
        <w:t>Ледь я здригнусь, регоче хижий натовп&lt;br /&gt;</w:t>
        <w:br/>
        <w:t>І радить, як мені ступати слід.&lt;br /&gt;</w:t>
        <w:br/>
        <w:t>О Гемфрі, як знести ярмо ганьби?&lt;br /&gt;</w:t>
        <w:br/>
        <w:t>Як я дивитимусь тепер на світ?&lt;br /&gt;</w:t>
        <w:br/>
        <w:t>Чи сонцю я радітиму? Ні, буде&lt;br /&gt;</w:t>
        <w:br/>
        <w:t>Для мене світлом темрява, ніч — днем,&lt;br /&gt;</w:t>
        <w:br/>
        <w:t>А спогад про пишноту — справжнім пеклом!&lt;br /&gt;</w:t>
        <w:br/>
        <w:t>Скажу собі: "Це я — дружина Гемфрі,&lt;br /&gt;</w:t>
        <w:br/>
        <w:t>Він — герцог, принц, правитель в цій країні,&lt;br /&gt;</w:t>
        <w:br/>
        <w:t>Хоч так він правив і такий був герцог,&lt;br /&gt;</w:t>
        <w:br/>
        <w:t>Що осторонь стояв, як я, нещасна&lt;br /&gt;</w:t>
        <w:br/>
        <w:t>Дружина, посміховиськом була&lt;br /&gt;</w:t>
        <w:br/>
        <w:t>Для кожного поганця й волоцюги".&lt;br /&gt;</w:t>
        <w:br/>
        <w:t>Та не шарійся через сором мій,&lt;br /&gt;</w:t>
        <w:br/>
        <w:t>1 не хвилюйся,— ще сокира смерті&lt;br /&gt;</w:t>
        <w:br/>
        <w:t>Не висне над тобою, хоч, я певна,&lt;br /&gt;</w:t>
        <w:br/>
        <w:t>Повисне швидко. Сеффолк цей, спроможний&lt;br /&gt;</w:t>
        <w:br/>
        <w:t>На все з тією, що обох нас люто&lt;br /&gt;</w:t>
        <w:br/>
        <w:t>Ненавидить, Йорк, Бофорт нечестивий&lt;br /&gt;</w:t>
        <w:br/>
        <w:t>Для крил твоїх тенет понаплітали,-&lt;br /&gt;</w:t>
        <w:br/>
        <w:t>Як не літай, заплутають тебе.&lt;br /&gt;</w:t>
        <w:br/>
        <w:t>А поки не заплутали, не бійся,&lt;br /&gt;</w:t>
        <w:br/>
        <w:t>Не намагайся лихо відвернуть.&lt;br /&gt;</w:t>
        <w:br/>
        <w:t>Глостер Ну, досить, Нелл: ти цілиш не туди!&lt;br /&gt;</w:t>
        <w:br/>
        <w:t>Щоб стати жертвою, слід провинитись.&lt;br /&gt;</w:t>
        <w:br/>
        <w:t>І вдвадцятеро більше ворогів,&lt;br /&gt;</w:t>
        <w:br/>
        <w:t>З яких сильніший вдвадцятеро кожен,&lt;br /&gt;</w:t>
        <w:br/>
        <w:t>Мені б завдати шкоди не змогли,&lt;br /&gt;</w:t>
        <w:br/>
        <w:t>Адже я чесний, відданий, невинний.&lt;br /&gt;</w:t>
        <w:br/>
        <w:t>Чи хочеш ти, щоб визволив тебе?&lt;br /&gt;</w:t>
        <w:br/>
        <w:t>Собі на лихо я б закон порушив,&lt;br /&gt;</w:t>
        <w:br/>
        <w:t>Та все ж безчестя не уникла б ти.&lt;br /&gt;</w:t>
        <w:br/>
        <w:t>Для тебе благо, люба Нелл, смирення,&lt;br /&gt;</w:t>
        <w:br/>
        <w:t>Тому прошу, терпінням серце сповни,&lt;br /&gt;</w:t>
        <w:br/>
        <w:t>Цих днів страждання швидко відійдуть.&lt;br /&gt;</w:t>
        <w:br/>
        <w:t>Входить герольд.&lt;br /&gt;</w:t>
        <w:br/>
        <w:t>Герольд Кличу вашу милість до парламенту його велич-&lt;br /&gt;</w:t>
        <w:br/>
        <w:t>ності, який збереться в Бері першого числа наступного місяця.&lt;br /&gt;</w:t>
        <w:br/>
        <w:t>t-C: A&lt;br /&gt;</w:t>
        <w:br/>
        <w:t>Глостео Без попередньої моєї згоди!&lt;br /&gt;</w:t>
        <w:br/>
        <w:t>Самі все вирішили. Що ж, прийду.&lt;br /&gt;</w:t>
        <w:br/>
        <w:t>Герольд виходить.&lt;br /&gt;</w:t>
        <w:br/>
        <w:t>Піду я, Нелл. Шерифе, хай покута&lt;br /&gt;</w:t>
        <w:br/>
        <w:t>Не перевищить присуду державця.&lt;br /&gt;</w:t>
        <w:br/>
        <w:t>Шериф Скінчились повноваження мої&lt;br /&gt;</w:t>
        <w:br/>
        <w:t>Тут, ваша милосте. На острів Мен&lt;br /&gt;</w:t>
        <w:br/>
        <w:t>її вже сер Джон Стенлі відвезе.&lt;br /&gt;</w:t>
        <w:br/>
        <w:t>Глостер То вам, сер Джон, за нею наглядати?&lt;br /&gt;</w:t>
        <w:br/>
        <w:t>Стенлі Так, ваша милосте, такий наказ.&lt;br /&gt;</w:t>
        <w:br/>
        <w:t>Глостер Гірш не обходьтесь з нею лиш тому,&lt;br /&gt;</w:t>
        <w:br/>
        <w:t>Що я прошу за неї. Може, доля&lt;br /&gt;</w:t>
        <w:br/>
        <w:t>Мені всміхнеться знов, то за добро&lt;br /&gt;</w:t>
        <w:br/>
        <w:t>Я вам віддячу. Прощавайте, сер.&lt;br /&gt;</w:t>
        <w:br/>
        <w:t>Герцогиня Ти йдеш і не прощаєшся зі мною?&lt;br /&gt;</w:t>
        <w:br/>
        <w:t>Глостер Глянь, сльози говорити не дають.&lt;br /&gt;</w:t>
        <w:br/>
        <w:t>(Виходить зі своїми слугами)&lt;br /&gt;</w:t>
        <w:br/>
        <w:t>Герцогиня І ти пішов? Пішла моя розрада!&lt;br /&gt;</w:t>
        <w:br/>
        <w:t>Самотня я. Єдина втіха — смерть,&lt;br /&gt;</w:t>
        <w:br/>
        <w:t>Смерть, імені якої я лякалась,&lt;br /&gt;</w:t>
        <w:br/>
        <w:t>Бо мріяла про вічність на землі.&lt;br /&gt;</w:t>
        <w:br/>
        <w:t>Веди мене відціль, благаю, Стенлі,&lt;br /&gt;</w:t>
        <w:br/>
        <w:t>Куди завгодно; милості не жду.&lt;br /&gt;</w:t>
        <w:br/>
        <w:t>Провадь, куди наказано тобі.&lt;br /&gt;</w:t>
        <w:br/>
        <w:t>Стенлі На острів Мен, міледі. Будуть з вами&lt;br /&gt;</w:t>
        <w:br/>
        <w:t>Обходитися згідно з вашим саном.&lt;br /&gt;</w:t>
        <w:br/>
        <w:t>Герцогиня Це негаразд. Позбавлена я честі,&lt;br /&gt;</w:t>
        <w:br/>
        <w:t>То як безчесну приймуть там мене?&lt;br /&gt;</w:t>
        <w:br/>
        <w:t>Стенлі Як герцогиню і дружину Гемфрі&lt;br /&gt;</w:t>
        <w:br/>
        <w:t>Зустрінуть вас на острові, міледі.&lt;br /&gt;</w:t>
        <w:br/>
        <w:t>Герцогиня Прощай, шерифе! Хай тобі щастить&lt;br /&gt;</w:t>
        <w:br/>
        <w:t>Більш, як мені, хоч сором мій стеріг ти!&lt;br /&gt;</w:t>
        <w:br/>
        <w:t>Шериф Даруйте — служба це моя, міледі.&lt;br /&gt;</w:t>
        <w:br/>
        <w:t>Герцогиня Так, так, прощай. Ти виконав її.&lt;br /&gt;</w:t>
        <w:br/>
        <w:t>Ну що, ходімо, Стенлі?&lt;br /&gt;</w:t>
        <w:br/>
        <w:t>Стенлі Кінець покуті, скиньте цю сорочку.&lt;br /&gt;</w:t>
        <w:br/>
        <w:t>В дорогу треба вам перевдягтися.&lt;br /&gt;</w:t>
        <w:br/>
        <w:t>Герцогиня 3 сорочкою ве скину —я ганьби,&lt;br /&gt;</w:t>
        <w:br/>
        <w:t>Що найдорожчі татя зйвсуе;&lt;br /&gt;</w:t>
        <w:br/>
        <w:t>Як не вберусь, її я не прикрию.&lt;br /&gt;</w:t>
        <w:br/>
        <w:t>Веди мерщій, невояі прагну я.&lt;br /&gt;</w:t>
        <w:br/>
        <w:t>Виходять.</w:t>
      </w:r>
    </w:p>
    <w:p>
      <w:r>
        <w:br/>
        <w:t>ДІЯ ТРЕТЯ&lt;br /&gt;</w:t>
        <w:br/>
        <w:t>CUEHA 1&lt;br /&gt;</w:t>
        <w:br/>
        <w:t>Зала засідань парламенту в .абатстві святого Едмунда&lt;br /&gt;</w:t>
        <w:br/>
        <w:t>в Бері.&lt;br /&gt;</w:t>
        <w:br/>
        <w:t>Сурми.&lt;br /&gt;</w:t>
        <w:br/>
        <w:t>Входять до парламенту король Гяенріл, королева йа^гарита,&lt;br /&gt;</w:t>
        <w:br/>
        <w:t>кардинал Бофорт, Сеффолж, Йюрк, Б"жїят*м та і "ній і.&lt;br /&gt;</w:t>
        <w:br/>
        <w:t>Генріх Дивуюсь, лорди,— Глостера немає.&lt;br /&gt;</w:t>
        <w:br/>
        <w:t>Останнім він приходити "є звик.&lt;br /&gt;</w:t>
        <w:br/>
        <w:t>Напевно, щось затримало його.&lt;br /&gt;</w:t>
        <w:br/>
        <w:t>Маргарита Не бачите ви, як змінився він,&lt;br /&gt;</w:t>
        <w:br/>
        <w:t>А чи волієте не помічатл?&lt;br /&gt;</w:t>
        <w:br/>
        <w:t>Як він тепер поводиться велично,&lt;br /&gt;</w:t>
        <w:br/>
        <w:t>Яким зухвалим віднедавна став,&lt;br /&gt;</w:t>
        <w:br/>
        <w:t>Пихатим, непоштивим, мало схожим&lt;br /&gt;</w:t>
        <w:br/>
        <w:t>На себе? Пам'ятаємо, він був&lt;br /&gt;</w:t>
        <w:br/>
        <w:t>Люб'язним, чемним; глянути, бувало,&lt;br /&gt;</w:t>
        <w:br/>
        <w:t>Не встигнем, як навколішки ставав,&lt;br /&gt;</w:t>
        <w:br/>
        <w:t>Захоплював покірністю весь двір!&lt;br /&gt;</w:t>
        <w:br/>
        <w:t>Та стріньте ви тепер його уранці,&lt;br /&gt;</w:t>
        <w:br/>
        <w:t>Коли спішить вас кожен привітати,-&lt;br /&gt;</w:t>
        <w:br/>
        <w:t>Насупить брови, з поглядом сердитим&lt;br /&gt;</w:t>
        <w:br/>
        <w:t>Мине й колін своїх не схилить впертих,&lt;br /&gt;</w:t>
        <w:br/>
        <w:t>Зневаживши обов'язок підданця.&lt;br /&gt;</w:t>
        <w:br/>
        <w:t>Нікого не лякає гавкіт шавки,&lt;br /&gt;</w:t>
        <w:br/>
        <w:t>Але й мужі тремтять, як лев ричить,&lt;br /&gt;</w:t>
        <w:br/>
        <w:t>А Гемфрі не малий в державі муж.&lt;br /&gt;</w:t>
        <w:br/>
        <w:t>По-перше, він у вас найближчий родич;&lt;br /&gt;</w:t>
        <w:br/>
        <w:t>Якби упали ви, піднісся б він.&lt;br /&gt;</w:t>
        <w:br/>
        <w:t>Гадаю, з огляду на ту злобу,&lt;br /&gt;</w:t>
        <w:br/>
        <w:t>Яка таїться в нім, на ті здобутки,&lt;br /&gt;</w:t>
        <w:br/>
        <w:t>Що принесло &amp; йому падіння ваше,&lt;br /&gt;</w:t>
        <w:br/>
        <w:t>Не слід його в оточення своє&lt;br /&gt;</w:t>
        <w:br/>
        <w:t>І в королівську раду допускати.&lt;br /&gt;</w:t>
        <w:br/>
        <w:t>Він заграванням; привернув серця&lt;br /&gt;</w:t>
        <w:br/>
        <w:t>Простолюду. Як здумає про бунт,&lt;br /&gt;</w:t>
        <w:br/>
        <w:t>Боюся, підуть вєі вони за ним.&lt;br /&gt;</w:t>
        <w:br/>
        <w:t>Тепер весна, й коріння бур-'яків&lt;br /&gt;</w:t>
        <w:br/>
        <w:t>Мілке;, стерпіть їх — розростуться буйно&lt;br /&gt;</w:t>
        <w:br/>
        <w:t>І недоглянутий заглушать сад.&lt;br /&gt;</w:t>
        <w:br/>
        <w:t>Це в Гемфрі вгледіти допомогла&lt;br /&gt;</w:t>
        <w:br/>
        <w:t>Моя про вас турбота, володарю.&lt;br /&gt;</w:t>
        <w:br/>
        <w:t>Чи, скажете, жіноча полохливість?&lt;br /&gt;</w:t>
        <w:br/>
        <w:t>Що ж, доведіть своє, переконайте —&lt;br /&gt;</w:t>
        <w:br/>
        <w:t>Скажу, що марно скривдила його.&lt;br /&gt;</w:t>
        <w:br/>
        <w:t>Мій лорде Сеффолк, Бекінгеме, Йорку,&lt;br /&gt;</w:t>
        <w:br/>
        <w:t>Як можете, слова мої спростуйте,&lt;br /&gt;</w:t>
        <w:br/>
        <w:t>Ані — їх слушність визнайте.&lt;br /&gt;</w:t>
        <w:br/>
        <w:t>Сеффолк Як точно&lt;br /&gt;</w:t>
        <w:br/>
        <w:t>Усе в Т4м герцогу величність ваша&lt;br /&gt;</w:t>
        <w:br/>
        <w:t>Помітила! Якби й не чув. цих елів,&lt;br /&gt;</w:t>
        <w:br/>
        <w:t>То говорив— би зараз те, що й ви.&lt;br /&gt;</w:t>
        <w:br/>
        <w:t>Клянуся, герцогиню він напутив&lt;br /&gt;</w:t>
        <w:br/>
        <w:t>Злигатися з отим відьомським кодлом.&lt;br /&gt;</w:t>
        <w:br/>
        <w:t>Та хай1 і не причетний він до цього,&lt;br /&gt;</w:t>
        <w:br/>
        <w:t>То все ж пишавсь походженням високим&lt;br /&gt;</w:t>
        <w:br/>
        <w:t>(Бо ж родич і наступник короля),&lt;br /&gt;</w:t>
        <w:br/>
        <w:t>І непомірні хвастощі його&lt;br /&gt;</w:t>
        <w:br/>
        <w:t>Штовхнули ошалілу герцогиню&lt;br /&gt;</w:t>
        <w:br/>
        <w:t>Кувати зраду королю— ма лихо.&lt;br /&gt;</w:t>
        <w:br/>
        <w:t>Хоч тихі з вигляду глибокі води,&lt;br /&gt;</w:t>
        <w:br/>
        <w:t>Але вони, відомо,, греблі рвуть;&lt;br /&gt;</w:t>
        <w:br/>
        <w:t>Ягнятко цуплячи, не гавкне лис.&lt;br /&gt;</w:t>
        <w:br/>
        <w:t>Ні, ні, владарю, Глостер не розкритий,&lt;br /&gt;</w:t>
        <w:br/>
        <w:t>Глибокої облуди повен він.&lt;br /&gt;</w:t>
        <w:br/>
        <w:t>Кардинал Чи незаконно він не прирікав&lt;br /&gt;</w:t>
        <w:br/>
        <w:t>За незначні провини люту смерть?&lt;br /&gt;</w:t>
        <w:br/>
        <w:t>Йорк А чи не він, коли при владі був,&lt;br /&gt;</w:t>
        <w:br/>
        <w:t>Збирав для війська гроші по країні,&lt;br /&gt;</w:t>
        <w:br/>
        <w:t>Але не відсилав? І через те&lt;br /&gt;</w:t>
        <w:br/>
        <w:t>Стількох французьких міст ми позбулися.&lt;br /&gt;</w:t>
        <w:br/>
        <w:t>Бекінгем Ну,, це дрібниці в порівнянні з тим,&lt;br /&gt;</w:t>
        <w:br/>
        <w:t>Що в смирнім герцогу розкриє час.&lt;br /&gt;</w:t>
        <w:br/>
        <w:t>Генріх Гаразд, шановні. Ваші намагання&lt;br /&gt;</w:t>
        <w:br/>
        <w:t>Очистити від тернів нашу путь&lt;br /&gt;</w:t>
        <w:br/>
        <w:t>Похвальні. Та підказує сумління:&lt;br /&gt;</w:t>
        <w:br/>
        <w:t>Наш родич Глостер мав такий же намір&lt;br /&gt;</w:t>
        <w:br/>
        <w:t>Державну нашу зрадити особу,&lt;br /&gt;</w:t>
        <w:br/>
        <w:t>Як безневинний голуб чи ягня.&lt;br /&gt;</w:t>
        <w:br/>
        <w:t>Він надто лагідний і доброчесний,&lt;br /&gt;</w:t>
        <w:br/>
        <w:t>Щоб зло таїти чи кувати зраду.&lt;br /&gt;</w:t>
        <w:br/>
        <w:t>Маргарита Ох, що страшніше за сліпе довір'я?&lt;br /&gt;</w:t>
        <w:br/>
        <w:t>То він мов голуб? Пір'я, знать, позичив,&lt;br /&gt;</w:t>
        <w:br/>
        <w:t>А сам такий зловісний, наче ворон.&lt;br /&gt;</w:t>
        <w:br/>
        <w:t>Ягня? З ягняти шкуру натягнув,&lt;br /&gt;</w:t>
        <w:br/>
        <w:t>Та не позбувся вовчого нутра.&lt;br /&gt;</w:t>
        <w:br/>
        <w:t>Що, не начепить машкари хитрун?&lt;br /&gt;</w:t>
        <w:br/>
        <w:t>Обачніш, владарю! Не порішим&lt;br /&gt;</w:t>
        <w:br/>
        <w:t>З облудником — не буде нам добра.&lt;br /&gt;</w:t>
        <w:br/>
        <w:t>Входить Сомерсет.&lt;br /&gt;</w:t>
        <w:br/>
        <w:t>Сомерсет Здоровий хай живе владар мій добрий!&lt;br /&gt;</w:t>
        <w:br/>
        <w:t>Генріх Вітаю, лорде Сомерсет. Які&lt;br /&gt;</w:t>
        <w:br/>
        <w:t>Із Франції новини?&lt;br /&gt;</w:t>
        <w:br/>
        <w:t>Сомерсет Всіх земель&lt;br /&gt;</w:t>
        <w:br/>
        <w:t>Там позбулись ви; втрачено усе.&lt;br /&gt;</w:t>
        <w:br/>
        <w:t>Генріх Гірка це вість! На все господня воля...&lt;br /&gt;</w:t>
        <w:br/>
        <w:t>Йорк&lt;br /&gt;</w:t>
        <w:br/>
        <w:t>(убік)&lt;br /&gt;</w:t>
        <w:br/>
        <w:t>Гірка це вість для мене; сподівавсь,&lt;br /&gt;</w:t>
        <w:br/>
        <w:t>Мов на англійську землю благодатну,&lt;br /&gt;</w:t>
        <w:br/>
        <w:t>На Францію. Але зів'яв мій квіт&lt;br /&gt;</w:t>
        <w:br/>
        <w:t>Ще в пуп'янку, й листки пожерла гусінь!&lt;br /&gt;</w:t>
        <w:br/>
        <w:t>Однак невдовзі я зараджу лиху&lt;br /&gt;</w:t>
        <w:br/>
        <w:t>Чи титул свій за славну смерть віддам.&lt;br /&gt;</w:t>
        <w:br/>
        <w:t>Входить Глостер.&lt;br /&gt;</w:t>
        <w:br/>
        <w:t>Глостер Добра і щастя зичу королю!&lt;br /&gt;</w:t>
        <w:br/>
        <w:t>Пробачте, владарю, що запізнився.&lt;br /&gt;</w:t>
        <w:br/>
        <w:t>Сеффолк Ні, Глостере, зарано ти прийшов!&lt;br /&gt;</w:t>
        <w:br/>
        <w:t>Коли не став поряднішим, ніж був,&lt;br /&gt;</w:t>
        <w:br/>
        <w:t>Як зрадника тебе я арештую.&lt;br /&gt;</w:t>
        <w:br/>
        <w:t>Глостер Що ж, Сеффолку, не зашаріюсь я&lt;br /&gt;</w:t>
        <w:br/>
        <w:t>З цього арешту, не змінюсь в обличчі —&lt;br /&gt;</w:t>
        <w:br/>
        <w:t>Правдиве серце важко залякати.&lt;br /&gt;</w:t>
        <w:br/>
        <w:t>Вільніший я від зради королю,&lt;br /&gt;</w:t>
        <w:br/>
        <w:t>Ніж найчистіше джерело від бруду.&lt;br /&gt;</w:t>
        <w:br/>
        <w:t>Хто винуватить? В чім вина моя?&lt;br /&gt;</w:t>
        <w:br/>
        <w:t>йорк Відомо нам: ви брали хабарі&lt;br /&gt;</w:t>
        <w:br/>
        <w:t>У Франції, а війську не платили,&lt;br /&gt;</w:t>
        <w:br/>
        <w:t>Тому й позбувся Франції король.&lt;br /&gt;</w:t>
        <w:br/>
        <w:t>Глостер Кому це — вам? Та звідки це відомо?&lt;br /&gt;</w:t>
        <w:br/>
        <w:t>Не ласився я на платню солдатську,&lt;br /&gt;</w:t>
        <w:br/>
        <w:t>З французів навіть шеляга не взяв.&lt;br /&gt;</w:t>
        <w:br/>
        <w:t>Бог свідок, я ночей недосипав,&lt;br /&gt;</w:t>
        <w:br/>
        <w:t>За ніччю ніч — країні на добро!&lt;br /&gt;</w:t>
        <w:br/>
        <w:t>Нехай хоч шаг, що я з держави здер,&lt;br /&gt;</w:t>
        <w:br/>
        <w:t>Нехай хоч гріш, прихований для себе,&lt;br /&gt;</w:t>
        <w:br/>
        <w:t>Як доказ подадуть в мій судний день!&lt;br /&gt;</w:t>
        <w:br/>
        <w:t>Чимало фунтів із своїх прибутків,&lt;br /&gt;</w:t>
        <w:br/>
        <w:t>Щоб не тягти податків з бідняків,&lt;br /&gt;</w:t>
        <w:br/>
        <w:t>Я гарнізонам виплатив; ніколи&lt;br /&gt;</w:t>
        <w:br/>
        <w:t>За це відшкодування не просив.&lt;br /&gt;</w:t>
        <w:br/>
        <w:t>Кардинал Вам вигідно, мілорде, так казать.&lt;br /&gt;</w:t>
        <w:br/>
        <w:t>Глостер Кажу я щиру правду, свідок бог!&lt;br /&gt;</w:t>
        <w:br/>
        <w:t>Йорк '-— Під час протекторства ви піддавали&lt;br /&gt;</w:t>
        <w:br/>
        <w:t>Нечуваним тортурам винуватців&lt;br /&gt;</w:t>
        <w:br/>
        <w:t>І Англію жорстокістю зганьбили.&lt;br /&gt;</w:t>
        <w:br/>
        <w:t>Глостгр Чи ж не відомо всім, що як протектор&lt;br /&gt;</w:t>
        <w:br/>
        <w:t>Я мав єдину ваду — жалісливість?&lt;br /&gt;</w:t>
        <w:br/>
        <w:t>Мене розчулювали сльози; винні&lt;br /&gt;</w:t>
        <w:br/>
        <w:t>Лише благанням за гріхи платили.&lt;br /&gt;</w:t>
        <w:br/>
        <w:t>Якщо це був не вбивця й не грабіжник,&lt;br /&gt;</w:t>
        <w:br/>
        <w:t>Що підло подорожніх оббирав,&lt;br /&gt;</w:t>
        <w:br/>
        <w:t>То я ніколи не карав як слід.&lt;br /&gt;</w:t>
        <w:br/>
        <w:t>Убивць кривавих справді катував&lt;br /&gt;</w:t>
        <w:br/>
        <w:t>Більш, як грабіжників і всіх злочинців.&lt;br /&gt;</w:t>
        <w:br/>
        <w:t>Сеффолк Від цих гріхів відмовитись неважко.&lt;br /&gt;</w:t>
        <w:br/>
        <w:t>Але за вами злочини, мілорде,&lt;br /&gt;</w:t>
        <w:br/>
        <w:t>В яких навряд чи виправдатись вам.&lt;br /&gt;</w:t>
        <w:br/>
        <w:t>Вас арештовую ім'ям державця&lt;br /&gt;</w:t>
        <w:br/>
        <w:t>І доручаю пану кардиналу&lt;br /&gt;</w:t>
        <w:br/>
        <w:t>Тримати, поки не почнеться суд.&lt;br /&gt;</w:t>
        <w:br/>
        <w:t>Генріх Мій лорде Глостер, щиро сподіваюсь,&lt;br /&gt;</w:t>
        <w:br/>
        <w:t>Що ви розвієте усі підозри.&lt;br /&gt;</w:t>
        <w:br/>
        <w:t>Я серцем відчуваю — ви не винні.&lt;br /&gt;</w:t>
        <w:br/>
        <w:t>Глостер Ох, владарю, лихі настали дні!&lt;br /&gt;</w:t>
        <w:br/>
        <w:t>Честь марнолюбство придушило підле.&lt;br /&gt;</w:t>
        <w:br/>
        <w:t>А. милосердя вигнала злоба.&lt;br /&gt;</w:t>
        <w:br/>
        <w:t>Немає гідності у королівстві,&lt;br /&gt;</w:t>
        <w:br/>
        <w:t>Запобігання нице торжествує.&lt;br /&gt;</w:t>
        <w:br/>
        <w:t>Життя моє відняти прагнуть, знаю.&lt;br /&gt;</w:t>
        <w:br/>
        <w:t>Якби ж я смертю край наш ощасливив&lt;br /&gt;</w:t>
        <w:br/>
        <w:t>І їхній, тиранії край поклав,&lt;br /&gt;</w:t>
        <w:br/>
        <w:t>Тоді— охоче я життя віддав би.&lt;br /&gt;</w:t>
        <w:br/>
        <w:t>Та це лише пролог в шаленій грі,&lt;br /&gt;</w:t>
        <w:br/>
        <w:t>Бо смерті тисяч, що й не ждуть біди,&lt;br /&gt;</w:t>
        <w:br/>
        <w:t>Трагедії страшної не скінчать.&lt;br /&gt;</w:t>
        <w:br/>
        <w:t>Ві очах у Бофорта іскриться гнів,&lt;br /&gt;</w:t>
        <w:br/>
        <w:t>В нестямній люті супить брови Сеффолк,&lt;br /&gt;</w:t>
        <w:br/>
        <w:t>А Бекінгем: лайливим язиком&lt;br /&gt;</w:t>
        <w:br/>
        <w:t>Полегшує тягар душі своєї;&lt;br /&gt;</w:t>
        <w:br/>
        <w:t>Зухвалець Йорк, що пнеться вище хмар&lt;br /&gt;</w:t>
        <w:br/>
        <w:t>(Я присадив його пиху), заміривсь&lt;br /&gt;</w:t>
        <w:br/>
        <w:t>Обмовами життя відняти в мене.&lt;br /&gt;</w:t>
        <w:br/>
        <w:t>Ви ж, королево, з іншими всіма&lt;br /&gt;</w:t>
        <w:br/>
        <w:t>Тут безпричинно ганите мене&lt;br /&gt;</w:t>
        <w:br/>
        <w:t>І докладаєте усіх зусиль,&lt;br /&gt;</w:t>
        <w:br/>
        <w:t>; Щоб ворога в мені король добачив.&lt;br /&gt;</w:t>
        <w:br/>
        <w:t>Так, спільно міркували ви над цим;&lt;br /&gt;</w:t>
        <w:br/>
        <w:t>Я знав про ваші зборища таємні,&lt;br /&gt;</w:t>
        <w:br/>
        <w:t>Де ви мені, безвинному, снували&lt;br /&gt;</w:t>
        <w:br/>
        <w:t>Погибель. Досить знайдеться лжесвідків,&lt;br /&gt;</w:t>
        <w:br/>
        <w:t>Сто зрад, тяжких мою провину збільшать.&lt;br /&gt;</w:t>
        <w:br/>
        <w:t>Недарма твердить приказка стара:&lt;br /&gt;</w:t>
        <w:br/>
        <w:t>"Як є собака — аяайдеться дрючок".&lt;br /&gt;</w:t>
        <w:br/>
        <w:t>Кардинал Владарю, лихослів'я це нестерпне!&lt;br /&gt;</w:t>
        <w:br/>
        <w:t>Я" тих, що ревно" вас оберігають&lt;br /&gt;</w:t>
        <w:br/>
        <w:t>Від лютих зрадників, ножів лихих,&lt;br /&gt;</w:t>
        <w:br/>
        <w:t>Так будуть лаяти, клясти, ганьбити,&lt;br /&gt;</w:t>
        <w:br/>
        <w:t>Як винні промовляти вільно будуть —&lt;br /&gt;</w:t>
        <w:br/>
        <w:t>Завзяття ваших друзів охолоне.&lt;br /&gt;</w:t>
        <w:br/>
        <w:t>Сеффолк Чи він. володарці не дорікнув&lt;br /&gt;</w:t>
        <w:br/>
        <w:t>Дошкульно, хоч і вельми красномовно,&lt;br /&gt;</w:t>
        <w:br/>
        <w:t>Тим, що вона когось тут підбивала&lt;br /&gt;</w:t>
        <w:br/>
        <w:t>На нього марно зводити ганьбу?&lt;br /&gt;</w:t>
        <w:br/>
        <w:t>Маргарита Хай душу відведе, хто гру програв.&lt;br /&gt;</w:t>
        <w:br/>
        <w:t>Глостер О,, знали б ви, яку сказали правду!&lt;br /&gt;</w:t>
        <w:br/>
        <w:t>Так, я програв, та лихо тим, хто виграв&lt;br /&gt;</w:t>
        <w:br/>
        <w:t>..: Нечесно. Маю право так сказать.&lt;br /&gt;</w:t>
        <w:br/>
        <w:t>Бекінгем Він нас морочитиме ціляй день.&lt;br /&gt;</w:t>
        <w:br/>
        <w:t>Мій кардинале, терцет-в'язень ваш.&lt;br /&gt;</w:t>
        <w:br/>
        <w:t>Кардинал Взять герцога і добре шшьнуваши!&lt;br /&gt;</w:t>
        <w:br/>
        <w:t>Глостер Так Генріх відкидає Ж).аг$ф свій,&lt;br /&gt;</w:t>
        <w:br/>
        <w:t>А сам стоїть нетвердо на &gt;ногах.&lt;br /&gt;</w:t>
        <w:br/>
        <w:t>Відбито паетух-а твого вія тебе,&lt;br /&gt;</w:t>
        <w:br/>
        <w:t>Гарчать вовки — от 'кинуться, —з'їдять.&lt;br /&gt;</w:t>
        <w:br/>
        <w:t>Аби ж ,для страху ве #уло шришш!&lt;br /&gt;</w:t>
        <w:br/>
        <w:t>Боюсь, королю, сішро твій аашн,&lt;br /&gt;</w:t>
        <w:br/>
        <w:t>Глостер під вцрною виходить.&lt;br /&gt;</w:t>
        <w:br/>
        <w:t>Генріх Як, щордн, зашя жулрісшь вам лідкаже,&lt;br /&gt;</w:t>
        <w:br/>
        <w:t>Так і робіть, немов ми тут присутні.&lt;br /&gt;</w:t>
        <w:br/>
        <w:t>Маргарита Величність заша задиша парламент?&lt;br /&gt;</w:t>
        <w:br/>
        <w:t>Генріх Так, Маргариток серце у скорйоті,&lt;br /&gt;</w:t>
        <w:br/>
        <w:t>її потік приплинув до очей.&lt;br /&gt;</w:t>
        <w:br/>
        <w:t>З усіх боків довкола мене іляаю,&lt;br /&gt;</w:t>
        <w:br/>
        <w:t>Бо що на світі за лвчаль лихіше?..&lt;br /&gt;</w:t>
        <w:br/>
        <w:t>Ох, дядьку Гемфрі! На твоїм обличчі,&lt;br /&gt;</w:t>
        <w:br/>
        <w:t>Немов на жарті,— щирість, вірність, —честь.&lt;br /&gt;</w:t>
        <w:br/>
        <w:t>В правдивості твоїй, мій добрий Гемфрі,&lt;br /&gt;</w:t>
        <w:br/>
        <w:t>/Менд^не випадає сумніватись.&lt;br /&gt;</w:t>
        <w:br/>
        <w:t>Чи над^тобою нещаслива зірка,&lt;br /&gt;</w:t>
        <w:br/>
        <w:t>Що ці великі лорди й королева&lt;br /&gt;</w:t>
        <w:br/>
        <w:t>Життя безвинне загубити прагнуть?&lt;br /&gt;</w:t>
        <w:br/>
        <w:t>Ні їм, ні ще кому ти зла не коїв,&lt;br /&gt;</w:t>
        <w:br/>
        <w:t>Та, як різник теля хапає, в'яже,&lt;br /&gt;</w:t>
        <w:br/>
        <w:t>й, коли пручається нещасне, б'є,&lt;br /&gt;</w:t>
        <w:br/>
        <w:t>І тягне до кривавої різниці, .&lt;br /&gt;</w:t>
        <w:br/>
        <w:t>Так і тебе жорстоко потягли.&lt;br /&gt;</w:t>
        <w:br/>
        <w:t>Як по оборі бігає хорова,&lt;br /&gt;</w:t>
        <w:br/>
        <w:t>Теляті дивиться услід, нічого ж&lt;br /&gt;</w:t>
        <w:br/>
        <w:t>Не вдіє, тільки жалісно реве,-&lt;br /&gt;</w:t>
        <w:br/>
        <w:t>Так я за Глостером уболіваю,&lt;br /&gt;</w:t>
        <w:br/>
        <w:t>Крізь сльози каламутними очима&lt;br /&gt;</w:t>
        <w:br/>
        <w:t>Дивлюся вслід, зарадити безсилий,-&lt;br /&gt;</w:t>
        <w:br/>
        <w:t>Міцні його закляті вороги.&lt;br /&gt;</w:t>
        <w:br/>
        <w:t>Крізь плач гіркий і стогони сумні&lt;br /&gt;</w:t>
        <w:br/>
        <w:t>Твердитиму: "Не винний Глостер, ні!"&lt;br /&gt;</w:t>
        <w:br/>
        <w:t>(Виходить)&lt;br /&gt;</w:t>
        <w:br/>
        <w:t>Маргарита Лише гаряче сонце топить сніг,&lt;br /&gt;</w:t>
        <w:br/>
        <w:t>А Генріх до великих справ холодний.&lt;br /&gt;</w:t>
        <w:br/>
        <w:t>Надміру жалісливого, його&lt;br /&gt;</w:t>
        <w:br/>
        <w:t>Заманює, мов жертву нерозумну,&lt;br /&gt;</w:t>
        <w:br/>
        <w:t>Сльозами крокодилячими Глостер.&lt;br /&gt;</w:t>
        <w:br/>
        <w:t>Так у квітчастім березі змія&lt;br /&gt;</w:t>
        <w:br/>
        <w:t>Строкатістю блискучого убору&lt;br /&gt;</w:t>
        <w:br/>
        <w:t>Приваблює дитину й жалить. Лорди,&lt;br /&gt;</w:t>
        <w:br/>
        <w:t>Мудрішої не може бути ради,&lt;br /&gt;</w:t>
        <w:br/>
        <w:t>Отож підказує здоровий глузд:&lt;br /&gt;</w:t>
        <w:br/>
        <w:t>Повинен швидше він цей світ лишити —&lt;br /&gt;</w:t>
        <w:br/>
        <w:t>Страх перед ним тоді залишить нас.&lt;br /&gt;</w:t>
        <w:br/>
        <w:t>Кардинал Ця смерть була б доречна, та її&lt;br /&gt;</w:t>
        <w:br/>
        <w:t>В належнім світлі виставити слід;&lt;br /&gt;</w:t>
        <w:br/>
        <w:t>Нехай би засудив його закон.&lt;br /&gt;</w:t>
        <w:br/>
        <w:t>Сеффолк А як на мене, це не зовсім слушно.&lt;br /&gt;</w:t>
        <w:br/>
        <w:t>Король захоче врятувать його,&lt;br /&gt;</w:t>
        <w:br/>
        <w:t>Народ повстане рятувать його,&lt;br /&gt;</w:t>
        <w:br/>
        <w:t>А наші докази — то лиш підозри,&lt;br /&gt;</w:t>
        <w:br/>
        <w:t>Слабкі вони, щоб засудить на смерть!&lt;br /&gt;</w:t>
        <w:br/>
        <w:t>Йорк То ви не хочете, щоб він помер?&lt;br /&gt;</w:t>
        <w:br/>
        <w:t>Сеффолк Цього я хочу, Йорку, більш за всіх.&lt;br /&gt;</w:t>
        <w:br/>
        <w:t>Йорк&lt;br /&gt;</w:t>
        <w:br/>
        <w:t>(убік) ' п&lt;br /&gt;</w:t>
        <w:br/>
        <w:t>Підстав цього бажать найбільше в Иорка.&lt;br /&gt;</w:t>
        <w:br/>
        <w:t>(Вголос)&lt;br /&gt;</w:t>
        <w:br/>
        <w:t>Шановні лорди кардинал і Сеффолк,&lt;br /&gt;</w:t>
        <w:br/>
        <w:t>Відверто висловіть свої думки.&lt;br /&gt;</w:t>
        <w:br/>
        <w:t>Орел неситий стереже курча&lt;br /&gt;</w:t>
        <w:br/>
        <w:t>Від коршака голодного — чи ж це&lt;br /&gt;</w:t>
        <w:br/>
        <w:t>Не те, що Гемфрі в короля протектор?&lt;br /&gt;</w:t>
        <w:br/>
        <w:t>Маргарита Курчатко бідне смерті не уникло б.&lt;br /&gt;</w:t>
        <w:br/>
        <w:t>Сеффолк Володарко, це правда,— тож безглуздо,&lt;br /&gt;</w:t>
        <w:br/>
        <w:t>Щоб у кошарі сторожем був лис.&lt;br /&gt;</w:t>
        <w:br/>
        <w:t>Хто визнаний убивцею лихим,&lt;br /&gt;</w:t>
        <w:br/>
        <w:t>Нехай не виправдовується тим,&lt;br /&gt;</w:t>
        <w:br/>
        <w:t>Що наміру свого не встиг здійснити.&lt;br /&gt;</w:t>
        <w:br/>
        <w:t>Отож раніше хай помре цей лис,&lt;br /&gt;</w:t>
        <w:br/>
        <w:t>Хижак відомий, лютий ворог стада,&lt;br /&gt;</w:t>
        <w:br/>
        <w:t>Ніж закривавить щелепи свої.&lt;br /&gt;</w:t>
        <w:br/>
        <w:t>Бо ж певно: Гемфрі — ворог королю,&lt;br /&gt;</w:t>
        <w:br/>
        <w:t>І неважливо, як його убити,&lt;br /&gt;</w:t>
        <w:br/>
        <w:t>Підступністю чи хитрістю; у пастці,&lt;br /&gt;</w:t>
        <w:br/>
        <w:t>В постелі чи в дорозі,— все одно,&lt;br /&gt;</w:t>
        <w:br/>
        <w:t>Аби помер. Не судиться обман,&lt;br /&gt;</w:t>
        <w:br/>
        <w:t>Покликаний знешкодити обман.&lt;br /&gt;</w:t>
        <w:br/>
        <w:t>Маргарита Слова рішучі, Сеффолку преславний!&lt;br /&gt;</w:t>
        <w:br/>
        <w:t>Сеффолк Рішучі будуть, як здійснити їх,&lt;br /&gt;</w:t>
        <w:br/>
        <w:t>Бо часто лиш в думках ми послідовні.&lt;br /&gt;</w:t>
        <w:br/>
        <w:t>Але мої слова з думками в згоді.&lt;br /&gt;</w:t>
        <w:br/>
        <w:t>Врятуємо учинком цим державця&lt;br /&gt;</w:t>
        <w:br/>
        <w:t>Від ворога його; скажіть лиш слово —&lt;br /&gt;</w:t>
        <w:br/>
        <w:t>Я швидко відпущу йому гріхи.&lt;br /&gt;</w:t>
        <w:br/>
        <w:t>Кардинал Волів би я, щоб швидше він помер,&lt;br /&gt;</w:t>
        <w:br/>
        <w:t>Ніж зробитеся ви духівником.&lt;br /&gt;</w:t>
        <w:br/>
        <w:t>Якщо дозволите, мілорде Сеффолк,&lt;br /&gt;</w:t>
        <w:br/>
        <w:t>То я знайду, кому це доручити,&lt;br /&gt;</w:t>
        <w:br/>
        <w:t>Подбаю про безпеку короля.&lt;br /&gt;</w:t>
        <w:br/>
        <w:t>Сеффолк Погоджуюся, ось моя рука.&lt;br /&gt;</w:t>
        <w:br/>
        <w:t>Маргарита Я згодна теж.&lt;br /&gt;</w:t>
        <w:br/>
        <w:t>Йорк І я. Коли ж утрьох ми ухвалили,&lt;br /&gt;</w:t>
        <w:br/>
        <w:t>Що нам, як хтось наш заперечить вирок?&lt;br /&gt;</w:t>
        <w:br/>
        <w:t>Входить гонець.&lt;br /&gt;</w:t>
        <w:br/>
        <w:t>Гонець 3 Ірлаіндії примчав я, славні лорди;&lt;br /&gt;</w:t>
        <w:br/>
        <w:t>Повідомляю: там зчинили бунт&lt;br /&gt;</w:t>
        <w:br/>
        <w:t>І на англійців зброю підняли.&lt;br /&gt;</w:t>
        <w:br/>
        <w:t>Пошліть підмогу, заколот спиніть,-&lt;br /&gt;</w:t>
        <w:br/>
        <w:t>Ще рана безнадійною не стала,&lt;br /&gt;</w:t>
        <w:br/>
        <w:t>Ще змога є загоїти її.&lt;br /&gt;</w:t>
        <w:br/>
        <w:t>Кардинал Пробоїну слід швидше залатати!&lt;br /&gt;</w:t>
        <w:br/>
        <w:t>То що ж порадите у скруті цій?&lt;br /&gt;</w:t>
        <w:br/>
        <w:t>Йорк Щоб Сомерсет прибув туди як регент.&lt;br /&gt;</w:t>
        <w:br/>
        <w:t>Потрібен там правитель з таланом.&lt;br /&gt;</w:t>
        <w:br/>
        <w:t>Сомерсет Якби у Франції був замість мене&lt;br /&gt;</w:t>
        <w:br/>
        <w:t>Йорк хитромудрий регентом, то він&lt;br /&gt;</w:t>
        <w:br/>
        <w:t>Нізащо б там не протримавсь так довго.&lt;br /&gt;</w:t>
        <w:br/>
        <w:t>Йорк Ні — щоб утратити там все, як ти.&lt;br /&gt;</w:t>
        <w:br/>
        <w:t>Я радше втратив би своє життя,&lt;br /&gt;</w:t>
        <w:br/>
        <w:t>Ніж повернувся з тягарем ганьби,&lt;br /&gt;</w:t>
        <w:br/>
        <w:t>Досидівшись, аж поки все пропало.&lt;br /&gt;</w:t>
        <w:br/>
        <w:t>Де на твоєму тілі хоч рубець?&lt;br /&gt;</w:t>
        <w:br/>
        <w:t>Хто так зберіг себе, той не боєць.&lt;br /&gt;</w:t>
        <w:br/>
        <w:t>Маргарита 3 цієї іскри виникне пожежа,&lt;br /&gt;</w:t>
        <w:br/>
        <w:t>Як роздимати й підкидати дров.&lt;br /&gt;</w:t>
        <w:br/>
        <w:t>Спиніться, славні Йорку й Сомерсете.&lt;br /&gt;</w:t>
        <w:br/>
        <w:t>Якби там* Йорку, регентом був ти,&lt;br /&gt;</w:t>
        <w:br/>
        <w:t>Тобі, можливо, гірше повелося б.&lt;br /&gt;</w:t>
        <w:br/>
        <w:t>Йорк Як? Гірше навіть? О, ганьба вам всім!&lt;br /&gt;</w:t>
        <w:br/>
        <w:t>Сомерсет Тобі ганьба, що так ганьби всім зичиш!&lt;br /&gt;</w:t>
        <w:br/>
        <w:t>Кардинал Мій лорде Иорк, ви б долі пошукали.&lt;br /&gt;</w:t>
        <w:br/>
        <w:t>В Ірландії озброїлися керни,&lt;br /&gt;</w:t>
        <w:br/>
        <w:t>Англійців кров'ю варвари багрять&lt;br /&gt;</w:t>
        <w:br/>
        <w:t>Пісок. Чого б не повести загін вам&lt;br /&gt;</w:t>
        <w:br/>
        <w:t>Бійців добірних із усіх округ?&lt;br /&gt;</w:t>
        <w:br/>
        <w:t>Напевне, в цім бою вам пощастить.&lt;br /&gt;</w:t>
        <w:br/>
        <w:t>Йорк Гаразд, якщо його величність згодна.&lt;br /&gt;</w:t>
        <w:br/>
        <w:t>Сеффолк У нашій владі все, тож дасть він згоду,&lt;br /&gt;</w:t>
        <w:br/>
        <w:t>Все, що ухвалимо, затвердить. Отже,&lt;br /&gt;</w:t>
        <w:br/>
        <w:t>Берись за діло, йорку благородний.&lt;br /&gt;</w:t>
        <w:br/>
        <w:t>Йорк Я згоден, лорди. Військо ви зберіть,&lt;br /&gt;</w:t>
        <w:br/>
        <w:t>Тим часом я свої владнаю справи.&lt;br /&gt;</w:t>
        <w:br/>
        <w:t>Сеффолк Я це візьму на себе, лорде Йорку.&lt;br /&gt;</w:t>
        <w:br/>
        <w:t>Та повернімось до лихого Гемфрі.&lt;br /&gt;</w:t>
        <w:br/>
        <w:t>Кардинал Про нього досить, я влаштую так,&lt;br /&gt;</w:t>
        <w:br/>
        <w:t>Що більш він не тривожитиме нас.&lt;br /&gt;</w:t>
        <w:br/>
        <w:t>Ну що ж, ходім,— завершується день.&lt;br /&gt;</w:t>
        <w:br/>
        <w:t>Нас, лорде Сеффолк, ще розмова жде.&lt;br /&gt;</w:t>
        <w:br/>
        <w:t>Йорк На все в нас, лорде Сеффолк, тижнів зо два.&lt;br /&gt;</w:t>
        <w:br/>
        <w:t>Я в Брістолі чекатиму солдатів,&lt;br /&gt;</w:t>
        <w:br/>
        <w:t>Щоб їх &amp; Ірландію перевезти.&lt;br /&gt;</w:t>
        <w:br/>
        <w:t>Сеффолк Все буде як належить, лорде Йорку.&lt;br /&gt;</w:t>
        <w:br/>
        <w:t>Виходять, усі, крім йорка.&lt;br /&gt;</w:t>
        <w:br/>
        <w:t>Йорк Тепер або ніколи! Fe-гь же страх!&lt;br /&gt;</w:t>
        <w:br/>
        <w:t>Зміни свій сумнів на рішучість, Йорку,&lt;br /&gt;</w:t>
        <w:br/>
        <w:t>Стань тим, ким хочеш буть, ані — нехай&lt;br /&gt;</w:t>
        <w:br/>
        <w:t>Той, ким ти є, помре. Це не життя!&lt;br /&gt;</w:t>
        <w:br/>
        <w:t>Нехай безродні бліднуть, страх таять —&lt;br /&gt;</w:t>
        <w:br/>
        <w:t>Від страху вільне серце королівське.&lt;br /&gt;</w:t>
        <w:br/>
        <w:t>Думки одна на одну налітають&lt;br /&gt;</w:t>
        <w:br/>
        <w:t>Хутчіш весняних злив, і всі про велич!&lt;br /&gt;</w:t>
        <w:br/>
        <w:t>Завзятіш, ніж павук ретельний, мозок&lt;br /&gt;</w:t>
        <w:br/>
        <w:t>На ворогів моїх сплітає сіті.&lt;br /&gt;</w:t>
        <w:br/>
        <w:t>Чудово, лорди! Ухвалили мудро —&lt;br /&gt;</w:t>
        <w:br/>
        <w:t>Мене з військами відіслати звідси.&lt;br /&gt;</w:t>
        <w:br/>
        <w:t>Це ж змерзлу відігріли ви змію —&lt;br /&gt;</w:t>
        <w:br/>
        <w:t>На грудях виплекана, вжалить в серце!&lt;br /&gt;</w:t>
        <w:br/>
        <w:t>Бракує військ мені, —то ви дасте;&lt;br /&gt;</w:t>
        <w:br/>
        <w:t>Прийму люб'язно. Тільки так і знайте:&lt;br /&gt;</w:t>
        <w:br/>
        <w:t>Безумцеві до рук дали ви зброю.&lt;br /&gt;</w:t>
        <w:br/>
        <w:t>В Ірландії зміцню я свій загін,&lt;br /&gt;</w:t>
        <w:br/>
        <w:t>А в Англії здійму я чорну бурю,&lt;br /&gt;</w:t>
        <w:br/>
        <w:t>Що понесе десятки тисяч душ&lt;br /&gt;</w:t>
        <w:br/>
        <w:t>У рай чи в пекло і не вщухне, поки&lt;br /&gt;</w:t>
        <w:br/>
        <w:t>Не надягну вінця я золотого,&lt;br /&gt;</w:t>
        <w:br/>
        <w:t>Що, ніби сонце, осяйним промінням&lt;br /&gt;</w:t>
        <w:br/>
        <w:t>Вгамує вихор цей иасамовитий.&lt;br /&gt;</w:t>
        <w:br/>
        <w:t>Ну, а щоб випробувати свій замір,&lt;br /&gt;</w:t>
        <w:br/>
        <w:t>Підбив я одного завзятця з Кешу:&lt;br /&gt;</w:t>
        <w:br/>
        <w:t>Джон Кед із Ешфорда&lt;br /&gt;</w:t>
        <w:br/>
        <w:t>Узявся заворушення підняти,&lt;br /&gt;</w:t>
        <w:br/>
        <w:t>Ім'я прибравши Джона Мортімера.&lt;br /&gt;</w:t>
        <w:br/>
        <w:t>Я бачив, як в Ірландії цей Кед&lt;br /&gt;</w:t>
        <w:br/>
        <w:t>Один зітнувся із загоном кернів.&lt;br /&gt;</w:t>
        <w:br/>
        <w:t>Запекло бивея, хоч стирчали стріли&lt;br /&gt;</w:t>
        <w:br/>
        <w:t>В його боках полками дикобраза;&lt;br /&gt;</w:t>
        <w:br/>
        <w:t>Коли щ прийшла підмога, застрибав,&lt;br /&gt;</w:t>
        <w:br/>
        <w:t>Мов дикий мавр у танці, й затряслися,&lt;br /&gt;</w:t>
        <w:br/>
        <w:t>Неначе брязкальця, криваві стріли.&lt;br /&gt;</w:t>
        <w:br/>
        <w:t>Не раз, мов керн кремезний і кошлатий,&lt;br /&gt;</w:t>
        <w:br/>
        <w:t>Вбиравсь і з ворогами розмовляв,&lt;br /&gt;</w:t>
        <w:br/>
        <w:t>І повертавсь невпізнаний назад,&lt;br /&gt;</w:t>
        <w:br/>
        <w:t>Повідомляв мене про їх злочинства.&lt;br /&gt;</w:t>
        <w:br/>
        <w:t>Диявол цей мене замінить тут.&lt;br /&gt;</w:t>
        <w:br/>
        <w:t>На Джона Мортімера, що помер,&lt;br /&gt;</w:t>
        <w:br/>
        <w:t>Ходою, мовою, лицем він схожий.&lt;br /&gt;</w:t>
        <w:br/>
        <w:t>З'ясую так, що думає народ,&lt;br /&gt;</w:t>
        <w:br/>
        <w:t>Чи визнає родинне право Йорка.&lt;br /&gt;</w:t>
        <w:br/>
        <w:t>Чи й схоплять Кеда, катувати стануть —&lt;br /&gt;</w:t>
        <w:br/>
        <w:t>Він болю не злякається, не скаже,&lt;br /&gt;</w:t>
        <w:br/>
        <w:t>Хто на повстання це його штовхнув.&lt;br /&gt;</w:t>
        <w:br/>
        <w:t>Як пощастить йому (а чом би й ні?),&lt;br /&gt;</w:t>
        <w:br/>
        <w:t>З Ірландії я військо приведу,&lt;br /&gt;</w:t>
        <w:br/>
        <w:t>Зберу врожай там, де негідник сіяв.&lt;br /&gt;</w:t>
        <w:br/>
        <w:t>Адже, як Гемфрі прийме свій кінець,&lt;br /&gt;</w:t>
        <w:br/>
        <w:t>Я скину Генріха й візьму вінець.&lt;br /&gt;</w:t>
        <w:br/>
        <w:t>(Виходить)&lt;br /&gt;</w:t>
        <w:br/>
        <w:t>СЦЕНА 2&lt;br /&gt;</w:t>
        <w:br/>
        <w:t>Бері. Кімната в палаці.&lt;br /&gt;</w:t>
        <w:br/>
        <w:t>Входять поквапливо двоє вбивць.&lt;br /&gt;</w:t>
        <w:br/>
        <w:t>1-й вбивця Мерщій до лорда Сеффолка; скажи,&lt;br /&gt;</w:t>
        <w:br/>
        <w:t>Що вбито герцога, як він велів.&lt;br /&gt;</w:t>
        <w:br/>
        <w:t>2-й вбивця Нечувано! Що наробили ми?&lt;br /&gt;</w:t>
        <w:br/>
        <w:t>Хто так, як Гемфрі, смерть приймав покірно?&lt;br /&gt;</w:t>
        <w:br/>
        <w:t>1-й вбивця А ось мілорд.&lt;br /&gt;</w:t>
        <w:br/>
        <w:t>Входить Сеффолк.&lt;br /&gt;</w:t>
        <w:br/>
        <w:t>Сеффолк Ну як, шановні, все&lt;br /&gt;</w:t>
        <w:br/>
        <w:t>Зробили?&lt;br /&gt;</w:t>
        <w:br/>
        <w:t>1-й вбивця Так, мілорде, мертвий він.&lt;br /&gt;</w:t>
        <w:br/>
        <w:t>Сеффолк Що ж, непогано. Прийдете в мій дім,&lt;br /&gt;</w:t>
        <w:br/>
        <w:t>Я вас нагороджу за діло сміле.&lt;br /&gt;</w:t>
        <w:br/>
        <w:t>Король і пери тут неподалік.&lt;br /&gt;</w:t>
        <w:br/>
        <w:t>Чи ви прибрали постіль? Чи зробили&lt;br /&gt;</w:t>
        <w:br/>
        <w:t>Все як належить, як казав я вам?&lt;br /&gt;</w:t>
        <w:br/>
        <w:t>1-й вбивця Так, добрий лорде.&lt;br /&gt;</w:t>
        <w:br/>
        <w:t>Сеффолк Геть, мерщій!&lt;br /&gt;</w:t>
        <w:br/>
        <w:t>Вбивці виходять.&lt;br /&gt;</w:t>
        <w:br/>
        <w:t>Сурми.&lt;br /&gt;</w:t>
        <w:br/>
        <w:t>Входять король Генріх, королева Маргарита, кардинал Бо-&lt;br /&gt;</w:t>
        <w:br/>
        <w:t>форт, Сомерсет, лорди та інші.&lt;br /&gt;</w:t>
        <w:br/>
        <w:t>Генріх Покличте дядька нашого сюди;&lt;br /&gt;</w:t>
        <w:br/>
        <w:t>Скажіть, що хочем з'ясувать, чи винен&lt;br /&gt;</w:t>
        <w:br/>
        <w:t>Він у гріхах, приписаних йому.&lt;br /&gt;</w:t>
        <w:br/>
        <w:t>Сеффолк Покличу зараз же, владарю мій.&lt;br /&gt;</w:t>
        <w:br/>
        <w:t>(Виходить)&lt;br /&gt;</w:t>
        <w:br/>
        <w:t>Генріх Місця займайте, лорди. Вас прошу,&lt;br /&gt;</w:t>
        <w:br/>
        <w:t>Щоб дядька ви суворо не судили;&lt;br /&gt;</w:t>
        <w:br/>
        <w:t>Лиш безперечні докази поважні&lt;br /&gt;</w:t>
        <w:br/>
        <w:t>Дадуть можливість визнати вину.&lt;br /&gt;</w:t>
        <w:br/>
        <w:t>Маргарита Не дай господь, щоб зло перемогло&lt;br /&gt;</w:t>
        <w:br/>
        <w:t>І дворянина марно засудили!&lt;br /&gt;</w:t>
        <w:br/>
        <w:t>Хай звільнить бог його від підозрінь!&lt;br /&gt;</w:t>
        <w:br/>
        <w:t>Генріх Спасибі, ти утішила мене.&lt;br /&gt;</w:t>
        <w:br/>
        <w:t>Повертається Сеффолк.&lt;br /&gt;</w:t>
        <w:br/>
        <w:t>Це що? Чого ти зблід? Чого тремтиш?&lt;br /&gt;</w:t>
        <w:br/>
        <w:t>Що трапилося, Сеффолку? Де дядько?&lt;br /&gt;</w:t>
        <w:br/>
        <w:t>Сеффолк Королю! Глостер у постелі, мертвий.&lt;br /&gt;</w:t>
        <w:br/>
        <w:t>Маргарита Помилуй боже!&lt;br /&gt;</w:t>
        <w:br/>
        <w:t>Кардинал Господня воля! Снилося мені,&lt;br /&gt;</w:t>
        <w:br/>
        <w:t>Що він німий, не вимовить ні слова.&lt;br /&gt;</w:t>
        <w:br/>
        <w:t>Король Генріх непритомніє.&lt;br /&gt;</w:t>
        <w:br/>
        <w:t>Маргарита Ой, що це? Поможіть! Король помер!&lt;br /&gt;</w:t>
        <w:br/>
        <w:t>Сомерсет Зведіть його, полоскочіть у носі.&lt;br /&gt;</w:t>
        <w:br/>
        <w:t>Маргарита Ну, швидше! Очі, Генріху, розплющ!&lt;br /&gt;</w:t>
        <w:br/>
        <w:t>Сеффолк Терпіння, королево. Він ожив.&lt;br /&gt;</w:t>
        <w:br/>
        <w:t>Генріх О господи!&lt;br /&gt;</w:t>
        <w:br/>
        <w:t>Маргарита Що з вами, любий муже?&lt;br /&gt;</w:t>
        <w:br/>
        <w:t>Сеффолк Утіштесь, Генріху! Владарю, втіштесь!&lt;br /&gt;</w:t>
        <w:br/>
        <w:t>Генріх Це хто — мене лорд Сеффолк утішає?&lt;br /&gt;</w:t>
        <w:br/>
        <w:t>Яімюрон, щойно прокричав, позбавив&lt;br /&gt;</w:t>
        <w:br/>
        <w:t>Мене злим голосом життєвих сил&lt;br /&gt;</w:t>
        <w:br/>
        <w:t>І думає цвіріньканням нікчемним,&lt;br /&gt;</w:t>
        <w:br/>
        <w:t>Нещирим, безпорадним утішанням&lt;br /&gt;</w:t>
        <w:br/>
        <w:t>Те каркання жахливе заглушить!&lt;br /&gt;</w:t>
        <w:br/>
        <w:t>Отрути не ховай в словах медових.&lt;br /&gt;</w:t>
        <w:br/>
        <w:t>І руки геть, не смій мене торкатись:&lt;br /&gt;</w:t>
        <w:br/>
        <w:t>Мене твій дотик жалить, мов змія.&lt;br /&gt;</w:t>
        <w:br/>
        <w:t>Сповіснику нещастя, геть з очей!&lt;br /&gt;</w:t>
        <w:br/>
        <w:t>В твоїх очах гніздиться вбивча лють,&lt;br /&gt;</w:t>
        <w:br/>
        <w:t>Що світ лякає величчю жахною.&lt;br /&gt;</w:t>
        <w:br/>
        <w:t>Мене твій погляд ранить, не дивись!&lt;br /&gt;</w:t>
        <w:br/>
        <w:t>Та ні, стривай, стань ближче, василіску,&lt;br /&gt;</w:t>
        <w:br/>
        <w:t>Нову безвинну жертву вбий очима.&lt;br /&gt;</w:t>
        <w:br/>
        <w:t>Знайду я втіху під крилом у смерті;&lt;br /&gt;</w:t>
        <w:br/>
        <w:t>Життя — подвійна смерть, як дядько вмер.&lt;br /&gt;</w:t>
        <w:br/>
        <w:t>Маргарита За що так лорда Сеффолка клясти?&lt;br /&gt;</w:t>
        <w:br/>
        <w:t>Оплакав він цю смерть по-християнськи,&lt;br /&gt;</w:t>
        <w:br/>
        <w:t>Хоч герцог з ним ворогував. А я,&lt;br /&gt;</w:t>
        <w:br/>
        <w:t>Хоч і мені був недругом покійник,-&lt;br /&gt;</w:t>
        <w:br/>
        <w:t>Якби стогнання ці та сліз потоки,&lt;br /&gt;</w:t>
        <w:br/>
        <w:t>Зітхання ці, що сушать кров, могли&lt;br /&gt;</w:t>
        <w:br/>
        <w:t>Вернуть життя,— осліпла б від плачу,&lt;br /&gt;</w:t>
        <w:br/>
        <w:t>Від стогонів змарніла, від зітхань,&lt;br /&gt;</w:t>
        <w:br/>
        <w:t>Як первоцвіт, поблідла — тільки б жив.&lt;br /&gt;</w:t>
        <w:br/>
        <w:t>А що подумає про мене світ?&lt;br /&gt;</w:t>
        <w:br/>
        <w:t>Відомо, дружби не було між нами,&lt;br /&gt;</w:t>
        <w:br/>
        <w:t>Зі світу, скажуть, я його звела.&lt;br /&gt;</w:t>
        <w:br/>
        <w:t>Ім'я моє язик неслави зранить,&lt;br /&gt;</w:t>
        <w:br/>
        <w:t>Всі королі ганьбитимуть мене.&lt;br /&gt;</w:t>
        <w:br/>
        <w:t>Ця смерть нещастя принесла з собою!&lt;br /&gt;</w:t>
        <w:br/>
        <w:t>Я — владарка, увінчана ганьбою!&lt;br /&gt;</w:t>
        <w:br/>
        <w:t>Генріх О горе! Бідолашний дядько Глостер!&lt;br /&gt;</w:t>
        <w:br/>
        <w:t>Маргарита Горюй за мною — бідолашна я!&lt;br /&gt;</w:t>
        <w:br/>
        <w:t>Ти одвертаєшся, ховаєш очі?&lt;br /&gt;</w:t>
        <w:br/>
        <w:t>Я не потвора прокажена — гляиь.&lt;br /&gt;</w:t>
        <w:br/>
        <w:t>Чи, як гадюка, ти зробивсь глухий?&lt;br /&gt;</w:t>
        <w:br/>
        <w:t>То стань отруйний, вбий дружину страдну.&lt;br /&gt;</w:t>
        <w:br/>
        <w:t>Чи вся твоя утіха — в гробі Гемфрі?&lt;br /&gt;</w:t>
        <w:br/>
        <w:t>То значить, не любив ти Маргарити!&lt;br /&gt;</w:t>
        <w:br/>
        <w:t>Зведи йому ти статую й молися,1&lt;br /&gt;</w:t>
        <w:br/>
        <w:t>Мене ж малюй на вивісках пивниць.&lt;br /&gt;</w:t>
        <w:br/>
        <w:t>Чи не тому ледь не пропала в морі?&lt;br /&gt;</w:t>
        <w:br/>
        <w:t>Бурхливий вітер двічі гнав мене&lt;br /&gt;</w:t>
        <w:br/>
        <w:t>Від Англії до рідних берегів.&lt;br /&gt;</w:t>
        <w:br/>
        <w:t>Це вітер так мене застерігав,&lt;br /&gt;</w:t>
        <w:br/>
        <w:t>Мовдяв — там скорпіоняче гніздо,&lt;br /&gt;</w:t>
        <w:br/>
        <w:t>На той жахливий берег не ступай!&lt;br /&gt;</w:t>
        <w:br/>
        <w:t>Я доброзичливі кляла пориви,&lt;br /&gt;</w:t>
        <w:br/>
        <w:t>Й того, хто випустив їх із печери,&lt;br /&gt;</w:t>
        <w:br/>
        <w:t>Благала я до Англії повіять&lt;br /&gt;</w:t>
        <w:br/>
        <w:t>Чи корабель об скелі розтрощити!&lt;br /&gt;</w:t>
        <w:br/>
        <w:t>Стать не схотів убивцею Еол,&lt;br /&gt;</w:t>
        <w:br/>
        <w:t>Це лиходійство полишив тобі.&lt;br /&gt;</w:t>
        <w:br/>
        <w:t>Мене грайливе море не втопило,&lt;br /&gt;</w:t>
        <w:br/>
        <w:t>Бо знало: від бездушності твоєї&lt;br /&gt;</w:t>
        <w:br/>
        <w:t>На суші я втоплюся в морі сліз.&lt;br /&gt;</w:t>
        <w:br/>
        <w:t>Ребристі скелі у піски сховались,-&lt;br /&gt;</w:t>
        <w:br/>
        <w:t>Мене пошматувати не схотіли,&lt;br /&gt;</w:t>
        <w:br/>
        <w:t>Щоб серцем крем'яним, за них твердішим,&lt;br /&gt;</w:t>
        <w:br/>
        <w:t>Ти в цім палаці Маргариту вбив.&lt;br /&gt;</w:t>
        <w:br/>
        <w:t>Я, поки скелі крейдяні біліли,&lt;br /&gt;</w:t>
        <w:br/>
        <w:t>Як вихор нас від острова гнав геть,&lt;br /&gt;</w:t>
        <w:br/>
        <w:t>На палубі стояла серед бурі;&lt;br /&gt;</w:t>
        <w:br/>
        <w:t>Коли ж від погляду мого палкого&lt;br /&gt;</w:t>
        <w:br/>
        <w:t>Мла застилати почала твій край,&lt;br /&gt;</w:t>
        <w:br/>
        <w:t>Зняла я медальйон коштовний — серце&lt;br /&gt;</w:t>
        <w:br/>
        <w:t>В оправі діамантів — і метнула&lt;br /&gt;</w:t>
        <w:br/>
        <w:t>В бік Англії, і море прийняло.&lt;br /&gt;</w:t>
        <w:br/>
        <w:t>Гадала — ти б моє прийняв так серце*&lt;br /&gt;</w:t>
        <w:br/>
        <w:t>Та зникла мила Англія з очей —&lt;br /&gt;</w:t>
        <w:br/>
        <w:t>Очей, що посилала я за серцем,&lt;br /&gt;</w:t>
        <w:br/>
        <w:t>Що скельцями туманними їх звала,-&lt;br /&gt;</w:t>
        <w:br/>
        <w:t>Не проглядавсь жаданий Альбіон.&lt;br /&gt;</w:t>
        <w:br/>
        <w:t>Як часто Сеффолка просила я —&lt;br /&gt;</w:t>
        <w:br/>
        <w:t>Несталості твоєї посланця —&lt;br /&gt;</w:t>
        <w:br/>
        <w:t>Щоб розповіддю чарував мене,&lt;br /&gt;</w:t>
        <w:br/>
        <w:t>Як в давнину розповідав Асканій&lt;br /&gt;</w:t>
        <w:br/>
        <w:t>ДідонІ, ошалілій від любові,&lt;br /&gt;</w:t>
        <w:br/>
        <w:t>Про подвиги, що батько їх звершив,&lt;br /&gt;</w:t>
        <w:br/>
        <w:t>Відколи у вогні згоріла Троя.&lt;br /&gt;</w:t>
        <w:br/>
        <w:t>Не так ти звів мене, Еней несталий?&lt;br /&gt;</w:t>
        <w:br/>
        <w:t>Не можу більше! Маргарито, вмри!&lt;br /&gt;</w:t>
        <w:br/>
        <w:t>Сумує Генріх — ти ж бо ще жива.&lt;br /&gt;</w:t>
        <w:br/>
        <w:t>Гамір за сценою.&lt;br /&gt;</w:t>
        <w:br/>
        <w:t>Входять Уорік та Солсбері.&lt;br /&gt;</w:t>
        <w:br/>
        <w:t>Простолюд тиснеться в двері.&lt;br /&gt;</w:t>
        <w:br/>
        <w:t>Уорік Могутній владарю, пішли чутки:&lt;br /&gt;</w:t>
        <w:br/>
        <w:t>По-зрадннцьки убитий герцог Гемфрі&lt;br /&gt;</w:t>
        <w:br/>
        <w:t>І винні в смерті Сеффолк з кардиналом.&lt;br /&gt;</w:t>
        <w:br/>
        <w:t>Люд, як розгніваний бджолиний рій,&lt;br /&gt;</w:t>
        <w:br/>
        <w:t>'^ Що втратив матку, навмання кружляє&lt;br /&gt;</w:t>
        <w:br/>
        <w:t>І ладен вжалити кого завгодно.&lt;br /&gt;</w:t>
        <w:br/>
        <w:t>Я втихомирив бунт їх, обіцявши,&lt;br /&gt;</w:t>
        <w:br/>
        <w:t>Що їм розкажуть про причину смерті.&lt;br /&gt;</w:t>
        <w:br/>
        <w:t>Генріх Що він помер, Уоріку, це правда;&lt;br /&gt;</w:t>
        <w:br/>
        <w:t>Як саме — знає бог, але не Генріх.&lt;br /&gt;</w:t>
        <w:br/>
        <w:t>Підіть, огляньте бездиханний труп&lt;br /&gt;</w:t>
        <w:br/>
        <w:t>І визначте, як сталась нагла смерть.&lt;br /&gt;</w:t>
        <w:br/>
        <w:t>Уорік Гаразд, владарю. Солсбері, побудьте&lt;br /&gt;</w:t>
        <w:br/>
        <w:t>З простолюдом; я швидко повернусь.&lt;br /&gt;</w:t>
        <w:br/>
        <w:t>(Виходить)&lt;br /&gt;</w:t>
        <w:br/>
        <w:t>Генріх Всевишній судде, о, спини думки,&lt;br /&gt;</w:t>
        <w:br/>
        <w:t>Які душею оволодівають,-&lt;br /&gt;</w:t>
        <w:br/>
        <w:t>Думки про те, ЙШ Гемфрі підло вбитий!&lt;br /&gt;</w:t>
        <w:br/>
        <w:t>Як помиляюсь,— господи, прости,&lt;br /&gt;</w:t>
        <w:br/>
        <w:t>Що замість тебе зважився судить!&lt;br /&gt;</w:t>
        <w:br/>
        <w:t>Хотів би я бліді уста зігріти&lt;br /&gt;</w:t>
        <w:br/>
        <w:t>Цілунків тисячею і пролить&lt;br /&gt;</w:t>
        <w:br/>
        <w:t>Над дорогим обличчям море сліз!&lt;br /&gt;</w:t>
        <w:br/>
        <w:t>Казать мерцю глухому про любов,&lt;br /&gt;</w:t>
        <w:br/>
        <w:t>Голубити його нечулу руку!..&lt;br /&gt;</w:t>
        <w:br/>
        <w:t>Та марні ці нікчемні голосіння —&lt;br /&gt;</w:t>
        <w:br/>
        <w:t>Побачивши землистий м,ертвий лик,&lt;br /&gt;</w:t>
        <w:br/>
        <w:t>Я тільки збільшив би свою скорботу.&lt;br /&gt;</w:t>
        <w:br/>
        <w:t>Вносять ліжко з мертвим Глостером. Входить Уорік.&lt;br /&gt;</w:t>
        <w:br/>
        <w:t>Уорік Владарю, підійдіть, на тіло гляньте.&lt;br /&gt;</w:t>
        <w:br/>
        <w:t>Генріх Глибінь могили власної побачу:&lt;br /&gt;</w:t>
        <w:br/>
        <w:t>З його душею відлетіла втіха —&lt;br /&gt;</w:t>
        <w:br/>
        <w:t>Дивлюсь на нього, як на смерть свою.&lt;br /&gt;</w:t>
        <w:br/>
        <w:t>Уорік Як правда те, що я душею прагну&lt;br /&gt;</w:t>
        <w:br/>
        <w:t>До владаря, який прийняв наш образ,&lt;br /&gt;</w:t>
        <w:br/>
        <w:t>Щоб знять отця свого прокляття з люду,&lt;br /&gt;</w:t>
        <w:br/>
        <w:t>Так певен, що руками лиходіїв&lt;br /&gt;</w:t>
        <w:br/>
        <w:t>Підступно вбитий герцог наш преславний.&lt;br /&gt;</w:t>
        <w:br/>
        <w:t>Сеффолк Жахлива клятва, вельми урочиста.&lt;br /&gt;</w:t>
        <w:br/>
        <w:t>Та чим її Уорік обгрунтує? &gt;&lt;br /&gt;</w:t>
        <w:br/>
        <w:t>Уорік Кров до обличчя припливла, поглянь!&lt;br /&gt;</w:t>
        <w:br/>
        <w:t>Я бачив смертю власною померлих:&lt;br /&gt;</w:t>
        <w:br/>
        <w:t>Запалі щоки, вид блідий, безкровний,&lt;br /&gt;</w:t>
        <w:br/>
        <w:t>Адже вся кров їх ринула до серця,&lt;br /&gt;</w:t>
        <w:br/>
        <w:t>Яке її на поміч прикликало,&lt;br /&gt;</w:t>
        <w:br/>
        <w:t>Щоб відігнати зловорожу смерть.&lt;br /&gt;</w:t>
        <w:br/>
        <w:t>Схололій з серцем, крові не вернутись&lt;br /&gt;</w:t>
        <w:br/>
        <w:t>І не прикрасити рум'янцем щік.&lt;br /&gt;</w:t>
        <w:br/>
        <w:t>його ж лице від крові почорніло,&lt;br /&gt;</w:t>
        <w:br/>
        <w:t>А очі вирячені неприродно —&lt;br /&gt;</w:t>
        <w:br/>
        <w:t>Так дивляться задушені мерці.&lt;br /&gt;</w:t>
        <w:br/>
        <w:t>Волосся дибом, роздулися ніздрі&lt;br /&gt;</w:t>
        <w:br/>
        <w:t>З натуги; розчепірилися пальці,&lt;br /&gt;</w:t>
        <w:br/>
        <w:t>Мов за життя змагавсь він, та намарне.&lt;br /&gt;</w:t>
        <w:br/>
        <w:t>Волосся, глянь, прилипло до постелі,&lt;br /&gt;</w:t>
        <w:br/>
        <w:t>Скуйовджена охайна борода,&lt;br /&gt;</w:t>
        <w:br/>
        <w:t>Як жито влітку бурею лихою.&lt;br /&gt;</w:t>
        <w:br/>
        <w:t>Тож сумніву нема — його убито,&lt;br /&gt;</w:t>
        <w:br/>
        <w:t>І доказом тому — всі ці ознаки.&lt;br /&gt;</w:t>
        <w:br/>
        <w:t>Сеффолк Та хто ж, Уоріку, його убив?&lt;br /&gt;</w:t>
        <w:br/>
        <w:t>Його я з Бофортом оберігав,&lt;br /&gt;</w:t>
        <w:br/>
        <w:t>А ми ж не вбивці, сер, як сподіваюсь.&lt;br /&gt;</w:t>
        <w:br/>
        <w:t>Уорік Обидва вороги його закляті,&lt;br /&gt;</w:t>
        <w:br/>
        <w:t>І вам веліли Гемфрі стерегти!&lt;br /&gt;</w:t>
        <w:br/>
        <w:t>Навряд чи з ним обходились як з другом,&lt;br /&gt;</w:t>
        <w:br/>
        <w:t>І він, напевне, "з недругом зустрівсь.&lt;br /&gt;</w:t>
        <w:br/>
        <w:t>Маргарита То ви підозрюєте цих вельмож —&lt;br /&gt;</w:t>
        <w:br/>
        <w:t>Вони в його дочасній смерті винні?&lt;br /&gt;</w:t>
        <w:br/>
        <w:t>Уорік Коли забитий бик лежить в крові,&lt;br /&gt;</w:t>
        <w:br/>
        <w:t>А поруч із сокирою різник,-&lt;br /&gt;</w:t>
        <w:br/>
        <w:t>Хто, як не він, скотину зарубав?&lt;br /&gt;</w:t>
        <w:br/>
        <w:t>Як знайдуть в коршака гнізді куріпку,&lt;br /&gt;</w:t>
        <w:br/>
        <w:t>Хіба ж не ясно, хто її убив,&lt;br /&gt;</w:t>
        <w:br/>
        <w:t>Хай навіть дзьоб у вбивці й не в крові?&lt;br /&gt;</w:t>
        <w:br/>
        <w:t>Такі ж підозри збуджує ця смерть.&lt;br /&gt;</w:t>
        <w:br/>
        <w:t>Маргарита Ви, Сеффолку, різник? То де ваш ніж?&lt;br /&gt;</w:t>
        <w:br/>
        <w:t>А Бофорт — коршак? Де ж у нього кігті?&lt;br /&gt;</w:t>
        <w:br/>
        <w:t>Сеффолк На тих, що сплять, я не ношу ножа.&lt;br /&gt;</w:t>
        <w:br/>
        <w:t>Та заржавів без діла меч відплати;&lt;br /&gt;</w:t>
        <w:br/>
        <w:t>Його омию у крові того,&lt;br /&gt;</w:t>
        <w:br/>
        <w:t>Хто тут ганьбить мене тавром убивства.&lt;br /&gt;</w:t>
        <w:br/>
        <w:t>Ану, посмій, чваньку з Уорікшіра,&lt;br /&gt;</w:t>
        <w:br/>
        <w:t>Сказать, що в смерті Гемфрі винен я.&lt;br /&gt;</w:t>
        <w:br/>
        <w:t>Кардинал Бофорт, Сомерсет та інші виходять.&lt;br /&gt;</w:t>
        <w:br/>
        <w:t>Ліжко виносять.&lt;br /&gt;</w:t>
        <w:br/>
        <w:t>Уорік Чом не посміть, як Сеффолк сміє кпити?&lt;br /&gt;</w:t>
        <w:br/>
        <w:t>Маргарита Не хоче вгамувать свій дух зухвалий,&lt;br /&gt;</w:t>
        <w:br/>
        <w:t>Не хоче дерзновенний суд спинити,&lt;br /&gt;</w:t>
        <w:br/>
        <w:t>Хоч би сто раз йому слав виклик Сеффолк.&lt;br /&gt;</w:t>
        <w:br/>
        <w:t>Уорік Прошу вас, володарко, заспокойтесь.&lt;br /&gt;</w:t>
        <w:br/>
        <w:t>Замовлене за нього кожне слово&lt;br /&gt;</w:t>
        <w:br/>
        <w:t>Плямує вашу королівську гідність.&lt;br /&gt;</w:t>
        <w:br/>
        <w:t>Сеффолк Брутальний, ниций, недолугий лорде!&lt;br /&gt;</w:t>
        <w:br/>
        <w:t>Ніхто свого так мужа не ганьбив,&lt;br /&gt;</w:t>
        <w:br/>
        <w:t>Як матінка твоя, що прийняла&lt;br /&gt;</w:t>
        <w:br/>
        <w:t>Якогось неотесу, й прищепивсь&lt;br /&gt;</w:t>
        <w:br/>
        <w:t>До гілки славної нікчемний пагін;&lt;br /&gt;</w:t>
        <w:br/>
        <w:t>Ти плід його, ніякий ти не Невіл!&lt;br /&gt;</w:t>
        <w:br/>
        <w:t>Уорік Якби тебе вИна не захищала,&lt;br /&gt;</w:t>
        <w:br/>
        <w:t>Я в ката зараз відібрав би хліб,&lt;br /&gt;</w:t>
        <w:br/>
        <w:t>Позбавив би тебе стількох принижень!&lt;br /&gt;</w:t>
        <w:br/>
        <w:t>Ще й короля присутність не дає,&lt;br /&gt;</w:t>
        <w:br/>
        <w:t>Убивце боязкий, тебе примусить,&lt;br /&gt;</w:t>
        <w:br/>
        <w:t>Щоб ти навколішки просив прощення&lt;br /&gt;</w:t>
        <w:br/>
        <w:t>За ці слова. Скажи: "Я власну матір&lt;br /&gt;</w:t>
        <w:br/>
        <w:t>Мав на увазі і.своє байстрюцтво".&lt;br /&gt;</w:t>
        <w:br/>
        <w:t>Лиш взявши страху твойого данину,&lt;br /&gt;</w:t>
        <w:br/>
        <w:t>Тебе послав би в пекло, як і слід,&lt;br /&gt;</w:t>
        <w:br/>
        <w:t>. Вампіре злий, що впився кров'ю сонних!&lt;br /&gt;</w:t>
        <w:br/>
        <w:t>Сеффолк Тобі ж не сонному пущу я кров,&lt;br /&gt;</w:t>
        <w:br/>
        <w:t>Якщо ти зважишся піти зі мною.&lt;br /&gt;</w:t>
        <w:br/>
        <w:t>Уорік Мерщій, бо сам тебе я потягну.&lt;br /&gt;</w:t>
        <w:br/>
        <w:t>Хоч ти й негідний, порішу тебе&lt;br /&gt;</w:t>
        <w:br/>
        <w:t>І духу герцога в пригоді стану.&lt;br /&gt;</w:t>
        <w:br/>
        <w:t>Сеффолк і Уорік виходять.&lt;br /&gt;</w:t>
        <w:br/>
        <w:t>Генріх Щонайміцніший панцир — чисте серце,&lt;br /&gt;</w:t>
        <w:br/>
        <w:t>І тричі той озброєний, хто правий!&lt;br /&gt;</w:t>
        <w:br/>
        <w:t>Вразливий, хоч в міцну закутий сталь,&lt;br /&gt;</w:t>
        <w:br/>
        <w:t>Той, хто своє сумління запродав.&lt;br /&gt;</w:t>
        <w:br/>
        <w:t>Гамір, за сценою.&lt;br /&gt;</w:t>
        <w:br/>
        <w:t>Маргарита Що там за гамір?&lt;br /&gt;</w:t>
        <w:br/>
        <w:t>Повертаються С є ф ф о л к і Уорік з оголеними мечами.&lt;br /&gt;</w:t>
        <w:br/>
        <w:t>Генріх Це що? В моїй присутності мечі&lt;br /&gt;</w:t>
        <w:br/>
        <w:t>Оголені? Нечуване зухвальство!&lt;br /&gt;</w:t>
        <w:br/>
        <w:t>І що це за страшний гармидер там?&lt;br /&gt;</w:t>
        <w:br/>
        <w:t>Сеффолк Могутній владарю, Уорік підлий&lt;br /&gt;</w:t>
        <w:br/>
        <w:t>Напав на мене з жителями Бері.&lt;br /&gt;</w:t>
        <w:br/>
        <w:t>Гамір юрби за сценою. Повертається Селсбері.&lt;br /&gt;</w:t>
        <w:br/>
        <w:t>Солсбері&lt;br /&gt;</w:t>
        <w:br/>
        <w:t>(до народу за сценою)&lt;br /&gt;</w:t>
        <w:br/>
        <w:t>Спиніться, сам скажу я королю!&lt;br /&gt;</w:t>
        <w:br/>
        <w:t>Владарю, передать просив народ:&lt;br /&gt;</w:t>
        <w:br/>
        <w:t>Як Сеффолка зрадливого не стратять&lt;br /&gt;</w:t>
        <w:br/>
        <w:t>Чи з Англії не проженуть мерщій,&lt;br /&gt;</w:t>
        <w:br/>
        <w:t>То натовп візьме силоміць його&lt;br /&gt;</w:t>
        <w:br/>
        <w:t>І поступово, люто замордує.&lt;br /&gt;</w:t>
        <w:br/>
        <w:t>Бо, кажуть, Гемфрі доброго убив він&lt;br /&gt;</w:t>
        <w:br/>
        <w:t>І ніби й вас ладен зі світу зжити.&lt;br /&gt;</w:t>
        <w:br/>
        <w:t>Лише любов до вас і вірність вам,&lt;br /&gt;</w:t>
        <w:br/>
        <w:t>А зовсім не бажання бунту злого,&lt;br /&gt;</w:t>
        <w:br/>
        <w:t>Не прагнення перечить королю&lt;br /&gt;</w:t>
        <w:br/>
        <w:t>їх змушує вигнання лорда прагнуть.&lt;br /&gt;</w:t>
        <w:br/>
        <w:t>В турботі про величність вашу мовлять:&lt;br /&gt;</w:t>
        <w:br/>
        <w:t>"Якби володар спати захотів&lt;br /&gt;</w:t>
        <w:br/>
        <w:t>Й під страхом нелюбові, навіть смерті&lt;br /&gt;</w:t>
        <w:br/>
        <w:t>Заборонив тривожити себе,-&lt;br /&gt;</w:t>
        <w:br/>
        <w:t>Все ж, незважаючи на заборону,&lt;br /&gt;</w:t>
        <w:br/>
        <w:t>Змію уздрівши, що повзе до вас&lt;br /&gt;</w:t>
        <w:br/>
        <w:t>Із язиком роздвоєним,— було б&lt;br /&gt;</w:t>
        <w:br/>
        <w:t>Вас конче треба швидше розбудити,&lt;br /&gt;</w:t>
        <w:br/>
        <w:t>Щоб гад отруйний тихої дрімоти&lt;br /&gt;</w:t>
        <w:br/>
        <w:t>Не обернув на смерть, на вічний сон".&lt;br /&gt;</w:t>
        <w:br/>
        <w:t>Отож, гукають, хочете чи ні,&lt;br /&gt;</w:t>
        <w:br/>
        <w:t>А вас оберігатимуть вони&lt;br /&gt;</w:t>
        <w:br/>
        <w:t>Від гадів лютих отаких, як Сеффолк,&lt;br /&gt;</w:t>
        <w:br/>
        <w:t>Чиїм жалом жахливим, смертоносним&lt;br /&gt;</w:t>
        <w:br/>
        <w:t>Ваш любий високоповажний дядько&lt;br /&gt;</w:t>
        <w:br/>
        <w:t>Підступно був позбавлений життя.&lt;br /&gt;</w:t>
        <w:br/>
        <w:t>Народ&lt;br /&gt;</w:t>
        <w:br/>
        <w:t>(за сценою)&lt;br /&gt;</w:t>
        <w:br/>
        <w:t>Що каже, лорде Солсбері, король?&lt;br /&gt;</w:t>
        <w:br/>
        <w:t>Сеффолк Хай грубий неотесаний народ&lt;br /&gt;</w:t>
        <w:br/>
        <w:t>Звернувсь до короля з таким посланням,&lt;br /&gt;</w:t>
        <w:br/>
        <w:t>:...... А ви їм, лорде, раді прислужитись,&lt;br /&gt;</w:t>
        <w:br/>
        <w:t>Щоб показать, який із вас оратор!&lt;br /&gt;</w:t>
        <w:br/>
        <w:t>Вся честь, якої Солсбері домігся,-&lt;br /&gt;</w:t>
        <w:br/>
        <w:t>У короля послом буть повноважним&lt;br /&gt;</w:t>
        <w:br/>
        <w:t>. Від натовпу ремісників, нікчем. .&lt;br /&gt;</w:t>
        <w:br/>
        <w:t>Народ&lt;br /&gt;</w:t>
        <w:br/>
        <w:t>(за, сценою)&lt;br /&gt;</w:t>
        <w:br/>
        <w:t>Вдеремось, як не відповість король!&lt;br /&gt;</w:t>
        <w:br/>
        <w:t>Генріх йдіть, Солсбері, і передайте їм:&lt;br /&gt;</w:t>
        <w:br/>
        <w:t>Я вдячний за любовне піклування,&lt;br /&gt;</w:t>
        <w:br/>
        <w:t>Якби й не вимагали, все одно&lt;br /&gt;</w:t>
        <w:br/>
        <w:t>Вчинив би, як вони наполягають.&lt;br /&gt;</w:t>
        <w:br/>
        <w:t>Весь час мене гнітить передчуття,&lt;br /&gt;</w:t>
        <w:br/>
        <w:t>Що ввергне Сеффолк у біду мій край.&lt;br /&gt;</w:t>
        <w:br/>
        <w:t>Отож клянуся величчю того,&lt;br /&gt;</w:t>
        <w:br/>
        <w:t>Чий тут я недостойний лиш намісник:&lt;br /&gt;</w:t>
        <w:br/>
        <w:t>Як через три дні ще труїти буде&lt;br /&gt;</w:t>
        <w:br/>
        <w:t>Повітря Сеффолк нам, то прийме смерть.&lt;br /&gt;</w:t>
        <w:br/>
        <w:t>Солсбері виходить.&lt;br /&gt;</w:t>
        <w:br/>
        <w:t>Маргарита О Генріху, дай заступлюсь за нього.&lt;br /&gt;</w:t>
        <w:br/>
        <w:t>Генріх Таке заступництво для королеви —&lt;br /&gt;</w:t>
        <w:br/>
        <w:t>Ганьба! Я все сказав. Просити будеш&lt;br /&gt;</w:t>
        <w:br/>
        <w:t>За Сеффолка— лиш роз'ятриш мій гнів.&lt;br /&gt;</w:t>
        <w:br/>
        <w:t>Сказавши й просто, я б дотримав слова,&lt;br /&gt;</w:t>
        <w:br/>
        <w:t>Коли ж поклявся — це безповоротно.&lt;br /&gt;</w:t>
        <w:br/>
        <w:t>(До Сеффолка)&lt;br /&gt;</w:t>
        <w:br/>
        <w:t>Як через три дні ще тебе застануть&lt;br /&gt;</w:t>
        <w:br/>
        <w:t>На цій землі, де правлю,— цілим світом&lt;br /&gt;</w:t>
        <w:br/>
        <w:t>Не зможеш викупить свого життя.&lt;br /&gt;</w:t>
        <w:br/>
        <w:t>Ходімо геть, Уоріку, ходім;&lt;br /&gt;</w:t>
        <w:br/>
        <w:t>Тобі про щось важливе розповім.&lt;br /&gt;</w:t>
        <w:br/>
        <w:t>Всі, крім королеви Маргарити й Сеффолка, виходять.&lt;br /&gt;</w:t>
        <w:br/>
        <w:t>Маргарита Хай будуть безталання й горе з вами!&lt;br /&gt;</w:t>
        <w:br/>
        <w:t>Хай сум глибокий та нестерпний біль&lt;br /&gt;</w:t>
        <w:br/>
        <w:t>Товаришують з вами повсякчас!&lt;br /&gt;</w:t>
        <w:br/>
        <w:t>Вас двоє — третій хай диявол буде&lt;br /&gt;</w:t>
        <w:br/>
        <w:t>Й потрійна помста хай спостигне вас!&lt;br /&gt;</w:t>
        <w:br/>
        <w:t>Сеффолк Спини свої прокльони, королево!&lt;br /&gt;</w:t>
        <w:br/>
        <w:t>Прощаймось. Нас тяжка розлука жде.&lt;br /&gt;</w:t>
        <w:br/>
        <w:t>Маргарита Ляклива баба! Потолоч, нікчема!&lt;br /&gt;</w:t>
        <w:br/>
        <w:t>Не маєш духу ворогів клясти?&lt;br /&gt;</w:t>
        <w:br/>
        <w:t>Сеффолк Чума на них! Яке з клятьби пуття?&lt;br /&gt;</w:t>
        <w:br/>
        <w:t>Якби клятьба, мов стогін мандрагори,&lt;br /&gt;</w:t>
        <w:br/>
        <w:t>Могла вбивать, я б винайшов слова&lt;br /&gt;</w:t>
        <w:br/>
        <w:t>Жахливі, в'їдливі, разючі, люті&lt;br /&gt;</w:t>
        <w:br/>
        <w:t>І, зуби зціпивши, їх процідив би&lt;br /&gt;</w:t>
        <w:br/>
        <w:t>З ненавистю смертельною такою,&lt;br /&gt;</w:t>
        <w:br/>
        <w:t>Мов я — сама Злоба в жахній печері.&lt;br /&gt;</w:t>
        <w:br/>
        <w:t>Язик мій захлинався б від погроз,&lt;br /&gt;</w:t>
        <w:br/>
        <w:t>А очі іскри сипали б, мов кремінь, z&lt;br /&gt;</w:t>
        <w:br/>
        <w:t>Волосся стало б сторч, як у безумця,— —J&lt;br /&gt;</w:t>
        <w:br/>
        <w:t>Я проклинав би їх усім єством.&lt;br /&gt;</w:t>
        <w:br/>
        <w:t>Та й зараз чую: серце б розірвалось,&lt;br /&gt;</w:t>
        <w:br/>
        <w:t>Якби не кляв. Отрути хай нап'ються!&lt;br /&gt;</w:t>
        <w:br/>
        <w:t>Хай жовч їм буде найсмачніша страва,&lt;br /&gt;</w:t>
        <w:br/>
        <w:t>Гай кипарисів — наймиліша тінь,&lt;br /&gt;</w:t>
        <w:br/>
        <w:t>Убивчий василіск — надія люба,&lt;br /&gt;</w:t>
        <w:br/>
        <w:t>І ящірки язик — найбільша ласка,&lt;br /&gt;</w:t>
        <w:br/>
        <w:t>Змії сичання — музика найкраща,&lt;br /&gt;</w:t>
        <w:br/>
        <w:t>А сич зловісний хай концерт доповнить!&lt;br /&gt;</w:t>
        <w:br/>
        <w:t>Усі страхіття в безпросвітнім пеклі..,&lt;br /&gt;</w:t>
        <w:br/>
        <w:t>Маргарита Та досить, любий, не карайся так!&lt;br /&gt;</w:t>
        <w:br/>
        <w:t>Прокльони ці, мов сонце, склом відбите,&lt;br /&gt;</w:t>
        <w:br/>
        <w:t>А чи мов надмір пороху в рушниці,&lt;br /&gt;</w:t>
        <w:br/>
        <w:t>Всю силу обертають проти тебе.&lt;br /&gt;</w:t>
        <w:br/>
        <w:t>Сеффолк Клясти звеліла і велиш спинитись?&lt;br /&gt;</w:t>
        <w:br/>
        <w:t>Землею, звідки вигнаний, клянусь;&lt;br /&gt;</w:t>
        <w:br/>
        <w:t>Я проклинав би і в зимову ніч,&lt;br /&gt;</w:t>
        <w:br/>
        <w:t>Хоч би стояв оголений на кручі,&lt;br /&gt;</w:t>
        <w:br/>
        <w:t>Де від морозу не росте трава,-&lt;br /&gt;</w:t>
        <w:br/>
        <w:t>Немов була б то забавка миттєва.&lt;br /&gt;</w:t>
        <w:br/>
        <w:t>Маргарита Благаю, зупинися! Руку дай,&lt;br /&gt;</w:t>
        <w:br/>
        <w:t>Зрошу її невтішними слізьми,-&lt;br /&gt;</w:t>
        <w:br/>
        <w:t>Хай дощ руки цієї не зволожить,&lt;br /&gt;</w:t>
        <w:br/>
        <w:t>Моєї туги свідчення не змиє.&lt;br /&gt;</w:t>
        <w:br/>
        <w:t>(Цілує йому руку)&lt;br /&gt;</w:t>
        <w:br/>
        <w:t>Якби ж відбивсь цілунок на руці,&lt;br /&gt;</w:t>
        <w:br/>
        <w:t>Щоб ти, коли б не глянув на відбиток,&lt;br /&gt;</w:t>
        <w:br/>
        <w:t>Уста згадав, що по тобі зітхають&lt;br /&gt;</w:t>
        <w:br/>
        <w:t>бесь час! Ну що ж, іди. Спізнаю горе;&lt;br /&gt;</w:t>
        <w:br/>
        <w:t>Не вірю в нього, поки ти зі мною,&lt;br /&gt;</w:t>
        <w:br/>
        <w:t>Як багатій — у те, що бідним стане.&lt;br /&gt;</w:t>
        <w:br/>
        <w:t>Я поверну тебе чи, певен будь,&lt;br /&gt;</w:t>
        <w:br/>
        <w:t>Теж наражуся на лихе вигнання,&lt;br /&gt;</w:t>
        <w:br/>
        <w:t>Хоча без тебе й так вигнанка я!&lt;br /&gt;</w:t>
        <w:br/>
        <w:t>йди, більш ні слова, швидше йди... Стривай!&lt;br /&gt;</w:t>
        <w:br/>
        <w:t>Такі обійми й поцілунки друзів&lt;br /&gt;</w:t>
        <w:br/>
        <w:t>Засуджених. Розстатись їм несила,&lt;br /&gt;</w:t>
        <w:br/>
        <w:t>Стократ розлука гірша їм за смерть.&lt;br /&gt;</w:t>
        <w:br/>
        <w:t>І все ж прощай! Прощай, моє життя!&lt;br /&gt;</w:t>
        <w:br/>
        <w:t>Сеффолк Так Сеффолк десять вигнаний разів:&lt;br /&gt;</w:t>
        <w:br/>
        <w:t>Один раз королем, тобою — дев'ять.&lt;br /&gt;</w:t>
        <w:br/>
        <w:t>Коли б не ти, за краєм не страждав би;&lt;br /&gt;</w:t>
        <w:br/>
        <w:t>В твоїм небеснім товаристві пуща&lt;br /&gt;</w:t>
        <w:br/>
        <w:t>Пустельна — людною мені була б.&lt;br /&gt;</w:t>
        <w:br/>
        <w:t>Мені лише з тобою милий світ,&lt;br /&gt;</w:t>
        <w:br/>
        <w:t>Бо ти — мій світ, утіха вся моя;&lt;br /&gt;</w:t>
        <w:br/>
        <w:t>Там порожнеча, де тебе немає.&lt;br /&gt;</w:t>
        <w:br/>
        <w:t>Не можу більше я... Живи, радій,-&lt;br /&gt;</w:t>
        <w:br/>
        <w:t>Для мене радість в тім, що ти живеш.&lt;br /&gt;</w:t>
        <w:br/>
        <w:t>Входить В о к с.&lt;br /&gt;</w:t>
        <w:br/>
        <w:t>Маргарита Куди так швидко, Воксе? Що нового?&lt;br /&gt;</w:t>
        <w:br/>
        <w:t>Вокс Його величність маю сповістити,&lt;br /&gt;</w:t>
        <w:br/>
        <w:t>Що кардинал наш Бофорт помирає,&lt;br /&gt;</w:t>
        <w:br/>
        <w:t>Його недуга раптом знемогла.&lt;br /&gt;</w:t>
        <w:br/>
        <w:t>Повітря ловить, витріщає очі,&lt;br /&gt;</w:t>
        <w:br/>
        <w:t>Кляне жахливо бога і людей;&lt;br /&gt;</w:t>
        <w:br/>
        <w:t>То так говорить, наче Гемфрі дух&lt;br /&gt;</w:t>
        <w:br/>
        <w:t>Стоїть над ним, то кличе короля&lt;br /&gt;</w:t>
        <w:br/>
        <w:t>Й вишіптує подушці, мов йому,&lt;br /&gt;</w:t>
        <w:br/>
        <w:t>Душі обтяженої таємниці.&lt;br /&gt;</w:t>
        <w:br/>
        <w:t>Я посланий володарю сказати,&lt;br /&gt;</w:t>
        <w:br/>
        <w:t>Що саме зараз кличе він його.&lt;br /&gt;</w:t>
        <w:br/>
        <w:t>Маргарита Йди, розкажи про лихо королю.&lt;br /&gt;</w:t>
        <w:br/>
        <w:t>Вокс виходить.&lt;br /&gt;</w:t>
        <w:br/>
        <w:t>Ах, що таке цей світ? Які новини!&lt;br /&gt;</w:t>
        <w:br/>
        <w:t>Та що це я журюсь хвилинним горем,&lt;br /&gt;</w:t>
        <w:br/>
        <w:t>Коли щезає Сеффолк, скарб душі?&lt;br /&gt;</w:t>
        <w:br/>
        <w:t>Лиш за тобою, Сеффолку, тужу&lt;br /&gt;</w:t>
        <w:br/>
        <w:t>І сльози ллю рясніш від хмар південних;&lt;br /&gt;</w:t>
        <w:br/>
        <w:t>.Ті землю напувають, я — журбу.&lt;br /&gt;</w:t>
        <w:br/>
        <w:t>Ну, йди вже. Бо ж як вернеться король&lt;br /&gt;</w:t>
        <w:br/>
        <w:t>І вдвох побачить нас — загинеш ти.&lt;br /&gt;</w:t>
        <w:br/>
        <w:t>Сеффолк 3 тобою розлучусь — не жить мені,&lt;br /&gt;</w:t>
        <w:br/>
        <w:t>А смерть у тебе на очах — те ж саме,&lt;br /&gt;</w:t>
        <w:br/>
        <w:t>Що сон солодкий у твоїх обіймах.&lt;br /&gt;</w:t>
        <w:br/>
        <w:t>Тут я віддав би душу небесам&lt;br /&gt;</w:t>
        <w:br/>
        <w:t>Так ніжно й лагідно, як немовля,&lt;br /&gt;</w:t>
        <w:br/>
        <w:t>Що в матері на грудях помирає.&lt;br /&gt;</w:t>
        <w:br/>
        <w:t>Без тебе — я кричав би, мов шалений,&lt;br /&gt;</w:t>
        <w:br/>
        <w:t>Щоб ти прийшла й мені закрила очі,&lt;br /&gt;</w:t>
        <w:br/>
        <w:t>Губами щоб уста мені стулила&lt;br /&gt;</w:t>
        <w:br/>
        <w:t>І випурхнути не дала душі.&lt;br /&gt;</w:t>
        <w:br/>
        <w:t>Або ж її вдихнув би в тебе я,&lt;br /&gt;</w:t>
        <w:br/>
        <w:t>Щоб жить в Елізіумі чарівнім.&lt;br /&gt;</w:t>
        <w:br/>
        <w:t>Смерть біля тебе — лиш приємний жарт,&lt;br /&gt;</w:t>
        <w:br/>
        <w:t>А смерть без тебе — мука, гірша смерті.&lt;br /&gt;</w:t>
        <w:br/>
        <w:t>Дозволь мені лишитись — будь/йде буде!&lt;br /&gt;</w:t>
        <w:br/>
        <w:t>Маргарита Йди! Хоч розлука болісна й гірка,&lt;br /&gt;</w:t>
        <w:br/>
        <w:t>Все ж виліковує смертельні рани.&lt;br /&gt;</w:t>
        <w:br/>
        <w:t>До Франції, мій любий! Вісті шли.&lt;br /&gt;</w:t>
        <w:br/>
        <w:t>Де б ти не був у цім широкім світі,&lt;br /&gt;</w:t>
        <w:br/>
        <w:t>Пошлю Іриду віднайти тебе.&lt;br /&gt;</w:t>
        <w:br/>
        <w:t>Сеффолк Йду.&lt;br /&gt;</w:t>
        <w:br/>
        <w:t>Маргарита Серце забираєш ти моє.&lt;br /&gt;</w:t>
        <w:br/>
        <w:t>Сеффолк Мій самоцвіте у печальній скриньці,&lt;br /&gt;</w:t>
        <w:br/>
        <w:t>Де не було й гроша... Мов половинам&lt;br /&gt;</w:t>
        <w:br/>
        <w:t>Човна розбитого, нам розлучитись.&lt;br /&gt;</w:t>
        <w:br/>
        <w:t>Мені — туди, на смерть.&lt;br /&gt;</w:t>
        <w:br/>
        <w:t>Маргарита Мені ж — лишитись.&lt;br /&gt;</w:t>
        <w:br/>
        <w:t>Виходять у різні боки.&lt;br /&gt;</w:t>
        <w:br/>
        <w:t>СЦЕНА З&lt;br /&gt;</w:t>
        <w:br/>
        <w:t>Лондон. Спальня кардинала Бофорта.&lt;br /&gt;</w:t>
        <w:br/>
        <w:t>Входять король Генріх, Солсбері, Уорік та інші. Кардинал&lt;br /&gt;</w:t>
        <w:br/>
        <w:t>лежить у ліжку.&lt;br /&gt;</w:t>
        <w:br/>
        <w:t>Генріх Що з вами, лорде? Владарю скажіть.&lt;br /&gt;</w:t>
        <w:br/>
        <w:t>Кардинал Якщо ти — смерть, скарбницю дам англійську,&lt;br /&gt;</w:t>
        <w:br/>
        <w:t>Такий же острів зможеш ти купить,-&lt;br /&gt;</w:t>
        <w:br/>
        <w:t>Не забирай життя, не муч мене.&lt;br /&gt;</w:t>
        <w:br/>
        <w:t>Генріх Ах, це ознака грішного життя —&lt;br /&gt;</w:t>
        <w:br/>
        <w:t>Такий жахливий перед смертю страх!&lt;br /&gt;</w:t>
        <w:br/>
        <w:t>Уорік 3 тобою, Бофорте, король говорить!&lt;br /&gt;</w:t>
        <w:br/>
        <w:t>Кардинал Коли бажаєте, судіть мене.&lt;br /&gt;</w:t>
        <w:br/>
        <w:t>В постелі він помер. Де ще вмирати?&lt;br /&gt;</w:t>
        <w:br/>
        <w:t>Хіба я владен над життям і смертю?&lt;br /&gt;</w:t>
        <w:br/>
        <w:t>О, не катуй мене, у всім зізнаюсь.&lt;br /&gt;</w:t>
        <w:br/>
        <w:t>Ожив? То де ж він? Покажіть мені;&lt;br /&gt;</w:t>
        <w:br/>
        <w:t>Дам фунтів тисячу, щоб тільки глянуть.&lt;br /&gt;</w:t>
        <w:br/>
        <w:t>Але сліпий він — прах засипав очі.&lt;br /&gt;</w:t>
        <w:br/>
        <w:t>Волосся причешіть; глянь, глянь: стирчить&lt;br /&gt;</w:t>
        <w:br/>
        <w:t>Липким гіллям; мою крилату душу&lt;br /&gt;</w:t>
        <w:br/>
        <w:t>Піймає! Пить. Хай принесе аптекар&lt;br /&gt;</w:t>
        <w:br/>
        <w:t>Отруту, за яку я заплатив.&lt;br /&gt;</w:t>
        <w:br/>
        <w:t>Генріх Небесний вічний рушію, поглянь&lt;br /&gt;</w:t>
        <w:br/>
        <w:t>На бідолаху милостивим оком!&lt;br /&gt;</w:t>
        <w:br/>
        <w:t>Геть прожени лихого супостата,&lt;br /&gt;</w:t>
        <w:br/>
        <w:t>Що душу гинучу в облогу взяв!&lt;br /&gt;</w:t>
        <w:br/>
        <w:t>З грудей стражденних вийми чорний відчай!&lt;br /&gt;</w:t>
        <w:br/>
        <w:t>Уорік Як шкіриться у передсмертних муках!&lt;br /&gt;</w:t>
        <w:br/>
        <w:t>Солсбеоі його облишмо, хай відходить в мирі,&lt;br /&gt;</w:t>
        <w:br/>
        <w:t>Генріх Хай мир душі його пошле господь!&lt;br /&gt;</w:t>
        <w:br/>
        <w:t>Якщо про рай, мій кардинале, мислиш,&lt;br /&gt;</w:t>
        <w:br/>
        <w:t>Хоч руку підніми на знак надії.&lt;br /&gt;</w:t>
        <w:br/>
        <w:t>Руки не звів. Прости йому, о боже!&lt;br /&gt;</w:t>
        <w:br/>
        <w:t>Уорік Смерть люта свідчить про лихе життя.&lt;br /&gt;</w:t>
        <w:br/>
        <w:t>Генріх Суворо не суди, бо всі ми грішні.&lt;br /&gt;</w:t>
        <w:br/>
        <w:t>Закрийте очі. Опустіть запону.&lt;br /&gt;</w:t>
        <w:br/>
        <w:t>Ходім віддатись роздумам спасенним.&lt;br /&gt;</w:t>
        <w:br/>
        <w:t>Виходять.</w:t>
      </w:r>
    </w:p>
    <w:p>
      <w:r>
        <w:br/>
        <w:t>ДІЯ ЧЕТВЕРТА&lt;br /&gt;</w:t>
        <w:br/>
        <w:t>СЦЕНА 1&lt;br /&gt;</w:t>
        <w:br/>
        <w:t>Кент. Морський берег коло Дувра.&lt;br /&gt;</w:t>
        <w:br/>
        <w:t>З моря чути стрілянину. Входять капітан корабля, шкіпер, штур-&lt;br /&gt;</w:t>
        <w:br/>
        <w:t>ман, Водді Вітмор та солдати; з ними Сеффолк та інші д в о &gt;&lt;br /&gt;</w:t>
        <w:br/>
        <w:t>ряни-полонені.&lt;br /&gt;</w:t>
        <w:br/>
        <w:t>Капітан Гидкий, пістрявий, галасливий день&lt;br /&gt;</w:t>
        <w:br/>
        <w:t>Нарешті канув у морську глибінь,&lt;br /&gt;</w:t>
        <w:br/>
        <w:t>І, завиваючи, женуть вовки&lt;br /&gt;</w:t>
        <w:br/>
        <w:t>Гекати коней — тих, що тягнуть ніч,&lt;br /&gt;</w:t>
        <w:br/>
        <w:t>Скорботи повну, й никлими крильми&lt;br /&gt;</w:t>
        <w:br/>
        <w:t>Могили укривають, а із пащ&lt;br /&gt;</w:t>
        <w:br/>
        <w:t>Лиху, погубну пітьму видихають.&lt;br /&gt;</w:t>
        <w:br/>
        <w:t>Ну ж, полонених приведіть сюди.&lt;br /&gt;</w:t>
        <w:br/>
        <w:t>Покіль на якорі стоїть баркас,&lt;br /&gt;</w:t>
        <w:br/>
        <w:t>Хай тут, на березі, заплатять викуп&lt;br /&gt;</w:t>
        <w:br/>
        <w:t>Чи зросять кров'ю цей пісок безбарвний.&lt;br /&gt;</w:t>
        <w:br/>
        <w:t>Цей в'язень, шкіпере, діставсь тобі,&lt;br /&gt;</w:t>
        <w:br/>
        <w:t>А штурман твій цього нехай бере.&lt;br /&gt;</w:t>
        <w:br/>
        <w:t>Цей,&lt;br /&gt;</w:t>
        <w:br/>
        <w:t>(показує на Сеффолка)&lt;br /&gt;</w:t>
        <w:br/>
        <w:t>Водді Вітморе, хай буде твій.&lt;br /&gt;</w:t>
        <w:br/>
        <w:t>1-й дворянин Який мій викуп, шкіпере? Кажи.&lt;br /&gt;</w:t>
        <w:br/>
        <w:t>Шкіпер Як тисячі не сплатиш крон — помреш.&lt;br /&gt;</w:t>
        <w:br/>
        <w:t>Штурман&lt;br /&gt;</w:t>
        <w:br/>
        <w:t>(до іншого дворянина)&lt;br /&gt;</w:t>
        <w:br/>
        <w:t>Ти стільки ж дай, а ні — то приймеш смерть.&lt;br /&gt;</w:t>
        <w:br/>
        <w:t>Капітан Що? Шкода вам двох тисяч крон? І ви&lt;br /&gt;</w:t>
        <w:br/>
        <w:t>Ще носите ім'я дворян величне?&lt;br /&gt;</w:t>
        <w:br/>
        <w:t>Скарать негідників! Обом вам смерть.&lt;br /&gt;</w:t>
        <w:br/>
        <w:t>Не дорівняє цей нікчемний викуп&lt;br /&gt;</w:t>
        <w:br/>
        <w:t>Життю утрачених у битві друзів.&lt;br /&gt;</w:t>
        <w:br/>
        <w:t>1-й дворянин Дам викуп, тільки пощадіть мене.&lt;br /&gt;</w:t>
        <w:br/>
        <w:t>2-й дворянин Я теж — додому зараз напишу.&lt;br /&gt;</w:t>
        <w:br/>
        <w:t>Вітмор&lt;br /&gt;</w:t>
        <w:br/>
        <w:t>(до Сеффолка)&lt;br /&gt;</w:t>
        <w:br/>
        <w:t>Я плату здобував, а втратив око;&lt;br /&gt;</w:t>
        <w:br/>
        <w:t>Тож ти поплатишся за це — помреш.&lt;br /&gt;</w:t>
        <w:br/>
        <w:t>Якби ж то міг, то порішив би й цих.&lt;br /&gt;</w:t>
        <w:br/>
        <w:t>Капітан Не гарячкуй; хай платить і живе.&lt;br /&gt;</w:t>
        <w:br/>
        <w:t>Сеффолк Я дворянин. Підв'язки орден бачиш?&lt;br /&gt;</w:t>
        <w:br/>
        <w:t>І скільки скажеш, стільки й заплачу.&lt;br /&gt;</w:t>
        <w:br/>
        <w:t>Вітмор Я теж з дворян. Мене звуть Водді Вітмор.&lt;br /&gt;</w:t>
        <w:br/>
        <w:t>Що? Ти здригнувсь? Так налякала смерть?&lt;br /&gt;</w:t>
        <w:br/>
        <w:t>Сеффолк Ім'я твоє страшне, бо смерть віщує.&lt;br /&gt;</w:t>
        <w:br/>
        <w:t>Мудрець сказав колись, що принесуть&lt;br /&gt;</w:t>
        <w:br/>
        <w:t>Мені погибель води. Не жадай&lt;br /&gt;</w:t>
        <w:br/>
        <w:t>Моєї крові, бо ж ім'я твоє&lt;br /&gt;</w:t>
        <w:br/>
        <w:t>Скоріш не Водді — "води", а Г о т ь є.&lt;br /&gt;</w:t>
        <w:br/>
        <w:t>Вітмор Готьє чи Водді — все одно. Безчестя&lt;br /&gt;</w:t>
        <w:br/>
        <w:t>Ніколи нашого ім'я не крило,&lt;br /&gt;</w:t>
        <w:br/>
        <w:t>І меч змивав найменшу з нього пляму.&lt;br /&gt;</w:t>
        <w:br/>
        <w:t>Коли ж продам я помсту, як гендляр,&lt;br /&gt;</w:t>
        <w:br/>
        <w:t>Хай меч зламають мій і знищать герб,&lt;br /&gt;</w:t>
        <w:br/>
        <w:t>Всесвітнім проголосять боягузом!&lt;br /&gt;</w:t>
        <w:br/>
        <w:t>Сеффолк Спинися, Вітморе, твій в'язень — знатний.&lt;br /&gt;</w:t>
        <w:br/>
        <w:t>Я — герцог Сеффолк, Вільям Де-Ла-Пуль.&lt;br /&gt;</w:t>
        <w:br/>
        <w:t>Вітмор Це герцог Сеффолк у такому дранті?&lt;br /&gt;</w:t>
        <w:br/>
        <w:t>Сеффолк Так — дрантя герцогства не позбавляє,&lt;br /&gt;</w:t>
        <w:br/>
        <w:t>Бувало, що перевдягавсь і Зевс.&lt;br /&gt;</w:t>
        <w:br/>
        <w:t>Капітан Не був убитий він, тебе ж уб'ють.&lt;br /&gt;</w:t>
        <w:br/>
        <w:t>Сеффолк Мугирю темний! Генріхову кров,&lt;br /&gt;</w:t>
        <w:br/>
        <w:t>Ланкастерову кров — величну, владну —&lt;br /&gt;</w:t>
        <w:br/>
        <w:t>Невже проллє такий нікчемний конюх?&lt;br /&gt;</w:t>
        <w:br/>
        <w:t>Чи ж не тримав ти стремено у мене?&lt;br /&gt;</w:t>
        <w:br/>
        <w:t>Без шапки чи не плівся за моїм&lt;br /&gt;</w:t>
        <w:br/>
        <w:t>Убраним мулом; не радів моєму&lt;br /&gt;</w:t>
        <w:br/>
        <w:t>Кивку? Мені ти келих подавав,&lt;br /&gt;</w:t>
        <w:br/>
        <w:t>Навколішки мої приймав об'їдки,&lt;br /&gt;</w:t>
        <w:br/>
        <w:t>Як з королевою бенкетував я!&lt;br /&gt;</w:t>
        <w:br/>
        <w:t>Усе це пригадай і втихомирся,&lt;br /&gt;</w:t>
        <w:br/>
        <w:t>Погорду недоречну погамуй.&lt;br /&gt;</w:t>
        <w:br/>
        <w:t>А як стояв у нас в передпокої,&lt;br /&gt;</w:t>
        <w:br/>
        <w:t>Чекав мене! Чи підписом своїм&lt;br /&gt;</w:t>
        <w:br/>
        <w:t>Тебе оця рука не рятувала?&lt;br /&gt;</w:t>
        <w:br/>
        <w:t>Тож хай вона язик тобі вгамує.&lt;br /&gt;</w:t>
        <w:br/>
        <w:t>Вітмор Протнуть цього нікчему, капітане?&lt;br /&gt;</w:t>
        <w:br/>
        <w:t>Капітан. Та спершу дай протну його словами.&lt;br /&gt;</w:t>
        <w:br/>
        <w:t>Сеффолк Тупі вони, як сам ти, підлий рабе!&lt;br /&gt;</w:t>
        <w:br/>
        <w:t>Капітан, Геть! На баркасі голову йому&lt;br /&gt;</w:t>
        <w:br/>
        <w:t>Зітніть.&lt;br /&gt;</w:t>
        <w:br/>
        <w:t>Сеффолк Невже своєю) ризикнеш?&lt;br /&gt;</w:t>
        <w:br/>
        <w:t>Капітан Так, Пулда.&lt;br /&gt;</w:t>
        <w:br/>
        <w:t>Сеффолк Пулю?&lt;br /&gt;</w:t>
        <w:br/>
        <w:t>Капітан Лорд? Сер Пуль?..&lt;br /&gt;</w:t>
        <w:br/>
        <w:t>Пуль-пуль! Пулькатий вишкребку багна!&lt;br /&gt;</w:t>
        <w:br/>
        <w:t>Ти каламутиш срібне джерело,&lt;br /&gt;</w:t>
        <w:br/>
        <w:t>З' якого п'є наш край. Заткну цю пельку,&lt;br /&gt;</w:t>
        <w:br/>
        <w:t>Що жадібно ковта скарби державні,-&lt;br /&gt;</w:t>
        <w:br/>
        <w:t>Не королеву будеш цілувати,&lt;br /&gt;</w:t>
        <w:br/>
        <w:t>А землю гризти. Ти, що смертю Гемфрі&lt;br /&gt;</w:t>
        <w:br/>
        <w:t>Втішавсь, до вітру шкіришся дарма —&lt;br /&gt;</w:t>
        <w:br/>
        <w:t>Тобі й від нього співчуття нема.&lt;br /&gt;</w:t>
        <w:br/>
        <w:t>З відьомським кодлом поберешся ти&lt;br /&gt;</w:t>
        <w:br/>
        <w:t>За те, що зваживсь висватать державцю&lt;br /&gt;</w:t>
        <w:br/>
        <w:t>Дочку нікчеми короля, в якого&lt;br /&gt;</w:t>
        <w:br/>
        <w:t>Ні підданих, ні грошей, ні вінця.&lt;br /&gt;</w:t>
        <w:br/>
        <w:t>Лукавством ти домігся висоти&lt;br /&gt;</w:t>
        <w:br/>
        <w:t>й зажерся, наче Сулла честолюбний .&lt;br /&gt;</w:t>
        <w:br/>
        <w:t>Шматками серця матері своєї.&lt;br /&gt;</w:t>
        <w:br/>
        <w:t>Ти Франції продав Анжу і Мен;&lt;br /&gt;</w:t>
        <w:br/>
        <w:t>Нормандці бунтівливі через тебе&lt;br /&gt;</w:t>
        <w:br/>
        <w:t>Нас не шанують більше; пікардійці&lt;br /&gt;</w:t>
        <w:br/>
        <w:t>Побили урядовців, захопили&lt;br /&gt;</w:t>
        <w:br/>
        <w:t>Фортеці і додому відіслали&lt;br /&gt;</w:t>
        <w:br/>
        <w:t>Поранених солдатів. Сам Уорік,&lt;br /&gt;</w:t>
        <w:br/>
        <w:t>Всі Невіли, що не виймають марно&lt;br /&gt;</w:t>
        <w:br/>
        <w:t>Мечів, на тебе в гніві піднялись.&lt;br /&gt;</w:t>
        <w:br/>
        <w:t>Рід Йорків, геть відіпхнутий від трону&lt;br /&gt;</w:t>
        <w:br/>
        <w:t>Убивством безневинного державця,-&lt;br /&gt;</w:t>
        <w:br/>
        <w:t>Ганебним, злим, розбійницьким насильством,-&lt;br /&gt;</w:t>
        <w:br/>
        <w:t>Горить вогнем відплати, на знаменах&lt;br /&gt;</w:t>
        <w:br/>
        <w:t>Підносить сонце, .що гряде з-за хмар,&lt;br /&gt;</w:t>
        <w:br/>
        <w:t>Під ним написано — Invitis nubibus *.&lt;br /&gt;</w:t>
        <w:br/>
        <w:t>Озброївсь тут, у Кенті, весь народ,&lt;br /&gt;</w:t>
        <w:br/>
        <w:t>Ну і, нарешті, злидні та неслава&lt;br /&gt;</w:t>
        <w:br/>
        <w:t>Проникли й до палацу короля.&lt;br /&gt;</w:t>
        <w:br/>
        <w:t>Все через тебе. Геть! Ведіть його.&lt;br /&gt;</w:t>
        <w:br/>
        <w:t>Сеффолк Чом я не бог? Страшні б метнув громи&lt;br /&gt;</w:t>
        <w:br/>
        <w:t>В цих підлих покидьків, бридких людців!&lt;br /&gt;</w:t>
        <w:br/>
        <w:t>, , Нікчем дрібниці тішать — цей негідник,&lt;br /&gt;</w:t>
        <w:br/>
        <w:t>Баркасний капітан, грозиться дужче,&lt;br /&gt;</w:t>
        <w:br/>
        <w:t>Ніж Баргул, іллірійський злий пірат.&lt;br /&gt;</w:t>
        <w:br/>
        <w:t>Грабують трутні вулики, та крові&lt;br /&gt;</w:t>
        <w:br/>
        <w:t>Не ссуть орлиної. Не можу вмерти&lt;br /&gt;</w:t>
        <w:br/>
        <w:t>Від рук такого ницого раба!&lt;br /&gt;</w:t>
        <w:br/>
        <w:t>Твої слова збудили гнів — не страх.&lt;br /&gt;</w:t>
        <w:br/>
        <w:t>Мене, посла владарки, за протоку,&lt;br /&gt;</w:t>
        <w:br/>
        <w:t>До Франції безпечно переправиш.&lt;br /&gt;</w:t>
        <w:br/>
        <w:t>Щпітан Що скажеш, Водді?&lt;br /&gt;</w:t>
        <w:br/>
        <w:t>Вітмор На той світ переправлю я тебе.&lt;br /&gt;</w:t>
        <w:br/>
        <w:t>Сеффолк Gelidus timor occupat artus **.&lt;br /&gt;</w:t>
        <w:br/>
        <w:t>Боюсь тебе.&lt;br /&gt;</w:t>
        <w:br/>
        <w:t>Вітмор Причини є для страху, певен будь.&lt;br /&gt;</w:t>
        <w:br/>
        <w:t>Ну що, злякався? Схилишся тепер?&lt;br /&gt;</w:t>
        <w:br/>
        <w:t>1-й дворянин Просіть смиренно, мій шановний лорде,&lt;br /&gt;</w:t>
        <w:br/>
        <w:t>Сеффолк Ні, владна мова Сеффолка тверда.&lt;br /&gt;</w:t>
        <w:br/>
        <w:t>Наказувати звик він — не просити;&lt;br /&gt;</w:t>
        <w:br/>
        <w:t>Принижуватися йому не личить&lt;br /&gt;</w:t>
        <w:br/>
        <w:t>Перед такими. Радше я схилю&lt;br /&gt;</w:t>
        <w:br/>
        <w:t>На плаху голову, аніж коліна&lt;br /&gt;</w:t>
        <w:br/>
        <w:t>Будь перед ким, крім бога й короля!&lt;br /&gt;</w:t>
        <w:br/>
        <w:t>* Наперекір хмарам (лат.).&lt;br /&gt;</w:t>
        <w:br/>
        <w:t>. ** Крижаний злах-охоплює .мене. (лат.).&lt;br /&gt;</w:t>
        <w:br/>
        <w:t>Хай краще буде на кривавій палі,&lt;br /&gt;</w:t>
        <w:br/>
        <w:t>Ніж непокрита перед простаком.&lt;br /&gt;</w:t>
        <w:br/>
        <w:t>Не знає страху той, хто справді знатний,-&lt;br /&gt;</w:t>
        <w:br/>
        <w:t>Більш, ніж вчинить посмієш, я знесу.&lt;br /&gt;</w:t>
        <w:br/>
        <w:t>Капітан Візьміть його! Нехай замовкне він.&lt;br /&gt;</w:t>
        <w:br/>
        <w:t>Сеффолк Йдіть, покажіть усю свою жорстокість,&lt;br /&gt;</w:t>
        <w:br/>
        <w:t>Ця смерть хай не забудеться повік!&lt;br /&gt;</w:t>
        <w:br/>
        <w:t>Великих часто казна-хто вбивав:&lt;br /&gt;</w:t>
        <w:br/>
        <w:t>Раб, розбишака, римський гладіатор&lt;br /&gt;</w:t>
        <w:br/>
        <w:t>Вбив Туллія, а Цезаря зарізав&lt;br /&gt;</w:t>
        <w:br/>
        <w:t>Брут-байстрючище; дикуни убили&lt;br /&gt;</w:t>
        <w:br/>
        <w:t>Помпея; Сеффолка — пірати вб'ють.&lt;br /&gt;</w:t>
        <w:br/>
        <w:t>Вітмор та інші з Сеффолком виходять.&lt;br /&gt;</w:t>
        <w:br/>
        <w:t>Капітан А щодо цих, які нам винні викуп,&lt;br /&gt;</w:t>
        <w:br/>
        <w:t>З них одного бажаємо звільнити.&lt;br /&gt;</w:t>
        <w:br/>
        <w:t>Отож ви з нами йдіть, він піде сам.&lt;br /&gt;</w:t>
        <w:br/>
        <w:t>Усі, крім 1-го дворянина, виходять. Повертається Вітмор з тілом Сеффолка.&lt;br /&gt;</w:t>
        <w:br/>
        <w:t>Вітмор Хай тіло й голова отут лежать;&lt;br /&gt;</w:t>
        <w:br/>
        <w:t>Коханця королева поховає.&lt;br /&gt;</w:t>
        <w:br/>
        <w:t>(Виходить)&lt;br /&gt;</w:t>
        <w:br/>
        <w:t>1-й дворянин О варварське видовище криваве!&lt;br /&gt;</w:t>
        <w:br/>
        <w:t>Я тіло віднесу до короля;&lt;br /&gt;</w:t>
        <w:br/>
        <w:t>Як не помститься він, помстяться друзі&lt;br /&gt;</w:t>
        <w:br/>
        <w:t>Чи королева,— їй він милий був.&lt;br /&gt;</w:t>
        <w:br/>
        <w:t>(Виходить, несучи труп Сеффолка)&lt;br /&gt;</w:t>
        <w:br/>
        <w:t>СЦЕНА 2&lt;br /&gt;</w:t>
        <w:br/>
        <w:t>Вересовище Блекхіт у Кенті, недалеко від Лондона.&lt;br /&gt;</w:t>
        <w:br/>
        <w:t>Входять Джордж Бевіе та Джон Голленд.&lt;br /&gt;</w:t>
        <w:br/>
        <w:t>Бевіс Діставай собі меча, хоч би дерев'яного. Уже два&lt;br /&gt;</w:t>
        <w:br/>
        <w:t>дні, як вони піднялися.&lt;br /&gt;</w:t>
        <w:br/>
        <w:t>Голленд Ну що ж, тепер їм не завадить поспати.&lt;br /&gt;</w:t>
        <w:br/>
        <w:t>Бевіс Кажу ж тобі, сукняр Джек Кед надумав приче-&lt;br /&gt;</w:t>
        <w:br/>
        <w:t>пурити державу, вивернути її й підворсити.&lt;br /&gt;</w:t>
        <w:br/>
        <w:t>Голленд Якраз до речі, бо ж вона таки пошарпана. Отож,&lt;br /&gt;</w:t>
        <w:br/>
        <w:t>кажу, не стало в Англії веселості, відколи прийшло дворян-&lt;br /&gt;</w:t>
        <w:br/>
        <w:t>ство.&lt;br /&gt;</w:t>
        <w:br/>
        <w:t>Бевіс Кепські часи! Нас, ремісництво, мають за ніщо.&lt;br /&gt;</w:t>
        <w:br/>
        <w:t>Голленд Знать думає, що ходити в шкіряних фартухах —&lt;br /&gt;</w:t>
        <w:br/>
        <w:t>ганьба.&lt;br /&gt;</w:t>
        <w:br/>
        <w:t>Бевіс До того ж із королівських радників нема пуття.&lt;br /&gt;</w:t>
        <w:br/>
        <w:t>Голленд Правда! А сказано ж: "Трудись, роблячи свою&lt;br /&gt;</w:t>
        <w:br/>
        <w:t>справу". Інакше сказати — хай правлять люди трудящі. Отож нам&lt;br /&gt;</w:t>
        <w:br/>
        <w:t>належить правити.&lt;br /&gt;</w:t>
        <w:br/>
        <w:t>Бевіс Слушно, адже найперша ознака чесної люди-&lt;br /&gt;</w:t>
        <w:br/>
        <w:t>ни — тверда рука.&lt;br /&gt;</w:t>
        <w:br/>
        <w:t>Голленд Ось вони! Ідуть! Он Бестів син, чинбар з Він-&lt;br /&gt;</w:t>
        <w:br/>
        <w:t>гема...&lt;br /&gt;</w:t>
        <w:br/>
        <w:t>Бевіс Чинитиме вражі шкури.&lt;br /&gt;</w:t>
        <w:br/>
        <w:t>Голленд І різник Дік...&lt;br /&gt;</w:t>
        <w:br/>
        <w:t>Бевіс Ну, він звалить гріх, мов бика, а беззаконню,&lt;br /&gt;</w:t>
        <w:br/>
        <w:t>як теляті, переріже горло.&lt;br /&gt;</w:t>
        <w:br/>
        <w:t>Голленд І ткач Сміт...&lt;br /&gt;</w:t>
        <w:br/>
        <w:t>Бевіс Отже, скоро урветься їхня нитка життя.&lt;br /&gt;</w:t>
        <w:br/>
        <w:t>Голленд Ходімо пристанемо до них.&lt;br /&gt;</w:t>
        <w:br/>
        <w:t>Барабани.&lt;br /&gt;</w:t>
        <w:br/>
        <w:t>Входять Джек Кед, різник Дік, ткач Сміт&lt;br /&gt;</w:t>
        <w:br/>
        <w:t>і ю р б а.&lt;br /&gt;</w:t>
        <w:br/>
        <w:t>Кед Ми, Джон Кед, названий так за ім'ям гаданого&lt;br /&gt;</w:t>
        <w:br/>
        <w:t>батька нашого...&lt;br /&gt;</w:t>
        <w:br/>
        <w:t>Дік&lt;br /&gt;</w:t>
        <w:br/>
        <w:t>(Убік)&lt;br /&gt;</w:t>
        <w:br/>
        <w:t>Правильніше, названий так тому, що к є д о н у в&lt;br /&gt;</w:t>
        <w:br/>
        <w:t>кадуб чужих оселедців у свою комірчину.&lt;br /&gt;</w:t>
        <w:br/>
        <w:t>Кед І вороги наші впадуть ниць перед нами... спов-&lt;br /&gt;</w:t>
        <w:br/>
        <w:t>неними завзяття скидати королів та вельмож... Скажи, хай за-&lt;br /&gt;</w:t>
        <w:br/>
        <w:t>мовкнуть.&lt;br /&gt;</w:t>
        <w:br/>
        <w:t>Дік Тихо там!&lt;br /&gt;</w:t>
        <w:br/>
        <w:t>Кед Мій батько був Мортімер...&lt;br /&gt;</w:t>
        <w:br/>
        <w:t>Дік&lt;br /&gt;</w:t>
        <w:br/>
        <w:t>(убік)&lt;br /&gt;</w:t>
        <w:br/>
        <w:t>Чесний був чоловік, хороший муляр.&lt;br /&gt;</w:t>
        <w:br/>
        <w:t>Кед Моя мати — з роду Плантагенетів...&lt;br /&gt;</w:t>
        <w:br/>
        <w:t>Дік&lt;br /&gt;</w:t>
        <w:br/>
        <w:t>(Убік)&lt;br /&gt;</w:t>
        <w:br/>
        <w:t>Я її добре знав — була повитухою.&lt;br /&gt;</w:t>
        <w:br/>
        <w:t>Кед Моя дружина — дочка Леса...&lt;br /&gt;</w:t>
        <w:br/>
        <w:t>Дік&lt;br /&gt;</w:t>
        <w:br/>
        <w:t>(убік)&lt;br /&gt;</w:t>
        <w:br/>
        <w:t>Так, вона-дочка колісника, то щоеь та знає про&lt;br /&gt;</w:t>
        <w:br/>
        <w:t>колеса!&lt;br /&gt;</w:t>
        <w:br/>
        <w:t>Сміт&lt;br /&gt;</w:t>
        <w:br/>
        <w:t>(убік)&lt;br /&gt;</w:t>
        <w:br/>
        <w:t>А нині, аби заробити на шматок хліба, пере вдо-&lt;br /&gt;</w:t>
        <w:br/>
        <w:t>ма білизну.&lt;br /&gt;</w:t>
        <w:br/>
        <w:t>Кед Отже, я з благородного дому,&lt;br /&gt;</w:t>
        <w:br/>
        <w:t>Дік&lt;br /&gt;</w:t>
        <w:br/>
        <w:t>(убік) '..'/,. ....&lt;br /&gt;</w:t>
        <w:br/>
        <w:t>Аякже, поле — вельми благородне місце, адже&lt;br /&gt;</w:t>
        <w:br/>
        <w:t>там він і народився під огорожею. У батька його ніколи не було&lt;br /&gt;</w:t>
        <w:br/>
        <w:t>іншого дому, окрім в'язниці.&lt;br /&gt;</w:t>
        <w:br/>
        <w:t>Кед Я відважний...&lt;br /&gt;</w:t>
        <w:br/>
        <w:t>Сміт . і&lt;br /&gt;</w:t>
        <w:br/>
        <w:t>(убік)&lt;br /&gt;</w:t>
        <w:br/>
        <w:t>Ще б пак! Жебрак — та щоб не був відважний.&lt;br /&gt;</w:t>
        <w:br/>
        <w:t>Кед Я дуже витривалий...&lt;br /&gt;</w:t>
        <w:br/>
        <w:t>Сміт&lt;br /&gt;</w:t>
        <w:br/>
        <w:t>(убік)&lt;br /&gt;</w:t>
        <w:br/>
        <w:t>Оце таки правда: я бачив, як його шмагали на&lt;br /&gt;</w:t>
        <w:br/>
        <w:t>базарі три дні поспіль.&lt;br /&gt;</w:t>
        <w:br/>
        <w:t>Кед Не боюсь ні меча, ні вогню...&lt;br /&gt;</w:t>
        <w:br/>
        <w:t>Сміт&lt;br /&gt;</w:t>
        <w:br/>
        <w:t>(убік)&lt;br /&gt;</w:t>
        <w:br/>
        <w:t>Меча йому нічого боятись — у нього одежа гар-&lt;br /&gt;</w:t>
        <w:br/>
        <w:t>тована вітром і дощем. ! ' .&lt;br /&gt;</w:t>
        <w:br/>
        <w:t>Дік&lt;br /&gt;</w:t>
        <w:br/>
        <w:t>(Убік) ; ,:..-&lt;br /&gt;</w:t>
        <w:br/>
        <w:t>А вогню, певно, не завадило б остерегтись — на&lt;br /&gt;</w:t>
        <w:br/>
        <w:t>руці в нього випечене тавро за крадіжку овець.&lt;br /&gt;</w:t>
        <w:br/>
        <w:t>Кеді Тож будьте хоробрі, адже ватажок ваш хороб-&lt;br /&gt;</w:t>
        <w:br/>
        <w:t>рий і клянеться змінити всі порядки. В Англії сім півпенсових&lt;br /&gt;</w:t>
        <w:br/>
        <w:t>хлібин продаватимуть за пенс; кухлі будуть утричі більші, а хто&lt;br /&gt;</w:t>
        <w:br/>
        <w:t>питиме слабке пиво, вважатиметься злочинцем. Все в королівстві&lt;br /&gt;</w:t>
        <w:br/>
        <w:t>буде спільним, і мій кінь пастиметься в Чіпсайді. Коли я стану&lt;br /&gt;</w:t>
        <w:br/>
        <w:t>королем,— а я ним стану...&lt;br /&gt;</w:t>
        <w:br/>
        <w:t>Всі Хай живе ваша величність!&lt;br /&gt;</w:t>
        <w:br/>
        <w:t>Кед Дякую вам, люди добрі...— грошей тоді не буде&lt;br /&gt;</w:t>
        <w:br/>
        <w:t>зовсім, усі їстимуть і питимуть за мій рахунок, і я зодягну всіх&lt;br /&gt;</w:t>
        <w:br/>
        <w:t>в однакове вбрання, щоб жили в згоді, як брати, і шанували мене&lt;br /&gt;</w:t>
        <w:br/>
        <w:t>як свого владаря.&lt;br /&gt;</w:t>
        <w:br/>
        <w:t>Дік Найперше повбиваємо всіх законників.&lt;br /&gt;</w:t>
        <w:br/>
        <w:t>Кед Ну, це вже я неодмікно зроблю. Хіба не жаль,&lt;br /&gt;</w:t>
        <w:br/>
        <w:t>що зі шкури безневинного ягняти виробляють пергамент? Той пер-&lt;br /&gt;</w:t>
        <w:br/>
        <w:t>гамент, ;коли на ньому щось нащкрябають, може занапастити лю-&lt;br /&gt;</w:t>
        <w:br/>
        <w:t>дину! Кажуть, бджола жалить, а я кажу, що жалить бджолиний&lt;br /&gt;</w:t>
        <w:br/>
        <w:t>віск, бо я лише раз якось приклав печать до папірця і відтоді сам&lt;br /&gt;</w:t>
        <w:br/>
        <w:t>не свій. Що таке? Хто там?1&lt;br /&gt;</w:t>
        <w:br/>
        <w:t>Входять кілька бунтівників, ведучи з собою&lt;br /&gt;</w:t>
        <w:br/>
        <w:t>чатемського писа р я.&lt;br /&gt;</w:t>
        <w:br/>
        <w:t>Сміт Писар із Чатема! Вміє писати, читати ще і&lt;br /&gt;</w:t>
        <w:br/>
        <w:t>рахувати.&lt;br /&gt;</w:t>
        <w:br/>
        <w:t>Кед Чудовисько!&lt;br /&gt;</w:t>
        <w:br/>
        <w:t>Сміт Ми застали його над школярськими зошитами&lt;br /&gt;</w:t>
        <w:br/>
        <w:t>Кед От негідник!&lt;br /&gt;</w:t>
        <w:br/>
        <w:t>Сміт У нього книжка в кишені, з червоними літерами.&lt;br /&gt;</w:t>
        <w:br/>
        <w:t>Кед То він чаклун!&lt;br /&gt;</w:t>
        <w:br/>
        <w:t>Дік Так, він уміє складати угоди й писати судов&lt;br /&gt;</w:t>
        <w:br/>
        <w:t>' справи.&lt;br /&gt;</w:t>
        <w:br/>
        <w:t>Кед Шкода, бо він, клянуся честю, чоловік славний&lt;br /&gt;</w:t>
        <w:br/>
        <w:t>Він не помре, якщо тільки я не визнаю його винним. Підійди-нс&lt;br /&gt;</w:t>
        <w:br/>
        <w:t>сюди, добродію, мушу дещо з'ясувати. Як тебе звуть?&lt;br /&gt;</w:t>
        <w:br/>
        <w:t>Писар Еммануїл.,&lt;br /&gt;</w:t>
        <w:br/>
        <w:t>Дік Таке пишуть угорі на указах. Кепські тво&lt;br /&gt;</w:t>
        <w:br/>
        <w:t>справи!&lt;br /&gt;</w:t>
        <w:br/>
        <w:t>Кед Не заважай. Скажи, ти пишеш своє ім'я чи, яі&lt;br /&gt;</w:t>
        <w:br/>
        <w:t>кожна порядна людина, маєш свій особливий знак?&lt;br /&gt;</w:t>
        <w:br/>
        <w:t>Писар Сер, дякувати богу, я досить освічений, щоб на&lt;br /&gt;</w:t>
        <w:br/>
        <w:t>писати своє ім'я.&lt;br /&gt;</w:t>
        <w:br/>
        <w:t>195&lt;br /&gt;</w:t>
        <w:br/>
        <w:t>Всі Він зізнався! Порішити його! Це негідник і зрад-&lt;br /&gt;</w:t>
        <w:br/>
        <w:t>ник!&lt;br /&gt;</w:t>
        <w:br/>
        <w:t>Кед Порішити його! Повісити з пером і каламарем&lt;br /&gt;</w:t>
        <w:br/>
        <w:t>на шиї!&lt;br /&gt;</w:t>
        <w:br/>
        <w:t>Писаря виводять. Входить М а й к л.&lt;br /&gt;</w:t>
        <w:br/>
        <w:t>Майкл Де наш генерал?&lt;br /&gt;</w:t>
        <w:br/>
        <w:t>Кед Я тут. Що там, —солдате?&lt;br /&gt;</w:t>
        <w:br/>
        <w:t>Майкл Тікай! Тікай! Тікай! Сер Гемфрі Стаффорд і&lt;br /&gt;</w:t>
        <w:br/>
        <w:t>його брат підходять із королівським військом.&lt;br /&gt;</w:t>
        <w:br/>
        <w:t>Кед Стій, негіднику, бо як уріжу! Зі Стаффордом&lt;br /&gt;</w:t>
        <w:br/>
        <w:t>зітнеться рівний йому чоловік. Сам він рицар, чи не так?&lt;br /&gt;</w:t>
        <w:br/>
        <w:t>Майкл Так.&lt;br /&gt;</w:t>
        <w:br/>
        <w:t>Кед Щоб зрівнятися з ним, негайно посвячу себе в&lt;br /&gt;</w:t>
        <w:br/>
        <w:t>рицарі.&lt;br /&gt;</w:t>
        <w:br/>
        <w:t>(Схиляє коліно)&lt;br /&gt;</w:t>
        <w:br/>
        <w:t>Встань, сер Джон Мортімер.&lt;br /&gt;</w:t>
        <w:br/>
        <w:t>(Устає)&lt;br /&gt;</w:t>
        <w:br/>
        <w:t>Ну, тепер ми йому покажемо!&lt;br /&gt;</w:t>
        <w:br/>
        <w:t>Входять під барабанний дріб сер Гемфрі Стаффорд і його брат В і л ь —&lt;br /&gt;</w:t>
        <w:br/>
        <w:t>ям з військом.&lt;br /&gt;</w:t>
        <w:br/>
        <w:t>Гемфрі Ст. Гидкі зухвальці, покидьки брудні!&lt;br /&gt;</w:t>
        <w:br/>
        <w:t>Додолу зброю, шибеники з Кенту!&lt;br /&gt;</w:t>
        <w:br/>
        <w:t>Розходьтеся! А мугиря цього&lt;br /&gt;</w:t>
        <w:br/>
        <w:t>Залиште, і король пробачить вам.&lt;br /&gt;</w:t>
        <w:br/>
        <w:t>Вільям Ст. Та й лютий він, гнівний до непокірних,&lt;br /&gt;</w:t>
        <w:br/>
        <w:t>Отож здавайтеся, або ж вам смерть.&lt;br /&gt;</w:t>
        <w:br/>
        <w:t>Кед Я чхав на вбраних у шовки рабів!&lt;br /&gt;</w:t>
        <w:br/>
        <w:t>Я, люди добрі, розмовляю з вами,&lt;br /&gt;</w:t>
        <w:br/>
        <w:t>Над ким владарювати сподіваюсь,&lt;br /&gt;</w:t>
        <w:br/>
        <w:t>Бо я. корони справжній спадкоємець.&lt;br /&gt;</w:t>
        <w:br/>
        <w:t>Гемфрі Ст. Шахраю, мулярем твій батько був,&lt;br /&gt;</w:t>
        <w:br/>
        <w:t>А сам ти стриг сукно. Хіба не так?&lt;br /&gt;</w:t>
        <w:br/>
        <w:t>Кед Садівником був і Адам.&lt;br /&gt;</w:t>
        <w:br/>
        <w:t>Вільям Ст. То й що?&lt;br /&gt;</w:t>
        <w:br/>
        <w:t>Кед г Як що? Таж Едмунд Мортімер, граф Марч,&lt;br /&gt;</w:t>
        <w:br/>
        <w:t>Узяв за себе Кларенса дочку.&lt;br /&gt;</w:t>
        <w:br/>
        <w:t>Гемфрі Ст. Так, сер.&lt;br /&gt;</w:t>
        <w:br/>
        <w:t>Кед Від неї мав двох діток-близнюків.&lt;br /&gt;</w:t>
        <w:br/>
        <w:t>Вільям Ст. Неправда.&lt;br /&gt;</w:t>
        <w:br/>
        <w:t>Кед У тім-то й річ,— а я кажу, що правда.&lt;br /&gt;</w:t>
        <w:br/>
        <w:t>Бо старшого із тих близнят жебрачка&lt;br /&gt;</w:t>
        <w:br/>
        <w:t>Украла в годувальниці. Не знав він&lt;br /&gt;</w:t>
        <w:br/>
        <w:t>Про непросте походження своє&lt;br /&gt;</w:t>
        <w:br/>
        <w:t>І мулярем, дійшовши віку, став.&lt;br /&gt;</w:t>
        <w:br/>
        <w:t>Я син його. Як можеш — запереч.&lt;br /&gt;</w:t>
        <w:br/>
        <w:t>Дік Це щира правда, отже, він король.&lt;br /&gt;</w:t>
        <w:br/>
        <w:t>Сміт Сер, він звів комин у домі мого батька, цеглини&lt;br /&gt;</w:t>
        <w:br/>
        <w:t>й досі цілі, мов живі свідки, тож не сперечайтеся.&lt;br /&gt;</w:t>
        <w:br/>
        <w:t>Гемфрі Ст. І вірите цьому ви лайдакові,&lt;br /&gt;</w:t>
        <w:br/>
        <w:t>Що меле казна-що?&lt;br /&gt;</w:t>
        <w:br/>
        <w:t>Всі Так, віримо, тож забирайтесь геть.&lt;br /&gt;</w:t>
        <w:br/>
        <w:t>Вільям Ст. Це Йорк тебе так напоумив, Кеде.&lt;br /&gt;</w:t>
        <w:br/>
        <w:t>Кед&lt;br /&gt;</w:t>
        <w:br/>
        <w:t>(убік)&lt;br /&gt;</w:t>
        <w:br/>
        <w:t>Брехня, усе це вигадав я сам.&lt;br /&gt;</w:t>
        <w:br/>
        <w:t>(Уголос)&lt;br /&gt;</w:t>
        <w:br/>
        <w:t>Іди, чоловіче, передай королю, що заради його батька Генріха&lt;br /&gt;</w:t>
        <w:br/>
        <w:t>П'ятого, під час чийого правління хлопчаки гралися французьки-&lt;br /&gt;</w:t>
        <w:br/>
        <w:t>ми кронами, я згоден, щоб він владарював; тільки я буду про-&lt;br /&gt;</w:t>
        <w:br/>
        <w:t>тектором.&lt;br /&gt;</w:t>
        <w:br/>
        <w:t>Дік А ще ми вимагаємо голову лорда Сея за те, що&lt;br /&gt;</w:t>
        <w:br/>
        <w:t>той продав герцогство Мен.&lt;br /&gt;</w:t>
        <w:br/>
        <w:t>Кед Саме так, адже це Англію понівечило; ходила б&lt;br /&gt;</w:t>
        <w:br/>
        <w:t>калікою з ціпком, якби її не підтримала моя міць. Браття королі,&lt;br /&gt;</w:t>
        <w:br/>
        <w:t>кажу вам: лорд Сей вихолостив наш край і зробив його євнухом,&lt;br /&gt;</w:t>
        <w:br/>
        <w:t>до того ж він уміє говорити по-французькому, отже — зрадник.&lt;br /&gt;</w:t>
        <w:br/>
        <w:t>Гемфрі Ст. Невігластво нікчемне та страшне!&lt;br /&gt;</w:t>
        <w:br/>
        <w:t>Кед Ну, спробуй запереч,,якщо можеш. Французи —&lt;br /&gt;</w:t>
        <w:br/>
        <w:t>наші вороги, і я питаю тебе: чи може той, хто говорить мовою&lt;br /&gt;</w:t>
        <w:br/>
        <w:t>ворогів, бути добрим радником? '&lt;br /&gt;</w:t>
        <w:br/>
        <w:t>Всі Ні! Ні! Тож голову йому зітнем.&lt;br /&gt;</w:t>
        <w:br/>
        <w:t>Вільям Ст. Тут, видно, не шанують добрих слів.&lt;br /&gt;</w:t>
        <w:br/>
        <w:t>Нехай війська провчать їх королівські.&lt;br /&gt;</w:t>
        <w:br/>
        <w:t>Гемфрі Ст. По всіх містах проголоси, герольде,&lt;br /&gt;</w:t>
        <w:br/>
        <w:t>Повстанців Кеда зрадниками, йди!&lt;br /&gt;</w:t>
        <w:br/>
        <w:t>Усіх поб'єм, а тих, котрі втечуть,&lt;br /&gt;</w:t>
        <w:br/>
        <w:t>Повісим — на очах дружин, дітей —&lt;br /&gt;</w:t>
        <w:br/>
        <w:t>На дверях їх будинків, для науки.&lt;br /&gt;</w:t>
        <w:br/>
        <w:t>За мною всі, хто друзі короля.&lt;br /&gt;</w:t>
        <w:br/>
        <w:t>Обидва Стаффорди з військом виходять.&lt;br /&gt;</w:t>
        <w:br/>
        <w:t>Кед За мною всі, хто поважа народ!&lt;br /&gt;</w:t>
        <w:br/>
        <w:t>В борні за волю покажіть себе.&lt;br /&gt;</w:t>
        <w:br/>
        <w:t>Дворян і лордів поб'ємо, залишим&lt;br /&gt;</w:t>
        <w:br/>
        <w:t>Лиш тих, що носять латане взуття,&lt;br /&gt;</w:t>
        <w:br/>
        <w:t>Бо це порядні люди, і якби&lt;br /&gt;</w:t>
        <w:br/>
        <w:t>Посміли, то усі до нас пристали б.&lt;br /&gt;</w:t>
        <w:br/>
        <w:t>Дік Вони вишикувались бойовим порядком і "дуть&lt;br /&gt;</w:t>
        <w:br/>
        <w:t>на нас.&lt;br /&gt;</w:t>
        <w:br/>
        <w:t>Кед Ну, а у нас тоді порядок, коли зовсім нема по-&lt;br /&gt;</w:t>
        <w:br/>
        <w:t>рядку. Рушаймо, гей, вперед!&lt;br /&gt;</w:t>
        <w:br/>
        <w:t>Виходять.&lt;br /&gt;</w:t>
        <w:br/>
        <w:t>€ЦЕНА З&lt;br /&gt;</w:t>
        <w:br/>
        <w:t>Інша частина Блекхіта.&lt;br /&gt;</w:t>
        <w:br/>
        <w:t>Гамір бою, в якому ебох Стаффордів убито. Входять Кед і його прибіч-&lt;br /&gt;</w:t>
        <w:br/>
        <w:t>ники.&lt;br /&gt;</w:t>
        <w:br/>
        <w:t>Кед Де Дік, різник із Ешфорда?&lt;br /&gt;</w:t>
        <w:br/>
        <w:t>Дік Ось я, сер.&lt;br /&gt;</w:t>
        <w:br/>
        <w:t>Кед Вороги падали перед тобою, як вівці й бики, а&lt;br /&gt;</w:t>
        <w:br/>
        <w:t>ти з ними розправлявся, мов у себе в різниці; тож я хочу тебе&lt;br /&gt;</w:t>
        <w:br/>
        <w:t>нагородити. Відтепер піст буде вдвічі довшим, ніж досі, а тобі&lt;br /&gt;</w:t>
        <w:br/>
        <w:t>дозволяється забивати по сто голів без однієї щотижня.&lt;br /&gt;</w:t>
        <w:br/>
        <w:t>Дік Більше мені й не треба.&lt;br /&gt;</w:t>
        <w:br/>
        <w:t>Кед І, сказати правду, меншого ти не заслужив, А цю&lt;br /&gt;</w:t>
        <w:br/>
        <w:t>пам'ятку звитяги я носитиму.&lt;br /&gt;</w:t>
        <w:br/>
        <w:t>(Надягає лати Гемфрі Стаффорда)&lt;br /&gt;</w:t>
        <w:br/>
        <w:t>А тіла їхні хай волочить за собою мій кінь, поки я не прибуду в&lt;br /&gt;</w:t>
        <w:br/>
        <w:t>Лондон^ де перед нами понесуть меч лорд-мера.&lt;br /&gt;</w:t>
        <w:br/>
        <w:t>Дік Коли хочемо, щоб і нам, і всім було гаразд,&lt;br /&gt;</w:t>
        <w:br/>
        <w:t>зруйнуймо тюрми й повипускаймо всіх в'язнів.&lt;br /&gt;</w:t>
        <w:br/>
        <w:t>Кед Не хвилюйся, за це я ручуся. Ну, рушаймо&lt;br /&gt;</w:t>
        <w:br/>
        <w:t>на Лондон.&lt;br /&gt;</w:t>
        <w:br/>
        <w:t>Виходять.&lt;br /&gt;</w:t>
        <w:br/>
        <w:t>СЦЕНА 4&lt;br /&gt;</w:t>
        <w:br/>
        <w:t>Лондон. Кімната в палаці.&lt;br /&gt;</w:t>
        <w:br/>
        <w:t>Входять король Генріх, читаючи петицію, герцог Бекінгем і лорд&lt;br /&gt;</w:t>
        <w:br/>
        <w:t>Сей; віддалік — королева Маргарита плаче над головою Сеффолка.&lt;br /&gt;</w:t>
        <w:br/>
        <w:t>Маргарита&lt;br /&gt;</w:t>
        <w:br/>
        <w:t>(вбік)&lt;br /&gt;</w:t>
        <w:br/>
        <w:t>Я чула, що марніє з горя дух,&lt;br /&gt;</w:t>
        <w:br/>
        <w:t>Стає занадто кволим, боязким,&lt;br /&gt;</w:t>
        <w:br/>
        <w:t>Тож думаймо про помсту, досить слізі&lt;br /&gt;</w:t>
        <w:br/>
        <w:t>Та як не плакать, дивлячись на це?&lt;br /&gt;</w:t>
        <w:br/>
        <w:t>До серця голову його притисну...&lt;br /&gt;</w:t>
        <w:br/>
        <w:t>Де ж тіло, щоб його мені обняти?&lt;br /&gt;</w:t>
        <w:br/>
        <w:t>Бекінгем Яку відповідь дасть ваша величність на вимоги&lt;br /&gt;</w:t>
        <w:br/>
        <w:t>бунтівників?&lt;br /&gt;</w:t>
        <w:br/>
        <w:t>Генріх Пошлю єпископа вмовляти їх— .&lt;br /&gt;</w:t>
        <w:br/>
        <w:t>Мечем згубити стільки щирих душ —&lt;br /&gt;</w:t>
        <w:br/>
        <w:t>Гріх перед богом! Щоб не проливати&lt;br /&gt;</w:t>
        <w:br/>
        <w:t>їх крові,— ладен сам я говорити&lt;br /&gt;</w:t>
        <w:br/>
        <w:t>Із Джеком Кедом, їхнім ватажком.&lt;br /&gt;</w:t>
        <w:br/>
        <w:t>Стривайте, я перечитаю ще.&lt;br /&gt;</w:t>
        <w:br/>
        <w:t>Маргарита&lt;br /&gt;</w:t>
        <w:br/>
        <w:t>(вбік)&lt;br /&gt;</w:t>
        <w:br/>
        <w:t>О нелюди! Немов зоря небесна,&lt;br /&gt;</w:t>
        <w:br/>
        <w:t>Цей лик ясний був наді мною владний.&lt;br /&gt;</w:t>
        <w:br/>
        <w:t>Чому жалю він не збудив у тих,&lt;br /&gt;</w:t>
        <w:br/>
        <w:t>Що й глянути на нього недостойні?&lt;br /&gt;</w:t>
        <w:br/>
        <w:t>Генріх Кед, лорде Сей, клявсь голову зітнуть вам.&lt;br /&gt;</w:t>
        <w:br/>
        <w:t>Сей Надіюсь, перш йому ви зітнете.&lt;br /&gt;</w:t>
        <w:br/>
        <w:t>Генріх Що? Досі королева&lt;br /&gt;</w:t>
        <w:br/>
        <w:t>Смерть Сеффолка оялакує, голосить?&lt;br /&gt;</w:t>
        <w:br/>
        <w:t>Боюсь, якби це я помер, кохана,&lt;br /&gt;</w:t>
        <w:br/>
        <w:t>Ти б не тужила гірко так за мною.&lt;br /&gt;</w:t>
        <w:br/>
        <w:t>Маргарита Ні, вмерла б, любий, з туги за тобою.&lt;br /&gt;</w:t>
        <w:br/>
        <w:t>Входить гонець.&lt;br /&gt;</w:t>
        <w:br/>
        <w:t>Генріх Що там за вісті? Поспішав чому?&lt;br /&gt;</w:t>
        <w:br/>
        <w:t>Гонець Кед в Саутворку. Владарю, тікайте!&lt;br /&gt;</w:t>
        <w:br/>
        <w:t>Проголосив, що він — лорд Мортімер,&lt;br /&gt;</w:t>
        <w:br/>
        <w:t>Нащадок роду Кларенса; відкрито&lt;br /&gt;</w:t>
        <w:br/>
        <w:t>Загарбником величність вашу зве,&lt;br /&gt;</w:t>
        <w:br/>
        <w:t>Вінчатись у Вестмінстері поклявся.&lt;br /&gt;</w:t>
        <w:br/>
        <w:t>У нього військо — юрби голодранців,&lt;br /&gt;</w:t>
        <w:br/>
        <w:t>Безжальних, грубих наймитів, селян.&lt;br /&gt;</w:t>
        <w:br/>
        <w:t>Смерть Стаффордів — і Вільяма, і Гемфрі —&lt;br /&gt;</w:t>
        <w:br/>
        <w:t>Вселила в них зухвальство йти вперед.&lt;br /&gt;</w:t>
        <w:br/>
        <w:t>Усіх двірських, всю знать, учених, суддів&lt;br /&gt;</w:t>
        <w:br/>
        <w:t>Звуть гусінню і перебити хочуть.&lt;br /&gt;</w:t>
        <w:br/>
        <w:t>Генріх Безбожники! Не відають, що коять.&lt;br /&gt;</w:t>
        <w:br/>
        <w:t>Бекінгем Владарю, їдьте в Кілінгворт. А ми&lt;br /&gt;</w:t>
        <w:br/>
        <w:t>Зберем війська, щоб розгромити їх.&lt;br /&gt;</w:t>
        <w:br/>
        <w:t>Маргарита Ох, жив би герцог Сеффолк — миттю він&lt;br /&gt;</w:t>
        <w:br/>
        <w:t>Приборкав би цих кентських розбишак.&lt;br /&gt;</w:t>
        <w:br/>
        <w:t>Генріх Вас, лорде Сей, ненавидять злочинці,-&lt;br /&gt;</w:t>
        <w:br/>
        <w:t>Отож рушайте з нами в Кілінгворт.&lt;br /&gt;</w:t>
        <w:br/>
        <w:t>Сей Не хочу небезпеці піддавати&lt;br /&gt;</w:t>
        <w:br/>
        <w:t>Величність вашу; навіть вигляд мій&lt;br /&gt;</w:t>
        <w:br/>
        <w:t>Дратує їх. Я в Лондоні сховаюсь,&lt;br /&gt;</w:t>
        <w:br/>
        <w:t>Вони мене не знайдуть, сподіваюсь.&lt;br /&gt;</w:t>
        <w:br/>
        <w:t>Входить 2-й гонець.&lt;br /&gt;</w:t>
        <w:br/>
        <w:t>2-й гонець Кед захопив міст Лондонський. Тікають,&lt;br /&gt;</w:t>
        <w:br/>
        <w:t>Лишаючи домівки, городяни,&lt;br /&gt;</w:t>
        <w:br/>
        <w:t>А волоцюги, ласі до наживи,&lt;br /&gt;</w:t>
        <w:br/>
        <w:t>До зрадника спішать; пограбувати&lt;br /&gt;</w:t>
        <w:br/>
        <w:t>Клянуться місто й королівський двір.&lt;br /&gt;</w:t>
        <w:br/>
        <w:t>Бекінгем Владарю, не баріться, на коня!&lt;br /&gt;</w:t>
        <w:br/>
        <w:t>Генріх Ходім, дружино. Бог — надія наша.&lt;br /&gt;</w:t>
        <w:br/>
        <w:t>Маргарита Моя надія з Сеффолком померла.&lt;br /&gt;</w:t>
        <w:br/>
        <w:t>Генріх&lt;br /&gt;</w:t>
        <w:br/>
        <w:t>(до лорда Сен)&lt;br /&gt;</w:t>
        <w:br/>
        <w:t>Щасти вам, лорде! Бунтарям не вірте.&lt;br /&gt;</w:t>
        <w:br/>
        <w:t>Бекінгем Не вірте ви нікому, зради бійтесь.&lt;br /&gt;</w:t>
        <w:br/>
        <w:t>Сей В свою невинність вірю, а тому&lt;br /&gt;</w:t>
        <w:br/>
        <w:t>Я сповнений рішучості й відваги.&lt;br /&gt;</w:t>
        <w:br/>
        <w:t>Виходять.&lt;br /&gt;</w:t>
        <w:br/>
        <w:t>СЦЕНА 5&lt;br /&gt;</w:t>
        <w:br/>
        <w:t>Лондон. Тау ер.&lt;br /&gt;</w:t>
        <w:br/>
        <w:t>На мур виходять лорд Скеле та інші. Внизу входять кілька горо-&lt;br /&gt;</w:t>
        <w:br/>
        <w:t>дян.&lt;br /&gt;</w:t>
        <w:br/>
        <w:t>Скеле Ну що? Убили Кеда?&lt;br /&gt;</w:t>
        <w:br/>
        <w:t>1-й городянин Ні, мілорде; напевне, його й не вб'ють. Вони&lt;br /&gt;</w:t>
        <w:br/>
        <w:t>вже захопили міст і розправляються з усіма, хто чинить опір.&lt;br /&gt;</w:t>
        <w:br/>
        <w:t>Лорд-мер благає вашу честь прислати йому підкріплення з Тауе-&lt;br /&gt;</w:t>
        <w:br/>
        <w:t>ра, щоб захистити місто від бунтівників.&lt;br /&gt;</w:t>
        <w:br/>
        <w:t>Скеле Загін лиш невеликий дати можу,&lt;br /&gt;</w:t>
        <w:br/>
        <w:t>Адже й мене тривожать бунтарі:&lt;br /&gt;</w:t>
        <w:br/>
        <w:t>Вже пробували Тауер узяти.&lt;br /&gt;</w:t>
        <w:br/>
        <w:t>Ідіть до Смітфілда й людей зберіть;&lt;br /&gt;</w:t>
        <w:br/>
        <w:t>Туди пришлю я Метью Гофа. Бийтесь&lt;br /&gt;</w:t>
        <w:br/>
        <w:t>За короля, країну і життя!&lt;br /&gt;</w:t>
        <w:br/>
        <w:t>А зараз прощавайте, мушу йти.&lt;br /&gt;</w:t>
        <w:br/>
        <w:t>Виходять.&lt;br /&gt;</w:t>
        <w:br/>
        <w:t>СЦЕНА 6&lt;br /&gt;</w:t>
        <w:br/>
        <w:t>Лондон. Кеннон-стріт.&lt;br /&gt;</w:t>
        <w:br/>
        <w:t>Входить Джек Кед зі своїми прибічниками. Він б'є жезлом об Лон-&lt;br /&gt;</w:t>
        <w:br/>
        <w:t>донський камінь.&lt;br /&gt;</w:t>
        <w:br/>
        <w:t>Кед Нині Мортімер — господар цього міста. Сидячи&lt;br /&gt;</w:t>
        <w:br/>
        <w:t>тут, на Лондонськім камені, я велю і наказую, щоб коштом міста&lt;br /&gt;</w:t>
        <w:br/>
        <w:t>у цей перший рік мого правління з міських водограїв било саме&lt;br /&gt;</w:t>
        <w:br/>
        <w:t>от&lt;br /&gt;</w:t>
        <w:br/>
        <w:t>тільки червоне вино. І відтепер зрадником буде кожен, хго назве&lt;br /&gt;</w:t>
        <w:br/>
        <w:t>мене інакше, як лорд Мортімер.&lt;br /&gt;</w:t>
        <w:br/>
        <w:t>Вбігає солдат.&lt;br /&gt;</w:t>
        <w:br/>
        <w:t>Солдат Джек Кед! Джек Кед!&lt;br /&gt;</w:t>
        <w:br/>
        <w:t>Кед Прибити його.&lt;br /&gt;</w:t>
        <w:br/>
        <w:t>Солдата вбивають.&lt;br /&gt;</w:t>
        <w:br/>
        <w:t>Сміт Якщо цей чолов'яга має клепку в голові, то&lt;br /&gt;</w:t>
        <w:br/>
        <w:t>більше вже ніколи не назве вас Джеком Кедом. Здається, його&lt;br /&gt;</w:t>
        <w:br/>
        <w:t>як слід застерегли.&lt;br /&gt;</w:t>
        <w:br/>
        <w:t>Дік Мілорде, у Смітфілді зібрано війська.&lt;br /&gt;</w:t>
        <w:br/>
        <w:t>Кед Що ж, ходімо, зітнемося з ними. Та спершу під-&lt;br /&gt;</w:t>
        <w:br/>
        <w:t>паліть Лондонський міст, а коли зможете, то й Тауер заразом.&lt;br /&gt;</w:t>
        <w:br/>
        <w:t>Рушаймо, вперед!&lt;br /&gt;</w:t>
        <w:br/>
        <w:t>Виходять.&lt;br /&gt;</w:t>
        <w:br/>
        <w:t>СЦЕНА 7&lt;br /&gt;</w:t>
        <w:br/>
        <w:t>Лондон. Смітфілд.&lt;br /&gt;</w:t>
        <w:br/>
        <w:t>Тривога, бій. Метью Гофа вбито, його загін розгромлений.&lt;br /&gt;</w:t>
        <w:br/>
        <w:t>Входить Джек Кед зі своїми прибічниками.&lt;br /&gt;</w:t>
        <w:br/>
        <w:t>Кед Отак, добродії. Тепер ідіть — хто громити Са-&lt;br /&gt;</w:t>
        <w:br/>
        <w:t>войський палац, хто до королівських судів. Розбийте їх ущент!&lt;br /&gt;</w:t>
        <w:br/>
        <w:t>Дік Маю прохання до вашої світлості.&lt;br /&gt;</w:t>
        <w:br/>
        <w:t>Кед За це звертання, коли стану світлістю, зроблю&lt;br /&gt;</w:t>
        <w:br/>
        <w:t>тебе лордом.&lt;br /&gt;</w:t>
        <w:br/>
        <w:t>Дік Тільки про одне прошу — щоб закони Англії ви-&lt;br /&gt;</w:t>
        <w:br/>
        <w:t>ходили з ваших уст.&lt;br /&gt;</w:t>
        <w:br/>
        <w:t>Голленд&lt;br /&gt;</w:t>
        <w:br/>
        <w:t>(убік)&lt;br /&gt;</w:t>
        <w:br/>
        <w:t>Ого, болючі будуть закони, адже його штрикну-&lt;br /&gt;</w:t>
        <w:br/>
        <w:t>ли списом у рот, і рана досі не загоїлась.&lt;br /&gt;</w:t>
        <w:br/>
        <w:t>Сміт&lt;br /&gt;</w:t>
        <w:br/>
        <w:t>(убік)&lt;br /&gt;</w:t>
        <w:br/>
        <w:t>Ні, Джоне, це будуть смердючі закони, адже&lt;br /&gt;</w:t>
        <w:br/>
        <w:t>s рота в нього тхне підсмаженим сиром.&lt;br /&gt;</w:t>
        <w:br/>
        <w:t>Кед Я вже обдумав це: так воно й буде. Мерщій&lt;br /&gt;</w:t>
        <w:br/>
        <w:t>спаліть усі державні акти; мої уста будуть парламентом Англії.&lt;br /&gt;</w:t>
        <w:br/>
        <w:t>Голленд&lt;br /&gt;</w:t>
        <w:br/>
        <w:t>(убік)&lt;br /&gt;</w:t>
        <w:br/>
        <w:t>Кусючі будуть наші статути, якщо йому не по-&lt;br /&gt;</w:t>
        <w:br/>
        <w:t>виривають зубів.&lt;br /&gt;</w:t>
        <w:br/>
        <w:t>Кед І відтепер усе буде спільним.&lt;br /&gt;</w:t>
        <w:br/>
        <w:t>Входить гонець.&lt;br /&gt;</w:t>
        <w:br/>
        <w:t>Гонець Мілорде, здобич, здобич! Ось лорд Сей, що про-&lt;br /&gt;</w:t>
        <w:br/>
        <w:t>дав у Франції міста, той самий, що змушував нас платити два-&lt;br /&gt;</w:t>
        <w:br/>
        <w:t>дцять один раз по п'ятнадцятій частці і по шилінгу з фунта, коли&lt;br /&gt;</w:t>
        <w:br/>
        <w:t>збирав податок на останню війну.&lt;br /&gt;</w:t>
        <w:br/>
        <w:t>Входить Джордж Бевіс із лордом Сеем.&lt;br /&gt;</w:t>
        <w:br/>
        <w:t>Кед Що ж, за це йому десять разів зрубаємо голову.&lt;br /&gt;</w:t>
        <w:br/>
        <w:t>Ах ти, Сею-фарисею, вбраний у бумазею з гамазею! Ах, сей лорд&lt;br /&gt;</w:t>
        <w:br/>
        <w:t>Сей, оце ж він усей! Тепер ти дізнаєшся, що таке наш королів-&lt;br /&gt;</w:t>
        <w:br/>
        <w:t>ський суд! Як виправдаєшся перед моєю величністю в тім, шо&lt;br /&gt;</w:t>
        <w:br/>
        <w:t>віддав Нормандію мусью Лижигузну, французькому дофінові?&lt;br /&gt;</w:t>
        <w:br/>
        <w:t>Отож дізнайся в присутності всіх цих людей і лорда Мортімера:&lt;br /&gt;</w:t>
        <w:br/>
        <w:t>я — та мітла, що вимете з двору таке сміття, як ти. Ти, як най-&lt;br /&gt;</w:t>
        <w:br/>
        <w:t>більший зрадник, розбестив нашу молодь, завівши школи. Наші&lt;br /&gt;</w:t>
        <w:br/>
        <w:t>діди не знали інших книг, крім палички з карбами, а ти запро-&lt;br /&gt;</w:t>
        <w:br/>
        <w:t>вадив друк та ще — на шкоду королю, його короні й величі —&lt;br /&gt;</w:t>
        <w:br/>
        <w:t>збудував паперову фабрику. Тобі в очі доведуть, що при тобі є&lt;br /&gt;</w:t>
        <w:br/>
        <w:t>люди, котрі тільки й говорять, що про іменники, прикметники та&lt;br /&gt;</w:t>
        <w:br/>
        <w:t>все такі мерзенні слова, нестерпні для християнських вух. Ти зму-&lt;br /&gt;</w:t>
        <w:br/>
        <w:t>шував мирових суддів судити бідолах за справи, про які ті й гад-&lt;br /&gt;</w:t>
        <w:br/>
        <w:t>ки не мали. Та ще й саджав у тюрми, а тих, що не вміли чита-&lt;br /&gt;</w:t>
        <w:br/>
        <w:t>ти,— вішав, тоді як саме з цієї причини вони були найбільш гід-&lt;br /&gt;</w:t>
        <w:br/>
        <w:t>ні життя. Ти їздиш на коні, вкритому чудовою попоною, чи не&lt;br /&gt;</w:t>
        <w:br/>
        <w:t>так?&lt;br /&gt;</w:t>
        <w:br/>
        <w:t>Сей То й що з того?&lt;br /&gt;</w:t>
        <w:br/>
        <w:t>Кед А не варто вкривати свого коня плащем, коли&lt;br /&gt;</w:t>
        <w:br/>
        <w:t>люди, чесніші за тебе, ходять у штанях і куртках.&lt;br /&gt;</w:t>
        <w:br/>
        <w:t>Дік , І працюють у самій сорочці, як, наприклад, я,&lt;br /&gt;</w:t>
        <w:br/>
        <w:t>різник.&lt;br /&gt;</w:t>
        <w:br/>
        <w:t>Сей Ви, люди Кенту...&lt;br /&gt;</w:t>
        <w:br/>
        <w:t>Дік Ну, що ти скажеш про Кент?&lt;br /&gt;</w:t>
        <w:br/>
        <w:t>Сей Лиш те, що bona terra, mala gens *.&lt;br /&gt;</w:t>
        <w:br/>
        <w:t>* Добра земля, та погані люди (лат.).&lt;br /&gt;</w:t>
        <w:br/>
        <w:t>Кед Геть! Геть його! Він говорить по-латині.&lt;br /&gt;</w:t>
        <w:br/>
        <w:t>Сей Сказати дайте, а тоді й тягніть.&lt;br /&gt;</w:t>
        <w:br/>
        <w:t>Кент — пише Цезар в спогадах своїх —&lt;br /&gt;</w:t>
        <w:br/>
        <w:t>На острові місцевість щонайліпша;&lt;br /&gt;</w:t>
        <w:br/>
        <w:t>Чудовий край, багатий вельми, люди&lt;br /&gt;</w:t>
        <w:br/>
        <w:t>Заможні, славні, щедрі і завзяті,-&lt;br /&gt;</w:t>
        <w:br/>
        <w:t>Та, сподіваюсь, жаль вам не чужий.&lt;br /&gt;</w:t>
        <w:br/>
        <w:t>Не я втрачав Нормандію та Мен;&lt;br /&gt;</w:t>
        <w:br/>
        <w:t>Життя б віддав, аби їх повернути.&lt;br /&gt;</w:t>
        <w:br/>
        <w:t>Чинив лиш справедливість і добро;&lt;br /&gt;</w:t>
        <w:br/>
        <w:t>Не від дарів, а від прохань і сліз&lt;br /&gt;</w:t>
        <w:br/>
        <w:t>Розчулювавсь. А брав податок з вас&lt;br /&gt;</w:t>
        <w:br/>
        <w:t>На благо королю, державі й вам!&lt;br /&gt;</w:t>
        <w:br/>
        <w:t>Я вчених обдаровував, бо сам&lt;br /&gt;</w:t>
        <w:br/>
        <w:t>До короля наблизивсь через книги.&lt;br /&gt;</w:t>
        <w:br/>
        <w:t>Прокляття боже — неуцтво, знання ж —&lt;br /&gt;</w:t>
        <w:br/>
        <w:t>То крила, що підносять до небес: .&lt;br /&gt;</w:t>
        <w:br/>
        <w:t>Як вас пекельні духи не обсіли,&lt;br /&gt;</w:t>
        <w:br/>
        <w:t>Вбивати не захочете мене.&lt;br /&gt;</w:t>
        <w:br/>
        <w:t>В чужих краях я вів переговори&lt;br /&gt;</w:t>
        <w:br/>
        <w:t>На користь вам...&lt;br /&gt;</w:t>
        <w:br/>
        <w:t>Кед Цить! Хоч одного удару завдав ти на полі бою?&lt;br /&gt;</w:t>
        <w:br/>
        <w:t>Сей Далекосяжні руки у великих;&lt;br /&gt;</w:t>
        <w:br/>
        <w:t>Вбивав не раз я тих, кого й не бачив.&lt;br /&gt;</w:t>
        <w:br/>
        <w:t>Бевіс О боягуз! Ти ззаду нападав?&lt;br /&gt;</w:t>
        <w:br/>
        <w:t>Сей Ці щоки зблідли від турбот про вас.&lt;br /&gt;</w:t>
        <w:br/>
        <w:t>Кед Дайте йому ляща, то зарум'яняться знову.&lt;br /&gt;</w:t>
        <w:br/>
        <w:t>Сей Сил не жалів я, позови бідняцькі&lt;br /&gt;</w:t>
        <w:br/>
        <w:t>Вирішуючи; знемічнів, заслаб.&lt;br /&gt;</w:t>
        <w:br/>
        <w:t>Кед Що ж, полікуємо тебе конопляною кашею та&lt;br /&gt;</w:t>
        <w:br/>
        <w:t>юшкою з сокири.&lt;br /&gt;</w:t>
        <w:br/>
        <w:t>Дік Чого тремтиш, чоловіче?&lt;br /&gt;</w:t>
        <w:br/>
        <w:t>Сей Тремчу я від хвороби, не від страху.&lt;br /&gt;</w:t>
        <w:br/>
        <w:t>Кед Ні, то він киває нам: мовляв, я ще поквитаюся&lt;br /&gt;</w:t>
        <w:br/>
        <w:t>з вами. Ану подивимося, чи міцніше голова його триматиметься&lt;br /&gt;</w:t>
        <w:br/>
        <w:t>на палі. Тягніть його геть і зітніть йому голову.&lt;br /&gt;</w:t>
        <w:br/>
        <w:t>Сей Скажіть хоч, чим я завинив? Хіба&lt;br /&gt;</w:t>
        <w:br/>
        <w:t>Коли багатства й шани домагався?&lt;br /&gt;</w:t>
        <w:br/>
        <w:t>Чи маю в скринях золото лихе?&lt;br /&gt;</w:t>
        <w:br/>
        <w:t>Чи надто пишний одяг на мені?&lt;br /&gt;</w:t>
        <w:br/>
        <w:t>Кого образив? То за що ж мене?..&lt;br /&gt;</w:t>
        <w:br/>
        <w:t>Цих рук-не мив я у крові невинній,&lt;br /&gt;</w:t>
        <w:br/>
        <w:t>Це серце намірів не зна лихих.&lt;br /&gt;</w:t>
        <w:br/>
        <w:t>О дайте жить!&lt;br /&gt;</w:t>
        <w:br/>
        <w:t>Кед&lt;br /&gt;</w:t>
        <w:br/>
        <w:t>(убік)&lt;br /&gt;</w:t>
        <w:br/>
        <w:t>його слова збуджують у мене докори сумління,&lt;br /&gt;</w:t>
        <w:br/>
        <w:t>та я придушу їх. Він помре хоча б за те, що так викручується.&lt;br /&gt;</w:t>
        <w:br/>
        <w:t>(Вголос)&lt;br /&gt;</w:t>
        <w:br/>
        <w:t>Приберіть його! В нього дідько під язиком сидить, він говорить&lt;br /&gt;</w:t>
        <w:br/>
        <w:t>не від імені господа. Геть його, кажу, мерщій зітніть йому голову,&lt;br /&gt;</w:t>
        <w:br/>
        <w:t>а потім удеріться в дім його зятя, сера Джеймса Кромера, зі-&lt;br /&gt;</w:t>
        <w:br/>
        <w:t>тніть і тому голову й принесіть сюди на жердинах обидві голови.&lt;br /&gt;</w:t>
        <w:br/>
        <w:t>Сей Ох, земляки! Як ваші молитви&lt;br /&gt;</w:t>
        <w:br/>
        <w:t>Так само зневажатиме господь,&lt;br /&gt;</w:t>
        <w:br/>
        <w:t>Що ваші душі жде на тому світі?&lt;br /&gt;</w:t>
        <w:br/>
        <w:t>То змилуйтесь, лишіть мене живим.&lt;br /&gt;</w:t>
        <w:br/>
        <w:t>Кед Та геть його! Зробіть, як я велів.&lt;br /&gt;</w:t>
        <w:br/>
        <w:t>Кілька бунтівників з лордом Сеем виходять.&lt;br /&gt;</w:t>
        <w:br/>
        <w:t>Найгордовитішому перові королівства не носити голови на в'я-&lt;br /&gt;</w:t>
        <w:br/>
        <w:t>зах, якщо не сплатить мені данини; жодна дівчина не вийде за-&lt;br /&gt;</w:t>
        <w:br/>
        <w:t>між, поки не заплатить мені своєю незайманістю, а тоді вже&lt;br /&gt;</w:t>
        <w:br/>
        <w:t>дістанеться чоловікові. Всі люди залежатимуть від мене in capi-&lt;br /&gt;</w:t>
        <w:br/>
        <w:t>te *, і ми наказуємо й повеліваємо, щоб жінки їхні були вільні,&lt;br /&gt;</w:t>
        <w:br/>
        <w:t>як тільки може запрагнути серце й висловити язик.&lt;br /&gt;</w:t>
        <w:br/>
        <w:t>Дік Мілорде, коли ж підемо на Чіпсайд і наберемо&lt;br /&gt;</w:t>
        <w:br/>
        <w:t>добра на свої гострющі векселі?&lt;br /&gt;</w:t>
        <w:br/>
        <w:t>Кед Та негайно ж.&lt;br /&gt;</w:t>
        <w:br/>
        <w:t>Всі От славно!&lt;br /&gt;</w:t>
        <w:br/>
        <w:t>Вертаються бунтівники з головами лорда Сея та його зятя.&lt;br /&gt;</w:t>
        <w:br/>
        <w:t>Кед А це ще славніше! Хай поцілуються, адже вони&lt;br /&gt;</w:t>
        <w:br/>
        <w:t>в житті любили один одного. А тепер їх розлучіть, щоб не змови-&lt;br /&gt;</w:t>
        <w:br/>
        <w:t>лися віддати французам ще кілька міст. Солдати, відкладіть гра-&lt;br /&gt;</w:t>
        <w:br/>
        <w:t>бунок міста до ночі. Ми понесемо ці голови перед собою, як два&lt;br /&gt;</w:t>
        <w:br/>
        <w:t>жезли; будемо їздити по вулицях, і нехай цілуються на кожному&lt;br /&gt;</w:t>
        <w:br/>
        <w:t>розі! Вперед!&lt;br /&gt;</w:t>
        <w:br/>
        <w:t>Виходять.&lt;br /&gt;</w:t>
        <w:br/>
        <w:t>* Щодо свого життя (лат.).&lt;br /&gt;</w:t>
        <w:br/>
        <w:t>СЦЕНА 8&lt;br /&gt;</w:t>
        <w:br/>
        <w:t>Саутворк.&lt;br /&gt;</w:t>
        <w:br/>
        <w:t>Гамір бою, потім сигнал до відступу.&lt;br /&gt;</w:t>
        <w:br/>
        <w:t>Входить Кед зі своєю ватагою.&lt;br /&gt;</w:t>
        <w:br/>
        <w:t>Кед Угору Рибною вулицею! Вниз до перехрестя&lt;br /&gt;</w:t>
        <w:br/>
        <w:t>Святого Магнуса! Бийте і рубайте! Жбурляйте їх у Темзу!&lt;br /&gt;</w:t>
        <w:br/>
        <w:t>Сурмлять до переговорів.&lt;br /&gt;</w:t>
        <w:br/>
        <w:t>Що за шум? Хто сміє сурмити відступ чи якісь там переговори,&lt;br /&gt;</w:t>
        <w:br/>
        <w:t>коли я наказую рубати?&lt;br /&gt;</w:t>
        <w:br/>
        <w:t>Входять герцог Бекінгем та лорд Кліффорд з військом.&lt;br /&gt;</w:t>
        <w:br/>
        <w:t>Бекінгем Ось ті, що сміють турбувать тебе.&lt;br /&gt;</w:t>
        <w:br/>
        <w:t>Знай, Кеде, як посли від короля&lt;br /&gt;</w:t>
        <w:br/>
        <w:t>Прийшли ми до людей, котрих ти звів,&lt;br /&gt;</w:t>
        <w:br/>
        <w:t>І проголошуєм прощення всім,&lt;br /&gt;</w:t>
        <w:br/>
        <w:t>Хто, кинувши тебе, додому піде.&lt;br /&gt;</w:t>
        <w:br/>
        <w:t>Кліффорд Ну, земляки, впокоритесь? На милість,&lt;br /&gt;</w:t>
        <w:br/>
        <w:t>Яку явив король, покладетесь&lt;br /&gt;</w:t>
        <w:br/>
        <w:t>Чи підете за бунтарем на смерть?&lt;br /&gt;</w:t>
        <w:br/>
        <w:t>Хто любить короля й прощення жде,&lt;br /&gt;</w:t>
        <w:br/>
        <w:t>Хай підкидає шапку і гукає:&lt;br /&gt;</w:t>
        <w:br/>
        <w:t>"Нехай живе король!"&lt;br /&gt;</w:t>
        <w:br/>
        <w:t>Хто ж не шанує короля, ані&lt;br /&gt;</w:t>
        <w:br/>
        <w:t>Отця його, що змушував тремтіти&lt;br /&gt;</w:t>
        <w:br/>
        <w:t>Всю Францію,— проходь, піднісши зброю.&lt;br /&gt;</w:t>
        <w:br/>
        <w:t>Всі Нехай живе король! Нехай живе король!&lt;br /&gt;</w:t>
        <w:br/>
        <w:t>Кед Що, Бекінгеме й Кліффорде, невже ви такі смі-&lt;br /&gt;</w:t>
        <w:br/>
        <w:t>ливці? А ви, підла мужва, вірите їм? Хочете, щоб вас повісили&lt;br /&gt;</w:t>
        <w:br/>
        <w:t>з цидулами про ваше прощення на шиях? Чи для того мій меч&lt;br /&gt;</w:t>
        <w:br/>
        <w:t>прорубував лондонську браму, щоб ви лишили мене коло "Білого&lt;br /&gt;</w:t>
        <w:br/>
        <w:t>оленя" в Саутворку? Я гадав, ви нізащо не складете зброї, поки&lt;br /&gt;</w:t>
        <w:br/>
        <w:t>не повернете своєї давньої свободи. Але всі ви зрадники й боягу-&lt;br /&gt;</w:t>
        <w:br/>
        <w:t>зи, вам солодко жити в рабстві у дворян. То хай вони ламають&lt;br /&gt;</w:t>
        <w:br/>
        <w:t>ваші спини надсильними тягарями, забирають у вас ваш дім,&lt;br /&gt;</w:t>
        <w:br/>
        <w:t>ґвалтують у вас на очах ваших дружин і дочок, а я обійдуся без&lt;br /&gt;</w:t>
        <w:br/>
        <w:t>вас. Прокляття боже на вас усіх!&lt;br /&gt;</w:t>
        <w:br/>
        <w:t>Всі За Кедом підемо, за Кедом!&lt;br /&gt;</w:t>
        <w:br/>
        <w:t>Кліффорд Чи Генріх П'ятий Кеду батьком був,&lt;br /&gt;</w:t>
        <w:br/>
        <w:t>Що кричите ви: "Підемо за Кедом"?&lt;br /&gt;</w:t>
        <w:br/>
        <w:t>Чи він у Францію вас поведе,&lt;br /&gt;</w:t>
        <w:br/>
        <w:t>Дасть титули високі та звання?&lt;br /&gt;</w:t>
        <w:br/>
        <w:t>Нема ні дому в нього, ні притулку,&lt;br /&gt;</w:t>
        <w:br/>
        <w:t>І він прожить не може без розбою,&lt;br /&gt;</w:t>
        <w:br/>
        <w:t>Так, щоб не грабувати вас і нас.&lt;br /&gt;</w:t>
        <w:br/>
        <w:t>От сором буде, як під вашу чвару&lt;br /&gt;</w:t>
        <w:br/>
        <w:t>Французи боязкі, що їх ми били,&lt;br /&gt;</w:t>
        <w:br/>
        <w:t>З-за моря прийдуть, щоб побити нас!&lt;br /&gt;</w:t>
        <w:br/>
        <w:t>Мов бачу, як в цій сварці громадянській&lt;br /&gt;</w:t>
        <w:br/>
        <w:t>По Лондону прихідьки порядкують,&lt;br /&gt;</w:t>
        <w:br/>
        <w:t>Кричать на стрічних: "Селюки! Мужва!"&lt;br /&gt;</w:t>
        <w:br/>
        <w:t>Хай краще пропаде сто тисяч Кедів,&lt;br /&gt;</w:t>
        <w:br/>
        <w:t>Ніж ви здастесь на милість ворогів.&lt;br /&gt;</w:t>
        <w:br/>
        <w:t>На Францію! Вернім колишню славу!&lt;br /&gt;</w:t>
        <w:br/>
        <w:t>Шануйте Англію, свою державу.&lt;br /&gt;</w:t>
        <w:br/>
        <w:t>Король багатий — сильні й мужні ви.&lt;br /&gt;</w:t>
        <w:br/>
        <w:t>Господь за нас! Нас перемога жде.&lt;br /&gt;</w:t>
        <w:br/>
        <w:t>Всі Кліффорд! Кліффорд! Підемо за королем і&lt;br /&gt;</w:t>
        <w:br/>
        <w:t>Кліффордом.&lt;br /&gt;</w:t>
        <w:br/>
        <w:t>Кед&lt;br /&gt;</w:t>
        <w:br/>
        <w:t>(убік)&lt;br /&gt;</w:t>
        <w:br/>
        <w:t>І пір'їнка так не літає туди й сюди, як цей на-&lt;br /&gt;</w:t>
        <w:br/>
        <w:t>товп! Ім'я Генріха П'ятого наражає їх на сто нещасть і спонукає&lt;br /&gt;</w:t>
        <w:br/>
        <w:t>лишити мене напризволяще. Бачу, як вони змовляються схопити&lt;br /&gt;</w:t>
        <w:br/>
        <w:t>мене. Мій меч прокладе мені шлях; тут мені не можна лишатись.&lt;br /&gt;</w:t>
        <w:br/>
        <w:t>На зло чортам і пеклу проб'юся там, де вас найбільше! Засвід-&lt;br /&gt;</w:t>
        <w:br/>
        <w:t>чать небеса і честь, що не брак відваги в мені, а лиш ница й мер-&lt;br /&gt;</w:t>
        <w:br/>
        <w:t>зенна зрада моїх прибічників змушує мене накивати п'ятами.&lt;br /&gt;</w:t>
        <w:br/>
        <w:t>(Виходить, махаючи мечем)&lt;br /&gt;</w:t>
        <w:br/>
        <w:t>Бекінгем Що? Він утік? Наздоженіть його —&lt;br /&gt;</w:t>
        <w:br/>
        <w:t>Хто голову його подасть державцю,&lt;br /&gt;</w:t>
        <w:br/>
        <w:t>За неї тисячу одержить крон.&lt;br /&gt;</w:t>
        <w:br/>
        <w:t>Дехто виходить.&lt;br /&gt;</w:t>
        <w:br/>
        <w:t>Бійці, за мною; спосіб доберем&lt;br /&gt;</w:t>
        <w:br/>
        <w:t>Усіх вас помирити з королем.&lt;br /&gt;</w:t>
        <w:br/>
        <w:t>Ви-ходять.&lt;br /&gt;</w:t>
        <w:br/>
        <w:t>СЦЕНА 9&lt;br /&gt;</w:t>
        <w:br/>
        <w:t>Кілінгвортський замок.&lt;br /&gt;</w:t>
        <w:br/>
        <w:t>Сурми.&lt;br /&gt;</w:t>
        <w:br/>
        <w:t>На терасу замку виходять король Генріх, королева Маргарин&lt;br /&gt;</w:t>
        <w:br/>
        <w:t>І Сомерсет.&lt;br /&gt;</w:t>
        <w:br/>
        <w:t>Генріх Який із королів усіх земних&lt;br /&gt;</w:t>
        <w:br/>
        <w:t>Так мало бачив радості, як я?&lt;br /&gt;</w:t>
        <w:br/>
        <w:t>З колискою не встиг я розлучитись,&lt;br /&gt;</w:t>
        <w:br/>
        <w:t>Як в дев'ять місяців став королем.&lt;br /&gt;</w:t>
        <w:br/>
        <w:t>Ніколи так підданець не жадав&lt;br /&gt;</w:t>
        <w:br/>
        <w:t>Буть королем, як хочу буть підданцем.&lt;br /&gt;</w:t>
        <w:br/>
        <w:t>Входять Бекінгем і Кліффорд.&lt;br /&gt;</w:t>
        <w:br/>
        <w:t>Бекінгем Вітаю, владарю! Хороші вісті.&lt;br /&gt;</w:t>
        <w:br/>
        <w:t>Генріх Що, Бекінгеме, у полоні Кед?&lt;br /&gt;</w:t>
        <w:br/>
        <w:t>Чи зрадник відступив, збирає сили?&lt;br /&gt;</w:t>
        <w:br/>
        <w:t>Внизу входить юрба прибічників Кеда з мотузками на шиях.&lt;br /&gt;</w:t>
        <w:br/>
        <w:t>Кліффорд Утік він, а війська його здаються,&lt;br /&gt;</w:t>
        <w:br/>
        <w:t>Покірно ждуть з мотузками на шиях,&lt;br /&gt;</w:t>
        <w:br/>
        <w:t>Що їм присудите — життя чи смерть.&lt;br /&gt;</w:t>
        <w:br/>
        <w:t>Генріх О небо, вічну браму розчини,&lt;br /&gt;</w:t>
        <w:br/>
        <w:t>Прийми мою подяку і хвалу!&lt;br /&gt;</w:t>
        <w:br/>
        <w:t>Бійці, цей день вам врятував життя,&lt;br /&gt;</w:t>
        <w:br/>
        <w:t>Явив, що ви державу й короля&lt;br /&gt;</w:t>
        <w:br/>
        <w:t>Шануєте; такими будьте й далі.&lt;br /&gt;</w:t>
        <w:br/>
        <w:t>А Генріх, у яку б не втрапив скруту,&lt;br /&gt;</w:t>
        <w:br/>
        <w:t>Не буде вас немилістю карати.&lt;br /&gt;</w:t>
        <w:br/>
        <w:t>Тож дякую вам і прощаю всіх.&lt;br /&gt;</w:t>
        <w:br/>
        <w:t>З вас кожен хай іде в свій рідний край.&lt;br /&gt;</w:t>
        <w:br/>
        <w:t>Всі Нехай живе король! Нехай живе король!&lt;br /&gt;</w:t>
        <w:br/>
        <w:t>Входить гонець.&lt;br /&gt;</w:t>
        <w:br/>
        <w:t>Гонець Дозвольте сповістити вас, владарю:&lt;br /&gt;</w:t>
        <w:br/>
        <w:t>З Ірландії вернувся герцог Йорк;&lt;br /&gt;</w:t>
        <w:br/>
        <w:t>З потужним вельми та численним військом&lt;br /&gt;</w:t>
        <w:br/>
        <w:t>Із галлогласів і завзятих кернів&lt;br /&gt;</w:t>
        <w:br/>
        <w:t>Сюди прямує строєм гордовитим;&lt;br /&gt;</w:t>
        <w:br/>
        <w:t>Скрізь проголошує, що тільки хоче&lt;br /&gt;</w:t>
        <w:br/>
        <w:t>Звільнити вас від лорда Сомерсета&lt;br /&gt;</w:t>
        <w:br/>
        <w:t>І називає зрадником його.&lt;br /&gt;</w:t>
        <w:br/>
        <w:t>Генріх Коли не Кед загрожує, то Йорк!&lt;br /&gt;</w:t>
        <w:br/>
        <w:t>Мій край, мов корабель: не встиг від бурі&lt;br /&gt;</w:t>
        <w:br/>
        <w:t>Втекти, як на піратів наразився. —&lt;br /&gt;</w:t>
        <w:br/>
        <w:t>Прогнали Кеда і розвіявсь бунт —&lt;br /&gt;</w:t>
        <w:br/>
        <w:t>То Йорк йому на зміну поспішає.&lt;br /&gt;</w:t>
        <w:br/>
        <w:t>Йди ж Йоркові назустріч, Бекінгеме,&lt;br /&gt;</w:t>
        <w:br/>
        <w:t>Спитай, для чого зброю він здійняв.&lt;br /&gt;</w:t>
        <w:br/>
        <w:t>Вже в Тауері Сомерсет, скажи.&lt;br /&gt;</w:t>
        <w:br/>
        <w:t>Ти, Сомерсете, перебудеш там,'&lt;br /&gt;</w:t>
        <w:br/>
        <w:t>Аж поки Иорк війська свої розпустить.&lt;br /&gt;</w:t>
        <w:br/>
        <w:t>Сомерсет Владарю, йду в ув'язнення охоче;&lt;br /&gt;</w:t>
        <w:br/>
        <w:t>Я для добра країни й смерть прийняв би.&lt;br /&gt;</w:t>
        <w:br/>
        <w:t>Генріх&lt;br /&gt;</w:t>
        <w:br/>
        <w:t>(до Бекінгема)&lt;br /&gt;</w:t>
        <w:br/>
        <w:t>Що б не було, слів грубих не вживай:&lt;br /&gt;</w:t>
        <w:br/>
        <w:t>Гарячий він і лайки не знесе.&lt;br /&gt;</w:t>
        <w:br/>
        <w:t>Бекінгем Гаразд, владарю; ви не сумнівайтесь,&lt;br /&gt;</w:t>
        <w:br/>
        <w:t>Вам на добро усе я поверну.&lt;br /&gt;</w:t>
        <w:br/>
        <w:t>Генріх Ходім, дружино, думати, як править, ,&lt;br /&gt;</w:t>
        <w:br/>
        <w:t>Щоб Англія мене не прокляла.&lt;br /&gt;</w:t>
        <w:br/>
        <w:t>Фанфари.&lt;br /&gt;</w:t>
        <w:br/>
        <w:t>Виходять. ..&lt;br /&gt;</w:t>
        <w:br/>
        <w:t>СЦЕНА 10&lt;br /&gt;</w:t>
        <w:br/>
        <w:t>Кент. Сад Айдена.&lt;br /&gt;</w:t>
        <w:br/>
        <w:t>, Входить Кед.&lt;br /&gt;</w:t>
        <w:br/>
        <w:t>Кед Хай воно горить, це честолюбство! Щоб я сам&lt;br /&gt;</w:t>
        <w:br/>
        <w:t>згорів! Маю меч і мало не вмираю з голоду. П'ять днів ховався&lt;br /&gt;</w:t>
        <w:br/>
        <w:t>по цих лісах і не зважувався визирнути, бо вся округа хоче мене&lt;br /&gt;</w:t>
        <w:br/>
        <w:t>схопити. Але я так зголоднів, що навіть коли б хто напророчив&lt;br /&gt;</w:t>
        <w:br/>
        <w:t>мені тисячу літ життя, все одно більше б не витримав. Отож я&lt;br /&gt;</w:t>
        <w:br/>
        <w:t>переліз через мур у цей сад — скуштувати трави чи й зібрати са-&lt;br /&gt;</w:t>
        <w:br/>
        <w:t>лат, адже не завадило б шлунок прохолодити у таку спеку. Га-&lt;br /&gt;</w:t>
        <w:br/>
        <w:t>даю, це слово "салат" провіщає мені добро, недарма ж воно&lt;br /&gt;</w:t>
        <w:br/>
        <w:t>звучить майже як "солдат", тож солдатові допоможе в скруті,&lt;br /&gt;</w:t>
        <w:br/>
        <w:t>підгодує.&lt;br /&gt;</w:t>
        <w:br/>
        <w:t>Входить Александер Айден зі слугами.&lt;br /&gt;</w:t>
        <w:br/>
        <w:t>Айден Лорд, що живе в придворній метушні,&lt;br /&gt;</w:t>
        <w:br/>
        <w:t>Не зна такого дивного спокою.&lt;br /&gt;</w:t>
        <w:br/>
        <w:t>Цей спадок батьківський для мене милий,&lt;br /&gt;</w:t>
        <w:br/>
        <w:t>Хоч невеликий — вартий королівства.&lt;br /&gt;</w:t>
        <w:br/>
        <w:t>Ні величі, аби когось принизить,&lt;br /&gt;</w:t>
        <w:br/>
        <w:t>Ні розкоші не прагну. Я не заздрий.&lt;br /&gt;</w:t>
        <w:br/>
        <w:t>Що маю, тим і тішуся усмак,&lt;br /&gt;</w:t>
        <w:br/>
        <w:t>Ділюсь, коли попросить що бідняк.&lt;br /&gt;</w:t>
        <w:br/>
        <w:t>Кед Ось господар цієї землі — прийшов схопити ме-&lt;br /&gt;</w:t>
        <w:br/>
        <w:t>не, приблуду, за те, що поткнувся без дозволу до його маєтку.&lt;br /&gt;</w:t>
        <w:br/>
        <w:t>Ах, негіднику! Ти хочеш виказати мене й одержати від короля ти-&lt;br /&gt;</w:t>
        <w:br/>
        <w:t>сячу крон за мою голову. Але спершу, як страус, наїсися заліза,&lt;br /&gt;</w:t>
        <w:br/>
        <w:t>ковтнеш, мов шпильку, мого меча.&lt;br /&gt;</w:t>
        <w:br/>
        <w:t>Айден Хто ти такий, лайливцю, я не знаю,-&lt;br /&gt;</w:t>
        <w:br/>
        <w:t>Чого б тебе виказувать я мав?&lt;br /&gt;</w:t>
        <w:br/>
        <w:t>Хіба замало, що до саду вліз ти,&lt;br /&gt;</w:t>
        <w:br/>
        <w:t>Як злодій, хочеш грабувати тут?&lt;br /&gt;</w:t>
        <w:br/>
        <w:t>Вліз через мур господарю на зло — f&lt;br /&gt;</w:t>
        <w:br/>
        <w:t>Ще й смієш так погрожувать зухвало?&lt;br /&gt;</w:t>
        <w:br/>
        <w:t>Кед Погрожувать тобі? Так, смію. Присягаюсь най-&lt;br /&gt;</w:t>
        <w:br/>
        <w:t>достойнішою кров'ю, що будь-коли була пролита, ще й зневажаю&lt;br /&gt;</w:t>
        <w:br/>
        <w:t>тебе. Придивись до мене! Я п'ять днів нічого не їв, та підійди-но&lt;br /&gt;</w:t>
        <w:br/>
        <w:t>зі своїми п'ятьма слугами — і якщо я не повбиваю усіх вас, мов&lt;br /&gt;</w:t>
        <w:br/>
        <w:t>мух, хай бог не дасть мені більше навіть травинки покуштувати.&lt;br /&gt;</w:t>
        <w:br/>
        <w:t>Айден Не скажуть, поки Англія стоїть,&lt;br /&gt;</w:t>
        <w:br/>
        <w:t>Що Александер Айден, землевласник&lt;br /&gt;</w:t>
        <w:br/>
        <w:t>Із Кента,— бився з бідняком голодним.&lt;br /&gt;</w:t>
        <w:br/>
        <w:t>Ти пильно в очі подивись мені&lt;br /&gt;</w:t>
        <w:br/>
        <w:t>І спробуй витримати погляд мій.&lt;br /&gt;</w:t>
        <w:br/>
        <w:t>Як не рівняйсь, дрібний ти проти мене;&lt;br /&gt;</w:t>
        <w:br/>
        <w:t>Твоя рука за палець мій не товща,&lt;br /&gt;</w:t>
        <w:br/>
        <w:t>Нога твоя — мов прут; моя ж — колода"&lt;br /&gt;</w:t>
        <w:br/>
        <w:t>Ступнею всю снагу в тобі зламаю.&lt;br /&gt;</w:t>
        <w:br/>
        <w:t>Чи тільки руку вгору піднесу —&lt;br /&gt;</w:t>
        <w:br/>
        <w:t>Вважай, що долі жде тебе могила.&lt;br /&gt;</w:t>
        <w:br/>
        <w:t>Та що слова гучні? Лише слова.&lt;br /&gt;</w:t>
        <w:br/>
        <w:t>Несказане мій меч нехай докаже.&lt;br /&gt;</w:t>
        <w:br/>
        <w:t>Кед Клянусь моєю доблестю, про такого славного&lt;br /&gt;</w:t>
        <w:br/>
        <w:t>воїна я навіть не чув! Крице, якщо зігнеться твоє вістря й ти,&lt;br /&gt;</w:t>
        <w:br/>
        <w:t>перше ніж спочинеш у піхвах, не покраєш цього телепня, мов&lt;br /&gt;</w:t>
        <w:br/>
        <w:t>скотину,— я навколішки молитиму бога, щоб обернув тебе на&lt;br /&gt;</w:t>
        <w:br/>
        <w:t>вухналі.&lt;br /&gt;</w:t>
        <w:br/>
        <w:t>Вони б'ються. Кед падає.&lt;br /&gt;</w:t>
        <w:br/>
        <w:t>О, мене вбито! Голод, саме він убив мене. Хай би й десять тисяч&lt;br /&gt;</w:t>
        <w:br/>
        <w:t>чортів вийшли проти мене, то я, аби тільки харчувався як слід ці&lt;br /&gt;</w:t>
        <w:br/>
        <w:t>п'ять днів, подолав би всіх. Усохни, саде, і стань віднині цвинта-&lt;br /&gt;</w:t>
        <w:br/>
        <w:t>рем для всіх мешканців цього дому, бо нездоланна душа Кеда&lt;br /&gt;</w:t>
        <w:br/>
        <w:t>відлітає.&lt;br /&gt;</w:t>
        <w:br/>
        <w:t>Айден То Кеда вбив я, зрадника страшного?&lt;br /&gt;</w:t>
        <w:br/>
        <w:t>За це в пошані будеш, мій мечу:&lt;br /&gt;</w:t>
        <w:br/>
        <w:t>Помру — тебе почеплять наді мною;&lt;br /&gt;</w:t>
        <w:br/>
        <w:t>Цієї крові з вістря не зітру —&lt;br /&gt;</w:t>
        <w:br/>
        <w:t>Немов герольд у шатах, будеш в ній&lt;br /&gt;</w:t>
        <w:br/>
        <w:t>Всіх сповіщать про славний подвиг мій.&lt;br /&gt;</w:t>
        <w:br/>
        <w:t>Кед Прощавай, Айдене, пишайся своєю перемогою.&lt;br /&gt;</w:t>
        <w:br/>
        <w:t>Передай Кентові, що він позбувся найкращого свого сина, і вмов&lt;br /&gt;</w:t>
        <w:br/>
        <w:t>усіх на світі стати боягузами, бо мене, що не боявся нікого, по-&lt;br /&gt;</w:t>
        <w:br/>
        <w:t>долав голод, а не доблесть.&lt;br /&gt;</w:t>
        <w:br/>
        <w:t>(Умирає)&lt;br /&gt;</w:t>
        <w:br/>
        <w:t>Айден Це кривда, свідок бог. Умри ж, поганцю!&lt;br /&gt;</w:t>
        <w:br/>
        <w:t>Прокляття жінці, що тебе зродила!&lt;br /&gt;</w:t>
        <w:br/>
        <w:t>Як увігнав я меч тобі у тіло,&lt;br /&gt;</w:t>
        <w:br/>
        <w:t>Отак твою загнав би й душу в пекло.&lt;br /&gt;</w:t>
        <w:br/>
        <w:t>Я звідси потягну тебе за ноги&lt;br /&gt;</w:t>
        <w:br/>
        <w:t>До купи гною: там твоя могила,&lt;br /&gt;</w:t>
        <w:br/>
        <w:t>Там презухвалу голову зітну&lt;br /&gt;</w:t>
        <w:br/>
        <w:t>И державцеві врочисто віднесу,&lt;br /&gt;</w:t>
        <w:br/>
        <w:t>А тулуб хай з'їдає вороння.&lt;br /&gt;</w:t>
        <w:br/>
        <w:t>(Виходить, волочачи за собою ііло Кеда)</w:t>
      </w:r>
    </w:p>
    <w:p>
      <w:r>
        <w:br/>
        <w:t>ДІЯ П'ЯТА&lt;br /&gt;</w:t>
        <w:br/>
        <w:t>СЦЕНА 1&lt;br /&gt;</w:t>
        <w:br/>
        <w:t>Там же. Поле між Дартфордом та Блекхітом.&lt;br /&gt;</w:t>
        <w:br/>
        <w:t>Входить із барабанним боєм і знаменами Иорк зі євоїм ірландським&lt;br /&gt;</w:t>
        <w:br/>
        <w:t>військом.&lt;br /&gt;</w:t>
        <w:br/>
        <w:t>Йорк Так Йорк прийшов права свої добути,&lt;br /&gt;</w:t>
        <w:br/>
        <w:t>Корону зняти з Генріха слабкого.&lt;br /&gt;</w:t>
        <w:br/>
        <w:t>Лунайте, дзвони; ви, огні,, горіть,&lt;br /&gt;</w:t>
        <w:br/>
        <w:t>Вітаючи законного монарха.&lt;br /&gt;</w:t>
        <w:br/>
        <w:t>О Sancta Majestas! * Все дам за тебе!&lt;br /&gt;</w:t>
        <w:br/>
        <w:t>Кориться хай, хто правити не може.&lt;br /&gt;</w:t>
        <w:br/>
        <w:t>Моїй руці лиш золото тримати;&lt;br /&gt;</w:t>
        <w:br/>
        <w:t>Коди мечем чи скіпетром не грає,&lt;br /&gt;</w:t>
        <w:br/>
        <w:t>Замало сили у словах моїх.&lt;br /&gt;</w:t>
        <w:br/>
        <w:t>Клянусь душею, скіпетр буде в ній,-&lt;br /&gt;</w:t>
        <w:br/>
        <w:t>Французькі ним лілеї позбиваю.&lt;br /&gt;</w:t>
        <w:br/>
        <w:t>Входить Бекінгем. .&lt;br /&gt;</w:t>
        <w:br/>
        <w:t>Це ж хто мене тривожить? Бекінгем?&lt;br /&gt;</w:t>
        <w:br/>
        <w:t>(Убік)&lt;br /&gt;</w:t>
        <w:br/>
        <w:t>Його король прислав. Ну що ж, прикинусь.,,&lt;br /&gt;</w:t>
        <w:br/>
        <w:t>Бекінгем Вітання йорку, як добро замислив.&lt;br /&gt;</w:t>
        <w:br/>
        <w:t>Йорк Твоє вітання, Гемфрі Бекінгеме,&lt;br /&gt;</w:t>
        <w:br/>
        <w:t>Приймаю. Сам прийшов чи хто прислав?&lt;br /&gt;</w:t>
        <w:br/>
        <w:t>Бекінгем Державця Генріха я посланець.&lt;br /&gt;</w:t>
        <w:br/>
        <w:t>Чого ти так у мирні дні озброївсь?&lt;br /&gt;</w:t>
        <w:br/>
        <w:t>Такий же ти підданець, як і я,&lt;br /&gt;</w:t>
        <w:br/>
        <w:t>Та всупереч обітниці і клятві&lt;br /&gt;</w:t>
        <w:br/>
        <w:t>Без дозволу підняв численне військо&lt;br /&gt;</w:t>
        <w:br/>
        <w:t>І привести посмів під самий двір.&lt;br /&gt;</w:t>
        <w:br/>
        <w:t>Йорк&lt;br /&gt;</w:t>
        <w:br/>
        <w:t>(убік)&lt;br /&gt;</w:t>
        <w:br/>
        <w:t>Від злості ледве можу говорити...&lt;br /&gt;</w:t>
        <w:br/>
        <w:t>О, потрощив би й скелі крем'яні,-&lt;br /&gt;</w:t>
        <w:br/>
        <w:t>* О священна велич! (Лат.)&lt;br /&gt;</w:t>
        <w:br/>
        <w:t>Так розлютивсь од цих страшних образ*&lt;br /&gt;</w:t>
        <w:br/>
        <w:t>І на овечок та биків ладен&lt;br /&gt;</w:t>
        <w:br/>
        <w:t>Я вилити весь гнів, мов той АяксІ&lt;br /&gt;</w:t>
        <w:br/>
        <w:t>Знатніший родом я за короля,&lt;br /&gt;</w:t>
        <w:br/>
        <w:t>Величніший і зовні, і в думках,&lt;br /&gt;</w:t>
        <w:br/>
        <w:t>Та буду чемним, поки Генріх стане&lt;br /&gt;</w:t>
        <w:br/>
        <w:t>Ще слабшим, а мені додасться сил.&lt;br /&gt;</w:t>
        <w:br/>
        <w:t>(Уголос)&lt;br /&gt;</w:t>
        <w:br/>
        <w:t>О Бекінгеме, ти пробач мені,&lt;br /&gt;</w:t>
        <w:br/>
        <w:t>Що з відповіддю наче зволікав —&lt;br /&gt;</w:t>
        <w:br/>
        <w:t>Скорбота невимовна дух проймає.&lt;br /&gt;</w:t>
        <w:br/>
        <w:t>Війська привів — щоб короля звільнити&lt;br /&gt;</w:t>
        <w:br/>
        <w:t>Від Сомерсета, що нещастя може&lt;br /&gt;</w:t>
        <w:br/>
        <w:t>Володарю й державі принести.&lt;br /&gt;</w:t>
        <w:br/>
        <w:t>Бекінгем Занадто вже зухвало ти вчинив.&lt;br /&gt;</w:t>
        <w:br/>
        <w:t>Та, як не маєш іншої мети,&lt;br /&gt;</w:t>
        <w:br/>
        <w:t>Король удовольнив твою вимогу:&lt;br /&gt;</w:t>
        <w:br/>
        <w:t>Вже в Тауері герцог Сомерсет.&lt;br /&gt;</w:t>
        <w:br/>
        <w:t>Йорк Клянешся честю ти, що в'язень він?&lt;br /&gt;</w:t>
        <w:br/>
        <w:t>Бекінгем Клянуся честю я, що в'язень він.&lt;br /&gt;</w:t>
        <w:br/>
        <w:t>йорк Що ж, Бекінгеме, розпускаю військо.&lt;br /&gt;</w:t>
        <w:br/>
        <w:t>Я вдячний вам, солдати. Вільні ви.&lt;br /&gt;</w:t>
        <w:br/>
        <w:t>Приходьте завтра на Сентджорджське поле&lt;br /&gt;</w:t>
        <w:br/>
        <w:t>Отримати платню і все належне.&lt;br /&gt;</w:t>
        <w:br/>
        <w:t>Хай прийме владар, доброчесний Генріх,&lt;br /&gt;</w:t>
        <w:br/>
        <w:t>Найстаршого мого,— ні, всіх синів.&lt;br /&gt;</w:t>
        <w:br/>
        <w:t>Щасливий буду я послати їх&lt;br /&gt;</w:t>
        <w:br/>
        <w:t>Як запоруку вірності й любові;&lt;br /&gt;</w:t>
        <w:br/>
        <w:t>Все — землю, зброю, коней і майно&lt;br /&gt;</w:t>
        <w:br/>
        <w:t>Віддам йому, лиш Сомерсет умер би.&lt;br /&gt;</w:t>
        <w:br/>
        <w:t>Бекінгем Твою покірність, Йорку, я хвалю.&lt;br /&gt;</w:t>
        <w:br/>
        <w:t>Ходім до королівського шатра.&lt;br /&gt;</w:t>
        <w:br/>
        <w:t>Входить король Генріх із почтом.&lt;br /&gt;</w:t>
        <w:br/>
        <w:t>Генріх Що, Бекінгеме? Йорк нам зла не мислить,&lt;br /&gt;</w:t>
        <w:br/>
        <w:t>Якщо попідруки іде з тобою?&lt;br /&gt;</w:t>
        <w:br/>
        <w:t>Йорк Я з відданістю щирою й смиренням&lt;br /&gt;</w:t>
        <w:br/>
        <w:t>Себе величності ввіряю вашій.&lt;br /&gt;</w:t>
        <w:br/>
        <w:t>Генріх Тоді для чого ж військо ти привів?&lt;br /&gt;</w:t>
        <w:br/>
        <w:t>Йорк Знешкодити лихого Сомерсета&lt;br /&gt;</w:t>
        <w:br/>
        <w:t>І порішити Кеда-бунтаря;&lt;br /&gt;</w:t>
        <w:br/>
        <w:t>А втім, я чув, його уже розбито.&lt;br /&gt;</w:t>
        <w:br/>
        <w:t>Входить А й д є н із головою 'Кеда.&lt;br /&gt;</w:t>
        <w:br/>
        <w:t>Айден Якщо людині грубій і простій&lt;br /&gt;</w:t>
        <w:br/>
        <w:t>Дозволено до короля прийти,-&lt;br /&gt;</w:t>
        <w:br/>
        <w:t>Ось зрадникову голову приніс я.&lt;br /&gt;</w:t>
        <w:br/>
        <w:t>Це Кеда голова — його я вбив.&lt;br /&gt;</w:t>
        <w:br/>
        <w:t>Генріх Це Кеда голова? Бог справедливий!&lt;br /&gt;</w:t>
        <w:br/>
        <w:t>О дайте глянути на мертвий лик&lt;br /&gt;</w:t>
        <w:br/>
        <w:t>Того, що так мене живий тривожив.&lt;br /&gt;</w:t>
        <w:br/>
        <w:t>То що, мій друже, сам його убив?&lt;br /&gt;</w:t>
        <w:br/>
        <w:t>Айден Так, владарю.&lt;br /&gt;</w:t>
        <w:br/>
        <w:t>Генріх Як звешся і якого стану ти?&lt;br /&gt;</w:t>
        <w:br/>
        <w:t>Айден Я Александер Айден, небагатий&lt;br /&gt;</w:t>
        <w:br/>
        <w:t>Із Кенту дворянин, державцю вірний.&lt;br /&gt;</w:t>
        <w:br/>
        <w:t>Бекінгем Як, владарю, чи не було б до речі&lt;br /&gt;</w:t>
        <w:br/>
        <w:t>Цього сміливця рицарем зробити?&lt;br /&gt;</w:t>
        <w:br/>
        <w:t>Генріх Схилися, Айдене.&lt;br /&gt;</w:t>
        <w:br/>
        <w:t>Айден стає навколішки.&lt;br /&gt;</w:t>
        <w:br/>
        <w:t>Ти — рицар. Встань!&lt;br /&gt;</w:t>
        <w:br/>
        <w:t>У нагороду тисячу даєм&lt;br /&gt;</w:t>
        <w:br/>
        <w:t>І хочем, щоб надалі нам служив ти.&lt;br /&gt;</w:t>
        <w:br/>
        <w:t>Айден Повік служитиму державцю ревно,&lt;br /&gt;</w:t>
        <w:br/>
        <w:t>Щоб стати гідним щедрості його!&lt;br /&gt;</w:t>
        <w:br/>
        <w:t>(Встає)&lt;br /&gt;</w:t>
        <w:br/>
        <w:t>Входять королева Маргарита й Сомерсет.&lt;br /&gt;</w:t>
        <w:br/>
        <w:t>Генріх&lt;br /&gt;</w:t>
        <w:br/>
        <w:t>(до Бекінгема)&lt;br /&gt;</w:t>
        <w:br/>
        <w:t>Он королева й Сомерсет. Скажи,&lt;br /&gt;</w:t>
        <w:br/>
        <w:t>Нехай від герцога його сховає.&lt;br /&gt;</w:t>
        <w:br/>
        <w:t>Маргарита Не буде він ховатись — вийде сміло&lt;br /&gt;</w:t>
        <w:br/>
        <w:t>Назустріч тисячі зухвалих йорків.&lt;br /&gt;</w:t>
        <w:br/>
        <w:t>Йорк&lt;br /&gt;</w:t>
        <w:br/>
        <w:t>(убік)&lt;br /&gt;</w:t>
        <w:br/>
        <w:t>Це що таке? На волі Сомерсет?&lt;br /&gt;</w:t>
        <w:br/>
        <w:t>То звільнить Иорк ув'язнені думки,&lt;br /&gt;</w:t>
        <w:br/>
        <w:t>Все, що на серці, виповість тепер!&lt;br /&gt;</w:t>
        <w:br/>
        <w:t>Невже я стерплю Сомерсета вид?&lt;br /&gt;</w:t>
        <w:br/>
        <w:t>(Уголос)&lt;br /&gt;</w:t>
        <w:br/>
        <w:t>Королю ниций! Не дотримав слова,&lt;br /&gt;</w:t>
        <w:br/>
        <w:t>Хоч знав ти, що не стерплю я образи?&lt;br /&gt;</w:t>
        <w:br/>
        <w:t>Який .же ти король? Ти не король!&lt;br /&gt;</w:t>
        <w:br/>
        <w:t>Не випадає правити тобі —&lt;br /&gt;</w:t>
        <w:br/>
        <w:t>Ти зрадникові ради не даси.&lt;br /&gt;</w:t>
        <w:br/>
        <w:t>Не личить голові твоїй корона;&lt;br /&gt;</w:t>
        <w:br/>
        <w:t>Тримати не урочий влади скіпетр,&lt;br /&gt;</w:t>
        <w:br/>
        <w:t>А кий паломницький руці твоїй.&lt;br /&gt;</w:t>
        <w:br/>
        <w:t>Моє чоло слід золоту вінчати —&lt;br /&gt;</w:t>
        <w:br/>
        <w:t>Ясне чи хмуре, мов Ахіллів спис,&lt;br /&gt;</w:t>
        <w:br/>
        <w:t>І гоїти спроможне, і разити.&lt;br /&gt;</w:t>
        <w:br/>
        <w:t>Належить цій руці держати скіпетр&lt;br /&gt;</w:t>
        <w:br/>
        <w:t>І ним державні стверджувать закони.&lt;br /&gt;</w:t>
        <w:br/>
        <w:t>Тож поступись — над тим не маєш влади,&lt;br /&gt;</w:t>
        <w:br/>
        <w:t>Хто волею небес володар твій.&lt;br /&gt;</w:t>
        <w:br/>
        <w:t>Сомерсет Жахливий зрадник! Йорку, арештую&lt;br /&gt;</w:t>
        <w:br/>
        <w:t>Тебе за зраду короля й держави.&lt;br /&gt;</w:t>
        <w:br/>
        <w:t>Скорись! Навколішки, лихий зухвальцю!&lt;br /&gt;</w:t>
        <w:br/>
        <w:t>Йорк Мені — навколішки? Спитаю їх&lt;br /&gt;</w:t>
        <w:br/>
        <w:t>(показуючи на своїх солдатів),&lt;br /&gt;</w:t>
        <w:br/>
        <w:t>Як дивляться вони на це. Гей ти,&lt;br /&gt;</w:t>
        <w:br/>
        <w:t>* Поклич синів, довірених моїх.&lt;br /&gt;</w:t>
        <w:br/>
        <w:t>Один із слуг виходить.&lt;br /&gt;</w:t>
        <w:br/>
        <w:t>Вони не віддадуть під варту батька.&lt;br /&gt;</w:t>
        <w:br/>
        <w:t>Мечі заставлять, щоб мене звільнити.&lt;br /&gt;</w:t>
        <w:br/>
        <w:t>Маргарита Мерщій покличте Кліффорда сюди.&lt;br /&gt;</w:t>
        <w:br/>
        <w:t>Хай скаже, чи спроможні байстрюки&lt;br /&gt;</w:t>
        <w:br/>
        <w:t>За батька віроломного ручитись.&lt;br /&gt;</w:t>
        <w:br/>
        <w:t>Один із почту виходить.&lt;br /&gt;</w:t>
        <w:br/>
        <w:t>Йорк Неапольське поріддя кровожерне!&lt;br /&gt;</w:t>
        <w:br/>
        <w:t>Лихий, кривавий Англії бичу!&lt;br /&gt;</w:t>
        <w:br/>
        <w:t>Куди тобі до Йоркових синів?&lt;br /&gt;</w:t>
        <w:br/>
        <w:t>Поручаться вони за батька; горе&lt;br /&gt;</w:t>
        <w:br/>
        <w:t>Тим, хто поруку їх зневажить сміє.&lt;br /&gt;</w:t>
        <w:br/>
        <w:t>Входять Едвард і Річард, сини Иорка.&lt;br /&gt;</w:t>
        <w:br/>
        <w:t>Дивись, вони прийшли. Я певен в них.&lt;br /&gt;</w:t>
        <w:br/>
        <w:t>Входять з другого боку лорд Кліффорд із сином.&lt;br /&gt;</w:t>
        <w:br/>
        <w:t>Маргарита Ось Кліффорд, він відхилить їх поруку.&lt;br /&gt;</w:t>
        <w:br/>
        <w:t>Кліффорд Здоров'я й щастя владарю моєму!&lt;br /&gt;</w:t>
        <w:br/>
        <w:t>(Схиляє коліно)&lt;br /&gt;</w:t>
        <w:br/>
        <w:t>Йорк Спасибі, Кліффорде. Які новини?&lt;br /&gt;</w:t>
        <w:br/>
        <w:t>Ну, не лякай нас поглядом страшним.&lt;br /&gt;</w:t>
        <w:br/>
        <w:t>Ми, Кліффорде, твій владар — знов схились&lt;br /&gt;</w:t>
        <w:br/>
        <w:t>І помилку пробачимо тобі.&lt;br /&gt;</w:t>
        <w:br/>
        <w:t>Кліффорд Ось, Йорку, владар мій. Не помиливсь я —&lt;br /&gt;</w:t>
        <w:br/>
        <w:t>Це глибоко ти помиливсь в мені.&lt;br /&gt;</w:t>
        <w:br/>
        <w:t>В Бедлам його! Чи з глузду він не з'їхав?&lt;br /&gt;</w:t>
        <w:br/>
        <w:t>Генріх Так, лорде, божевільне честолюбство&lt;br /&gt;</w:t>
        <w:br/>
        <w:t>Його штовхнуло проти короля.&lt;br /&gt;</w:t>
        <w:br/>
        <w:t>Кліффорд Він зрадник; киньте в Тауер його&lt;br /&gt;</w:t>
        <w:br/>
        <w:t>І голову розкольницьку зітніть.&lt;br /&gt;</w:t>
        <w:br/>
        <w:t>Маргарита Не визнає арешту він. Ще й каже:&lt;br /&gt;</w:t>
        <w:br/>
        <w:t>Сини поручаться за нього словом.&lt;br /&gt;</w:t>
        <w:br/>
        <w:t>Яорк Чи ж так, сини?&lt;br /&gt;</w:t>
        <w:br/>
        <w:t>Едвард Так, батьку,— як згодяться тут слова.&lt;br /&gt;</w:t>
        <w:br/>
        <w:t>Річард Як не слова згодяться, то мечі.&lt;br /&gt;</w:t>
        <w:br/>
        <w:t>Кліффорд Еге, тут ціле зрадницьке кубло!&lt;br /&gt;</w:t>
        <w:br/>
        <w:t>Йорк Глянь в дзеркало — свій образ так назви.&lt;br /&gt;</w:t>
        <w:br/>
        <w:t>Я — твій король, а ти — мерзенний зрадник.&lt;br /&gt;</w:t>
        <w:br/>
        <w:t>' Покличте двох моїх ведмедів славних,&lt;br /&gt;</w:t>
        <w:br/>
        <w:t>Нехай самим бряжчанням ланцюгів&lt;br /&gt;</w:t>
        <w:br/>
        <w:t>Цих цуценят підступних розженуть.&lt;br /&gt;</w:t>
        <w:br/>
        <w:t>Просіть, хай прийдуть Солсбері й Уорік.&lt;br /&gt;</w:t>
        <w:br/>
        <w:t>Барабани.&lt;br /&gt;</w:t>
        <w:br/>
        <w:t>Входять У орік та Солсбері з військом.&lt;br /&gt;</w:t>
        <w:br/>
        <w:t>Кліффорд Оце ведмеді? Зацькуєм на смерть,&lt;br /&gt;</w:t>
        <w:br/>
        <w:t>А ланцюгами скрутим вожая,-&lt;br /&gt;</w:t>
        <w:br/>
        <w:t>Лиш спробуй вивести поперед нас.&lt;br /&gt;</w:t>
        <w:br/>
        <w:t>Річард Я часто бачив: стримуваний ііес&lt;br /&gt;</w:t>
        <w:br/>
        <w:t>Нахабно гризся, рвався, аж кипів,&lt;br /&gt;</w:t>
        <w:br/>
        <w:t>А наразившись на ведмежу лапу,&lt;br /&gt;</w:t>
        <w:br/>
        <w:t>Хвіст підібгавши, гірко скавучав.&lt;br /&gt;</w:t>
        <w:br/>
        <w:t>і. Тепер така ж приємність жде і вас,&lt;br /&gt;</w:t>
        <w:br/>
        <w:t>Як з Невілами схочете змагатись.&lt;br /&gt;</w:t>
        <w:br/>
        <w:t>Кліффорд Цить, купо злості, виплодку гидкий,&lt;br /&gt;</w:t>
        <w:br/>
        <w:t>Покорчений і зовні, і в думках!&lt;br /&gt;</w:t>
        <w:br/>
        <w:t>Йорк Ну, начувайтеся, дамо вам жару.&lt;br /&gt;</w:t>
        <w:br/>
        <w:t>Кліффорд Не гарячкуй, бо опечешся сам.&lt;br /&gt;</w:t>
        <w:br/>
        <w:t>Генріх Уоріку, не гнеться вже коліно?&lt;br /&gt;</w:t>
        <w:br/>
        <w:t>Ах, срібночолий Солсбері, куди&lt;br /&gt;</w:t>
        <w:br/>
        <w:t>Ведеш, безумцю, сина-тугодума?&lt;br /&gt;</w:t>
        <w:br/>
        <w:t>Вдаєш на ложі смертному буяна,&lt;br /&gt;</w:t>
        <w:br/>
        <w:t>Вишукуєш крізь окуляри горе?&lt;br /&gt;</w:t>
        <w:br/>
        <w:t>Де ж відданість? Де вірність? Як збулась їх&lt;br /&gt;</w:t>
        <w:br/>
        <w:t>Ця інеєм покрита голова,&lt;br /&gt;</w:t>
        <w:br/>
        <w:t>То де ще знайдуть на землі притулок?&lt;br /&gt;</w:t>
        <w:br/>
        <w:t>Чи воювати хочеш і в могилі,&lt;br /&gt;</w:t>
        <w:br/>
        <w:t>Зганьбити кров'ю свій поважний вік?&lt;br /&gt;</w:t>
        <w:br/>
        <w:t>Тобі, старому, досвіду бракує?&lt;br /&gt;</w:t>
        <w:br/>
        <w:t>Чи лиху вирішив служити ним?&lt;br /&gt;</w:t>
        <w:br/>
        <w:t>Ганьба! Схили коліно як належить;&lt;br /&gt;</w:t>
        <w:br/>
        <w:t>Вік дб землі вже й так його схиляє.&lt;br /&gt;</w:t>
        <w:br/>
        <w:t>Солсбері Мілорде, я обміркував сумлінно&lt;br /&gt;</w:t>
        <w:br/>
        <w:t>Уславленого герцога права&lt;br /&gt;</w:t>
        <w:br/>
        <w:t>І щиро визнаю, що саме він&lt;br /&gt;</w:t>
        <w:br/>
        <w:t>Англійського престолу спадкоємець.&lt;br /&gt;</w:t>
        <w:br/>
        <w:t>Генріх Чи ти не клявсь" у вірності мені?&lt;br /&gt;</w:t>
        <w:br/>
        <w:t>Солсбері Так, клявся.&lt;br /&gt;</w:t>
        <w:br/>
        <w:t>Генріх Відступишся від клятви перед небом?&lt;br /&gt;</w:t>
        <w:br/>
        <w:t>Солсбері Гріх присягать гріху, та гріх ще більший&lt;br /&gt;</w:t>
        <w:br/>
        <w:t>Гріховної дотримуватись клятви.&lt;br /&gt;</w:t>
        <w:br/>
        <w:t>Кого спроможне урочисте слово&lt;br /&gt;</w:t>
        <w:br/>
        <w:t>Зобов'язати красти, убивати&lt;br /&gt;</w:t>
        <w:br/>
        <w:t>Чи ґвалтувати дівчину цнотливу?&lt;br /&gt;</w:t>
        <w:br/>
        <w:t>Дідизну віднімати в сироти,&lt;br /&gt;</w:t>
        <w:br/>
        <w:t>Вдову законних позбавляти прав —&lt;br /&gt;</w:t>
        <w:br/>
        <w:t>І все це на єдиній тій підставі,&lt;br /&gt;</w:t>
        <w:br/>
        <w:t>Що так велить обітниця врочиста?&lt;br /&gt;</w:t>
        <w:br/>
        <w:t>Маргарита Хай не викручується хитрий зрадник.&lt;br /&gt;</w:t>
        <w:br/>
        <w:t>Генріх Де Бекінгем? Сюди хай прийде з військом.&lt;br /&gt;</w:t>
        <w:br/>
        <w:t>Йорк Клич Бекінгема, клич усіх своїх —&lt;br /&gt;</w:t>
        <w:br/>
        <w:t>Я зважився на смерть або на велич.&lt;br /&gt;</w:t>
        <w:br/>
        <w:t>Кліффорд Як сни правдиві, я ручусь за перше.&lt;br /&gt;</w:t>
        <w:br/>
        <w:t>Уорік Іди-но краще в ліжко й ще поспи —&lt;br /&gt;</w:t>
        <w:br/>
        <w:t>Так перебудеш бойову грозу.&lt;br /&gt;</w:t>
        <w:br/>
        <w:t>Кліффорд Знести я ладен значно більшу бурю,&lt;br /&gt;</w:t>
        <w:br/>
        <w:t>Ніж та, що можеш ти здійняти нині.&lt;br /&gt;</w:t>
        <w:br/>
        <w:t>Це викарбую на твоїм иШломі, . ,&lt;br /&gt;</w:t>
        <w:br/>
        <w:t>Коли тебе впізнаю по гербу.&lt;br /&gt;</w:t>
        <w:br/>
        <w:t>Уорік Клянуся давнім батьківським гербом,&lt;br /&gt;</w:t>
        <w:br/>
        <w:t>Де здиблений ведмідь, ланцем прикутий&lt;br /&gt;</w:t>
        <w:br/>
        <w:t>До палі,— буде в мене н-а шоломі&lt;br /&gt;</w:t>
        <w:br/>
        <w:t>Сьогодні він, жахаючи тебе,&lt;br /&gt;</w:t>
        <w:br/>
        <w:t>Мов на вершині буйний кедр, якому&lt;br /&gt;</w:t>
        <w:br/>
        <w:t>Ніякі бурі й грози не страшні.&lt;br /&gt;</w:t>
        <w:br/>
        <w:t>Кліффорд Зітну з твого шолома герб; ведмедя&lt;br /&gt;</w:t>
        <w:br/>
        <w:t>Зневажливо ногою розтопчу&lt;br /&gt;</w:t>
        <w:br/>
        <w:t>На зло ведмежому проводиреві.&lt;br /&gt;</w:t>
        <w:br/>
        <w:t>Кліффорд-син До зброї, славний батьку мій! Придушим&lt;br /&gt;</w:t>
        <w:br/>
        <w:t>Бунтівників та їхніх посіпак.&lt;br /&gt;</w:t>
        <w:br/>
        <w:t>Річард Гей! Схаменись! Притримай язика —&lt;br /&gt;</w:t>
        <w:br/>
        <w:t>Бог на вечерю нині вас чека.&lt;br /&gt;</w:t>
        <w:br/>
        <w:t>Кліффорд-син І звідки звір таврований те зна?&lt;br /&gt;</w:t>
        <w:br/>
        <w:t>Річард Як не Ісус чека, то сатана!&lt;br /&gt;</w:t>
        <w:br/>
        <w:t>Виходять у різні боки,&lt;br /&gt;</w:t>
        <w:br/>
        <w:t>СЦЕНА 2&lt;br /&gt;</w:t>
        <w:br/>
        <w:t>Сент-Олбенс.&lt;br /&gt;</w:t>
        <w:br/>
        <w:t>Тривога. Сутички.&lt;br /&gt;</w:t>
        <w:br/>
        <w:t>Входить У о р ік.&lt;br /&gt;</w:t>
        <w:br/>
        <w:t>Уорік Гей, Кліффорде, тебе гука Уорік!&lt;br /&gt;</w:t>
        <w:br/>
        <w:t>Як од ведмедя ти не заховавсь,&lt;br /&gt;</w:t>
        <w:br/>
        <w:t>Тепер, коли сурма сурмить тривогу&lt;br /&gt;</w:t>
        <w:br/>
        <w:t>И повітря передсмертних криків повне,&lt;br /&gt;</w:t>
        <w:br/>
        <w:t>Виходь, пихатий Кліффорде, на бій!&lt;br /&gt;</w:t>
        <w:br/>
        <w:t>Уорік — чуєш, лорде з Кемберленду? —&lt;br /&gt;</w:t>
        <w:br/>
        <w:t>Захрип, гукаючи тебе на прю.&lt;br /&gt;</w:t>
        <w:br/>
        <w:t>Входить Й о р к.&lt;br /&gt;</w:t>
        <w:br/>
        <w:t>Ви піший, славний лорде? Це ж чому?&lt;br /&gt;</w:t>
        <w:br/>
        <w:t>/ Йорк Коня мого убив запеклий Кліффорд,&lt;br /&gt;</w:t>
        <w:br/>
        <w:t>Та я належно поквитався з ним,&lt;br /&gt;</w:t>
        <w:br/>
        <w:t>Зробивши здобиччю шулік, ворон&lt;br /&gt;</w:t>
        <w:br/>
        <w:t>Тілистого улюбленця його.&lt;br /&gt;</w:t>
        <w:br/>
        <w:t>Входить Кліффорд.&lt;br /&gt;</w:t>
        <w:br/>
        <w:t>Уорік Одному чи обом нам час прийшов.&lt;br /&gt;</w:t>
        <w:br/>
        <w:t>Йорк Стій, іншу здобич ти собі знайди;&lt;br /&gt;</w:t>
        <w:br/>
        <w:t>Я оленя цього вполюю сам.&lt;br /&gt;</w:t>
        <w:br/>
        <w:t>Уорік Що ж, Йорку славний, бийся за корону.&lt;br /&gt;</w:t>
        <w:br/>
        <w:t>Я, Кліффорде, звитяги жду сьогодні;&lt;br /&gt;</w:t>
        <w:br/>
        <w:t>Жаль тільки, що з тобою не зітнусь.&lt;br /&gt;</w:t>
        <w:br/>
        <w:t>(Виходить)&lt;br /&gt;</w:t>
        <w:br/>
        <w:t>Кліффорд Що, Йорку, дивишся? Чого ти ждеш?&lt;br /&gt;</w:t>
        <w:br/>
        <w:t>Йорк Твою хоробрість полюбив би я,&lt;br /&gt;</w:t>
        <w:br/>
        <w:t>Якби не був ти ворогом мені.&lt;br /&gt;</w:t>
        <w:br/>
        <w:t>Кліффорд І ти здобув би доблестю пошану,&lt;br /&gt;</w:t>
        <w:br/>
        <w:t>Якби вона не послужила зраді.&lt;br /&gt;</w:t>
        <w:br/>
        <w:t>Йорк Поможе хай здолать тебе — її&lt;br /&gt;</w:t>
        <w:br/>
        <w:t>В борні за праве діло виявляю!&lt;br /&gt;</w:t>
        <w:br/>
        <w:t>Кліффорд Мої душа і тіло рвуться в бій!&lt;br /&gt;</w:t>
        <w:br/>
        <w:t>Йорк Страшний заклад! Ну, що ж, обороняйся,&lt;br /&gt;</w:t>
        <w:br/>
        <w:t>Вони б'ються. Кліффорд падає.&lt;br /&gt;</w:t>
        <w:br/>
        <w:t>Кліффорд La fin couronne les oeuvres *.&lt;br /&gt;</w:t>
        <w:br/>
        <w:t>(Умирає)&lt;br /&gt;</w:t>
        <w:br/>
        <w:t>Йорк Ось мир дала тобі війна. Ти стих.&lt;br /&gt;</w:t>
        <w:br/>
        <w:t>Хай буде мир тобі в світах ясних!&lt;br /&gt;</w:t>
        <w:br/>
        <w:t>Виходить.&lt;br /&gt;</w:t>
        <w:br/>
        <w:t>Входить Кліффорд-син.&lt;br /&gt;</w:t>
        <w:br/>
        <w:t>Кліффорд-син Ганьба та сором! Все йде шкереберть.&lt;br /&gt;</w:t>
        <w:br/>
        <w:t>Страх сум'яття веде, а сум'яття&lt;br /&gt;</w:t>
        <w:br/>
        <w:t>Не захища — разить. Війна! Ти — виплід&lt;br /&gt;</w:t>
        <w:br/>
        <w:t>Пекельний, неба гнівного слуга.&lt;br /&gt;</w:t>
        <w:br/>
        <w:t>Вкинь у схололі груди наших військ&lt;br /&gt;</w:t>
        <w:br/>
        <w:t>Жарини помсти! Втечу відверни.&lt;br /&gt;</w:t>
        <w:br/>
        <w:t>Хто відданий війні — себе не любить,&lt;br /&gt;</w:t>
        <w:br/>
        <w:t>А себелюбець може буть відважним&lt;br /&gt;</w:t>
        <w:br/>
        <w:t>Не від природи, тільки випадково.&lt;br /&gt;</w:t>
        <w:br/>
        <w:t>(Помічає тіло батька)&lt;br /&gt;</w:t>
        <w:br/>
        <w:t>О, хай загине цей мерзенний світ!&lt;br /&gt;</w:t>
        <w:br/>
        <w:t>Хай полум'я кінця його дочасно&lt;br /&gt;</w:t>
        <w:br/>
        <w:t>Змішає землю й небо!&lt;br /&gt;</w:t>
        <w:br/>
        <w:t>Сурма страшного суду хай лунає,&lt;br /&gt;</w:t>
        <w:br/>
        <w:t>А всі дрібні й нікчемні звуки стихнуть!&lt;br /&gt;</w:t>
        <w:br/>
        <w:t>Невже тобі судилось, любий тату,&lt;br /&gt;</w:t>
        <w:br/>
        <w:t>* Кінець вінчає діло (фр-).&lt;br /&gt;</w:t>
        <w:br/>
        <w:t>Проживши мирно юність, одягнувши&lt;br /&gt;</w:t>
        <w:br/>
        <w:t>Сріблясті шати мудрої пори,&lt;br /&gt;</w:t>
        <w:br/>
        <w:t>Дійшовши літ поважних, так загинуть&lt;br /&gt;</w:t>
        <w:br/>
        <w:t>В лихім бою? Дивлюсь на тебе, й серце&lt;br /&gt;</w:t>
        <w:br/>
        <w:t>Мов кам'яніє; доки б'ється, буде&lt;br /&gt;</w:t>
        <w:br/>
        <w:t>Воно таким. Йорк не щадить старих,-&lt;br /&gt;</w:t>
        <w:br/>
        <w:t>Малих не пощаджу; дівочі сльози&lt;br /&gt;</w:t>
        <w:br/>
        <w:t>Для мене будуть, як вогню — роса,&lt;br /&gt;</w:t>
        <w:br/>
        <w:t>А врода, що вгамовує тиранів,&lt;br /&gt;</w:t>
        <w:br/>
        <w:t>Підживить, мов олива, пломінь гніву.&lt;br /&gt;</w:t>
        <w:br/>
        <w:t>Віднині я не матиму жалю,&lt;br /&gt;</w:t>
        <w:br/>
        <w:t>Коли й дитя зустріну з роду йорків:&lt;br /&gt;</w:t>
        <w:br/>
        <w:t>Я так його покраю на шматки,&lt;br /&gt;</w:t>
        <w:br/>
        <w:t>Немов Апсірта юного Медея.&lt;br /&gt;</w:t>
        <w:br/>
        <w:t>Мені жорстокість славу принесе.&lt;br /&gt;</w:t>
        <w:br/>
        <w:t>Руїно дому Кліффордів, ходім.&lt;br /&gt;</w:t>
        <w:br/>
        <w:t>Так, як Еней старого ніс Анхіза,&lt;br /&gt;</w:t>
        <w:br/>
        <w:t>Тебе на мужніх понесу плечах;&lt;br /&gt;</w:t>
        <w:br/>
        <w:t>Але в Енея був живий тягар,&lt;br /&gt;</w:t>
        <w:br/>
        <w:t>А в мене туга щонайтяжча в світі.&lt;br /&gt;</w:t>
        <w:br/>
        <w:t>(Виходить, несучи тіло батька)&lt;br /&gt;</w:t>
        <w:br/>
        <w:t>Входять, б'ючись. Річард і Co мер сет; Сомерсет ііадае мертвий.&lt;br /&gt;</w:t>
        <w:br/>
        <w:t>Річард Тут і лежи,&lt;br /&gt;</w:t>
        <w:br/>
        <w:t>Біля пивниці з вивіскою "Замок&lt;br /&gt;</w:t>
        <w:br/>
        <w:t>Сент-Олбенський". Так герцог Сомерсет&lt;br /&gt;</w:t>
        <w:br/>
        <w:t>Своєю смертю чаклуна прославив.&lt;br /&gt;</w:t>
        <w:br/>
        <w:t>Лютуй, мій меч; нещадним, серце, будь!&lt;br /&gt;</w:t>
        <w:br/>
        <w:t>Хай моляться попи за ворогів —&lt;br /&gt;</w:t>
        <w:br/>
        <w:t>Б'ють королі їх у вогні боїв.&lt;br /&gt;</w:t>
        <w:br/>
        <w:t>(Виходить)&lt;br /&gt;</w:t>
        <w:br/>
        <w:t>Гамір бою, сутички.&lt;br /&gt;</w:t>
        <w:br/>
        <w:t>Проходять кілька солдатів, несучи пораненого Бекінгема.&lt;br /&gt;</w:t>
        <w:br/>
        <w:t>Входять король Генріх, королева Маргаритатаінші.&lt;br /&gt;</w:t>
        <w:br/>
        <w:t>Маргарита Мерщій, владарю! Швидше утікаймо).&lt;br /&gt;</w:t>
        <w:br/>
        <w:t>Генріх Нам не втекти від неба: зачекаймо.&lt;br /&gt;</w:t>
        <w:br/>
        <w:t>&gt; Маргарита Що з вами? Ані битись, ні тікати?&lt;br /&gt;</w:t>
        <w:br/>
        <w:t>Тепер велять і мужність нам, і мудрість&lt;br /&gt;</w:t>
        <w:br/>
        <w:t>Тікати, поступившись ворогам;&lt;br /&gt;</w:t>
        <w:br/>
        <w:t>Інакше не врятуємо себе.&lt;br /&gt;</w:t>
        <w:br/>
        <w:t>Вдалині гамір бою.&lt;br /&gt;</w:t>
        <w:br/>
        <w:t>Вас візьмуть— і зведуться нанівець&lt;br /&gt;</w:t>
        <w:br/>
        <w:t>Гаразди наші. А щасливо зникнем&lt;br /&gt;</w:t>
        <w:br/>
        <w:t>(Могли б, якби не зволікали ви) —&lt;br /&gt;</w:t>
        <w:br/>
        <w:t>До Лондона прибудем. Там вас люблять&lt;br /&gt;</w:t>
        <w:br/>
        <w:t>І рану, завдану монаршій долі,&lt;br /&gt;</w:t>
        <w:br/>
        <w:t>Загоять.&lt;br /&gt;</w:t>
        <w:br/>
        <w:t>Входить К лі ф форд-син.&lt;br /&gt;</w:t>
        <w:br/>
        <w:t>Кліффорд-син Якби не віщувало серце горя,&lt;br /&gt;</w:t>
        <w:br/>
        <w:t>Я б лихословив, та не спонукав&lt;br /&gt;</w:t>
        <w:br/>
        <w:t>До втечі вас. Тікати слід-зневіра&lt;br /&gt;</w:t>
        <w:br/>
        <w:t>Серця солдатів наших охопила.&lt;br /&gt;</w:t>
        <w:br/>
        <w:t>Мерщій! Зберем війська і доживем,&lt;br /&gt;</w:t>
        <w:br/>
        <w:t>Що втішимося їхнім чорним днем.&lt;br /&gt;</w:t>
        <w:br/>
        <w:t>Мерщій, володарю!&lt;br /&gt;</w:t>
        <w:br/>
        <w:t>Виходять. '&lt;br /&gt;</w:t>
        <w:br/>
        <w:t>СЦЕНА З&lt;br /&gt;</w:t>
        <w:br/>
        <w:t>Поле біля Сент-Олбенса, . і; ., ..-. : . — ...-&lt;br /&gt;</w:t>
        <w:br/>
        <w:t>Гамір битви. Відбій.&lt;br /&gt;</w:t>
        <w:br/>
        <w:t>Входять Йорк, Річард, Уорік та солдати з барабанами й знаменами.&lt;br /&gt;</w:t>
        <w:br/>
        <w:t>Йорк Де Солсбері? Хто скаже, де він, що з ним?&lt;br /&gt;</w:t>
        <w:br/>
        <w:t>Де лев старий, що в люті забуває&lt;br /&gt;</w:t>
        <w:br/>
        <w:t>Про вік свій кволий і руйнівний час&lt;br /&gt;</w:t>
        <w:br/>
        <w:t>І, мов юнак в розповнІ буйних.сил,&lt;br /&gt;</w:t>
        <w:br/>
        <w:t>Не знає втоми? Цей щасливий день —&lt;br /&gt;</w:t>
        <w:br/>
        <w:t>Ніщо; ні п'яді ми не здобули,&lt;br /&gt;</w:t>
        <w:br/>
        <w:t>Якщо загинув він.&lt;br /&gt;</w:t>
        <w:br/>
        <w:t>Річард Мій славний батьку,'&lt;br /&gt;</w:t>
        <w:br/>
        <w:t>Я тричі підсадив його в сідло, ......&lt;br /&gt;</w:t>
        <w:br/>
        <w:t>Відбороняв, коли він падав, тричі;&lt;br /&gt;</w:t>
        <w:br/>
        <w:t>Виводив тричі геть із гущі битви,&lt;br /&gt;</w:t>
        <w:br/>
        <w:t>Вмовляючи на поле не вертатись,&lt;br /&gt;</w:t>
        <w:br/>
        <w:t>Та він з'являвсь, де найлютіший бій.&lt;br /&gt;</w:t>
        <w:br/>
        <w:t>Мов дорогі прикраси в скромнім домі,&lt;br /&gt;</w:t>
        <w:br/>
        <w:t>В старому тілі був незламний дух.&lt;br /&gt;</w:t>
        <w:br/>
        <w:t>Та ось він, воїн доблесний, іде.&lt;br /&gt;</w:t>
        <w:br/>
        <w:t>Входить Солсбері.&lt;br /&gt;</w:t>
        <w:br/>
        <w:t>Солсбері Клянусь мечем/ ти нині бивсь як слід,&lt;br /&gt;</w:t>
        <w:br/>
        <w:t>І всі ми теж. Ну, Річарде, спасибі.&lt;br /&gt;</w:t>
        <w:br/>
        <w:t>Бог знає, скільки маю ще прошітй,&lt;br /&gt;</w:t>
        <w:br/>
        <w:t>І зволив, щоб від мене ти сьогодні&lt;br /&gt;</w:t>
        <w:br/>
        <w:t>Смерть неминучу тричі відвернув&lt;br /&gt;</w:t>
        <w:br/>
        <w:t>Що ж, лорди, ми не довершили овравиі&lt;br /&gt;</w:t>
        <w:br/>
        <w:t>Не досить втечі наших ворогів —&lt;br /&gt;</w:t>
        <w:br/>
        <w:t>Знов голови піднять вони спроможні.&lt;br /&gt;</w:t>
        <w:br/>
        <w:t>Йорк Так, знаю: конче треба йти за ними.&lt;br /&gt;</w:t>
        <w:br/>
        <w:t>Я чув, король до Лондона утік,&lt;br /&gt;</w:t>
        <w:br/>
        <w:t>Щоб якнайшвидше скликати парламент"&lt;br /&gt;</w:t>
        <w:br/>
        <w:t>Догнать, покіль листів не розіслав він!&lt;br /&gt;</w:t>
        <w:br/>
        <w:t>Уоріку, чи гнатись нам за ними?&lt;br /&gt;</w:t>
        <w:br/>
        <w:t>Уорік За ними? Випередить, як можливо!&lt;br /&gt;</w:t>
        <w:br/>
        <w:t>Ну, лорди, це, клянусь, був славний день —&lt;br /&gt;</w:t>
        <w:br/>
        <w:t>Бій під Сент-Олбенсом, звитяга Йорка&lt;br /&gt;</w:t>
        <w:br/>
        <w:t>Увічняться в прийдешніх поколіннях.&lt;br /&gt;</w:t>
        <w:br/>
        <w:t>На Лондон! Грайте, сурми голоснії&lt;br /&gt;</w:t>
        <w:br/>
        <w:t>Хай випадають нам такі лиш дні!&lt;br /&gt;</w:t>
        <w:br/>
        <w:t>Виходять.</w:t>
      </w:r>
    </w:p>
    <w:p>
      <w:r>
        <w:br/>
        <w:t>Примітки</w:t>
      </w:r>
    </w:p>
    <w:p>
      <w:r>
        <w:br/>
        <w:t>Детальну післямову до трилогії Генріх VI див. у першій частині.</w:t>
      </w:r>
    </w:p>
    <w:p>
      <w:r>
        <w:br/>
        <w:t>ПРИМІТКИ ДО "ГЕНРІХА VI", ЧАСТИНИ ДРУГОЇ</w:t>
      </w:r>
    </w:p>
    <w:p>
      <w:r>
        <w:br/>
        <w:t>С. 130-131. Більшість дійових осіб тут — та сама, що і в першій частині хроніки. До них додаються:</w:t>
      </w:r>
    </w:p>
    <w:p>
      <w:r>
        <w:br/>
        <w:t>Гемфрі, герцог Бекінгем — син графа Стаффорда, прибічник Генріха VI. Від імені короля вів переговори з повстанцями Джека Кеда.</w:t>
      </w:r>
    </w:p>
    <w:p>
      <w:r>
        <w:br/>
        <w:t>Елеонора, герцогиня Глостерська — дружина Гемфрі Глостера; справу проти неї підняв єпископ Вінчестерський, щоб підірвати позиції її чоловіка. В дійсності справа герцогині Глостерської і суд над нею мали місце за три роки до одруження Генріха VI з Маргаритою.</w:t>
      </w:r>
    </w:p>
    <w:p>
      <w:r>
        <w:br/>
        <w:t>Едвард Плантагенет — старший син Річарда Плантагенета, герцога Иорка, згодом — король Едвард IV.</w:t>
      </w:r>
    </w:p>
    <w:p>
      <w:r>
        <w:br/>
        <w:t>Річард Плантагенет — наймолодший син герцога йорка, згодом — король Річард III.</w:t>
      </w:r>
    </w:p>
    <w:p>
      <w:r>
        <w:br/>
        <w:t>Граф Уорік — Річард Невіл, зять Річарда Уоріка, прозваний "творцем королів". Зіграв вирішальну роль у перемозі Йорків над Ланкастерами і зведенні на престол Едварда IV; після одруження молодого короля з Єлизаветою Грей перейшов на бік Ланкастерів і загинув у битві при Барнеті (1471).</w:t>
      </w:r>
    </w:p>
    <w:p>
      <w:r>
        <w:br/>
        <w:t>Лорд Кліффорд — вірний прибічник Ланкастерів.</w:t>
      </w:r>
    </w:p>
    <w:p>
      <w:r>
        <w:br/>
        <w:t>Джек Кед — керівник селянського повстання у графстві Кент. Видавав себе за графа Мортімера, претендента на корону. Обіцяв селянам запровадження соціальної рівності й спільності майна. В липні 1450 року вступив зі своїми загонами в Лондон. Однак повсталі селяни піддалися демагогії Кліффорда іі склали зброю. Кеда вбив дворянин Айден, як це й показано у Шекспіра.</w:t>
      </w:r>
    </w:p>
    <w:p>
      <w:r>
        <w:br/>
        <w:t>С. 135. П'ятнадцяту... хоче Сеффолк.— Додатковий податок у розмірі однієї п'ятнадцятої частини всіх звичайних щорічних податків, який збирали за надзвичайних обставин.</w:t>
      </w:r>
    </w:p>
    <w:p>
      <w:r>
        <w:br/>
        <w:t>С. 138. Як той вогонь Алфеї, що, поліно Пожерши, з'їв і серце Мелеагра.— За грецьким міфом, Алфея була матір'ю героя Мелеагра. При його народженні Мойри, богині долі, повідомили Алфею, що її син житиме доти, доки не згорить поліно у вогнищі. Алфея вихопила поліно й довго берегла його. Коли ж Мелеагр убив своїх дядьків —її братів,-Алфея кинула поліно у вогонь.</w:t>
      </w:r>
    </w:p>
    <w:p>
      <w:r>
        <w:br/>
        <w:t>До Невілів пристану...— Тобто до Солсбері, Уоріка та інших представників цієї могутньої феодальної родини.</w:t>
      </w:r>
    </w:p>
    <w:p>
      <w:r>
        <w:br/>
        <w:t>С. 142. ...обгородив громадські вигони в Мелфорді.— Відгомін відомого процесу обгороджування, який розпочався в Англії у XV ст. Глибокий аналіз цього процесу дав К— Маркс у "Капіталі" (т. І, р. XXIV).</w:t>
      </w:r>
    </w:p>
    <w:p>
      <w:r>
        <w:br/>
        <w:t>С. 148. Аснато! — анаграма звертання: "Сатано!"</w:t>
      </w:r>
    </w:p>
    <w:p>
      <w:r>
        <w:br/>
        <w:t>С. 150. Аіо te...— Знаменита двозначна відповідь дельфійського оракула епірському цареві Пірру; її можна розуміти і як "Еакід (Пірр) може перемогти римлян", і як "римляни можуть перемогти Еакіда".</w:t>
      </w:r>
    </w:p>
    <w:p>
      <w:r>
        <w:br/>
        <w:t>С. 158. Цей Едмунд ще при владі Болінгброка... домагавсь корони.— Слідом за хроністами, Шекспір тут помиляється: на корону претендував Едмунд Мортімер-молодший; в полоні у Глендауера перебував його дядько.</w:t>
      </w:r>
    </w:p>
    <w:p>
      <w:r>
        <w:br/>
        <w:t>С. 168. То він мов голуб? Пір'я, знать, позичив, А сам такий зловісний, наче ворон.— Це і дальші порівняння людських характерів і вдач звірів Шекспір будує на основі байок Езопа, які він знав за шкільною версією Камеріуса, поширеною в Англії XVI ст.</w:t>
      </w:r>
    </w:p>
    <w:p>
      <w:r>
        <w:br/>
        <w:t>С. 170. Та це лише пролог в шаленій грі...— Устами Глостера Шекспір оцінює зображувані події як пролог до війни Білої і Червоної троянд.</w:t>
      </w:r>
    </w:p>
    <w:p>
      <w:r>
        <w:br/>
        <w:t>С. 174. Керни — легкоозброєні ірландські воїни-селяни.</w:t>
      </w:r>
    </w:p>
    <w:p>
      <w:r>
        <w:br/>
        <w:t>С. 177. Василіск — у грецькій міфології, фантастичний звір, що вбивав самим лише поглядом.</w:t>
      </w:r>
    </w:p>
    <w:p>
      <w:r>
        <w:br/>
        <w:t>С. 178. Й того, хто випустив їх із печери...— Мова про Еола, бога вітрів у давніх греків, який нібито випускав вітри із печер.</w:t>
      </w:r>
    </w:p>
    <w:p>
      <w:r>
        <w:br/>
        <w:t>С. 182. Владарю, передать просив народ...— Одна із сцен, у яких Шекспір показує історичну активність народу.</w:t>
      </w:r>
    </w:p>
    <w:p>
      <w:r>
        <w:br/>
        <w:t>С. 184. ...мов стогін мандрагори...— Існувало повір'я, що, коли виривають корінь мандрагори, вона стогне, як людина.</w:t>
      </w:r>
    </w:p>
    <w:p>
      <w:r>
        <w:br/>
        <w:t>С. 186. Що сон солодкий у твоїх обіймах...— Версія, за якою королева Маргарита була коханкою герцога Сеффолка, не підтверджується історичними джерелами.</w:t>
      </w:r>
    </w:p>
    <w:p>
      <w:r>
        <w:br/>
        <w:t>Елізіум (Елісій, Єлісейські поля) — в грецькій міфології, поля блаженства у підземному царстві мертвих.</w:t>
      </w:r>
    </w:p>
    <w:p>
      <w:r>
        <w:br/>
        <w:t>Ірида — в грецькій міфології, богиня райдуги й вісниця богів, яка могла проникати навіть у морські глибини та в підземне царство.</w:t>
      </w:r>
    </w:p>
    <w:p>
      <w:r>
        <w:br/>
        <w:t>С. 187. ...стирчить Липким гіллям; мою крилату душу Піймає! — Образ, заснований на тому, що для ловитви пташок гілки дерев намазували клеєм.</w:t>
      </w:r>
    </w:p>
    <w:p>
      <w:r>
        <w:br/>
        <w:t>С. 188. ...завиваючи, женуть вовки Гекати коней — тих, що тягнуть ніч...— Перефразування міфологічного образу Ночі, яку тягнуть дракони, названі у Шекспіра кіньми.</w:t>
      </w:r>
    </w:p>
    <w:p>
      <w:r>
        <w:br/>
        <w:t>С. 189. ...ім'я твоє Скоріш не Водді — "води", а Готьє.— Водді (Вотті) і Готьє — варіанти імені Волтер.</w:t>
      </w:r>
    </w:p>
    <w:p>
      <w:r>
        <w:br/>
        <w:t>С. 190. Лорд? Сер Пуль?.. Пуль-пуль! Пулькатий вишкребку багна! — Давньофранцузьке прізвище Сеффолка Pole співзвучне з англійським словом pool (пул) — болото, калюжа.</w:t>
      </w:r>
    </w:p>
    <w:p>
      <w:r>
        <w:br/>
        <w:t>...зажерся... шматками серця матері своєї.— Тут слово "мати" означає "вітчизна".</w:t>
      </w:r>
    </w:p>
    <w:p>
      <w:r>
        <w:br/>
        <w:t>С. 191. Убивством безневинного державця...— Тобто Річарда II. (Див. хроніку Шекспіра "Річард II").</w:t>
      </w:r>
    </w:p>
    <w:p>
      <w:r>
        <w:br/>
        <w:t>Invitis nubibus (лат.) — "наперекір хмарам". Цей девіз мав на своєму гербі також Річард II.</w:t>
      </w:r>
    </w:p>
    <w:p>
      <w:r>
        <w:br/>
        <w:t>Баргул — про цього пірата античного світу згадує Ціцерон у творі "Про установи".</w:t>
      </w:r>
    </w:p>
    <w:p>
      <w:r>
        <w:br/>
        <w:t>С. 192. Раб, розбишака, римський гладіатор Вбив Туллія...— Так повідомляє про смерть Марка Туллія Ціцерона Плутарх у своїх "Порівняльних життєписах".</w:t>
      </w:r>
    </w:p>
    <w:p>
      <w:r>
        <w:br/>
        <w:t>...Цезаря зарізав Брут-байстрючище...— Існувала легенда, нібито Брут був нешлюбним сином Цезаря.</w:t>
      </w:r>
    </w:p>
    <w:p>
      <w:r>
        <w:br/>
        <w:t>...дикуни убили Помпея...— Насправді Помпея вбили єгиптяни, щоб догодити Цезарю.</w:t>
      </w:r>
    </w:p>
    <w:p>
      <w:r>
        <w:br/>
        <w:t>C. 195. Чіпсайд — одна з людних вулиць тогочасного Лондона, яку Джек Кед хотів перетворити на громадське пасовисько.</w:t>
      </w:r>
    </w:p>
    <w:p>
      <w:r>
        <w:br/>
        <w:t>"жалить бджолиний віск.— У той час були воскові печаті, які, зокрема, прикладалися до боргових зобов'язань.</w:t>
      </w:r>
    </w:p>
    <w:p>
      <w:r>
        <w:br/>
        <w:t>Еммануїл...— Таке пишуть угорі на указах.— Словом "Еммануїл", що по-давньо-еврейському означає "з нами бог", починалося багато офіційних паперів.</w:t>
      </w:r>
    </w:p>
    <w:p>
      <w:r>
        <w:br/>
        <w:t>-.ти пишеш своє ім'я чи, як кожна порядна людина, маєш свій особливий знак? — У той час прості люди були поспіль неписьменними і замість підпису ставили на паперах знак.</w:t>
      </w:r>
    </w:p>
    <w:p>
      <w:r>
        <w:br/>
        <w:t>С. 200. Саутворк — на той час південне передмістя Лондона.</w:t>
      </w:r>
    </w:p>
    <w:p>
      <w:r>
        <w:br/>
        <w:t>С. 201. Лондонський камінь — старовинний камінь у центрі Лондона; доторк до цього каменя символізував оволодіння містом.</w:t>
      </w:r>
    </w:p>
    <w:p>
      <w:r>
        <w:br/>
        <w:t>С. 202. Тепер ідіть — хто громити Савойський палац, хто до королівських судів.— Савойський палац належав Ланкастерам; був знищений під час повстання Уота Тайлера в 1381 році. Шекспір переносить цю подію на пізніший час, так само як розгром правових шкіл та знищення судових архівів.</w:t>
      </w:r>
    </w:p>
    <w:p>
      <w:r>
        <w:br/>
        <w:t>С. 204. ...пише Цезар в спогадах своїх.— Тобто в "Нотатках про Галльську війну".</w:t>
      </w:r>
    </w:p>
    <w:p>
      <w:r>
        <w:br/>
        <w:t>С. 208. Галлогласи — важкоозброєна ірландська піхота.</w:t>
      </w:r>
    </w:p>
    <w:p>
      <w:r>
        <w:br/>
        <w:t>С. 213. / на овечок та биків ладен Я вилити весь гнів, мов той Аякс! — В Гомеровій "Іліаді" Аякс, один із героїв Троянської війни, хотів помститися ахейцям за образу, але Афіна потьмарила його розум, і він накинувся на стадо корів та биків і почав його нищити.</w:t>
      </w:r>
    </w:p>
    <w:p>
      <w:r>
        <w:br/>
        <w:t>С. 216. Покличте двох моїх ведмедів славних...— На гербі роду Невілів, до якого належали Солсбері й Уорік, був зображений ведмідь у ланцюгах,</w:t>
      </w:r>
    </w:p>
    <w:p>
      <w:r>
        <w:br/>
        <w:t>С. 220. ...немов Апсірта юного — Медея.— В міфі про аргонавтів Медея, щоб відвернути увагу свого батька, царя Колхіди, від Ясона, який утікав з викраденим золотим руном, убила свого молодшого брата Апсірта і, покраявши його на шматки, кидала їх у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Генріх VI : Частина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