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Геній в обмотках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Геній в обмотках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