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сипле сніг…</w:t>
      </w:r>
    </w:p>
    <w:p>
      <w:r>
        <w:br/>
        <w:t xml:space="preserve"> Гей, сипле сніг, невпинно сипле сніг,&lt;br /&gt;</w:t>
        <w:br/>
        <w:t>І біла ніч приходить.&lt;br /&gt;</w:t>
        <w:br/>
        <w:t>За мною сто завіяних доріг,&lt;br /&gt;</w:t>
        <w:br/>
        <w:t>А віддаль тугу родить.</w:t>
      </w:r>
    </w:p>
    <w:p>
      <w:r>
        <w:br/>
        <w:t>До тебе, краю бідний мій,&lt;br /&gt;</w:t>
        <w:br/>
        <w:t>За горами-ріками&lt;br /&gt;</w:t>
        <w:br/>
        <w:t>Я в студінь, в ніч під шум завій&lt;br /&gt;</w:t>
        <w:br/>
        <w:t>Раз в раз лечу думками…</w:t>
      </w:r>
    </w:p>
    <w:p>
      <w:r>
        <w:br/>
        <w:t>Добраніч, краю рідний мій,&lt;br /&gt;</w:t>
        <w:br/>
        <w:t>Журбою оповитий,&lt;br /&gt;</w:t>
        <w:br/>
        <w:t>Розвіяв вітер цвіт твоїх надій —&lt;br /&gt;</w:t>
        <w:br/>
        <w:t>І смутком, ти залитий!</w:t>
      </w:r>
    </w:p>
    <w:p>
      <w:r>
        <w:br/>
        <w:t>В широкий світ, хоч не для тебе, ні!&lt;br /&gt;</w:t>
        <w:br/>
        <w:t>Розбрелись твої сили,&lt;br /&gt;</w:t>
        <w:br/>
        <w:t>І в непривітній, зимній чужині&lt;br /&gt;</w:t>
        <w:br/>
        <w:t>Ростуть твої могили…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сипле сніг…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