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шотландці!</w:t>
      </w:r>
    </w:p>
    <w:p>
      <w:r>
        <w:br/>
        <w:t xml:space="preserve"> Заклик Роберта Брюса до війська&lt;br /&gt;</w:t>
        <w:br/>
        <w:t>перед Беннокбернською битвою</w:t>
      </w:r>
    </w:p>
    <w:p>
      <w:r>
        <w:br/>
        <w:t>Гей, шотландці! В бій не раз&lt;br /&gt;</w:t>
        <w:br/>
        <w:t>Воллес, Брюс водили вас;&lt;br /&gt;</w:t>
        <w:br/>
        <w:t>Знов ударив грізний час —&lt;br /&gt;</w:t>
        <w:br/>
        <w:t>До борні, брати!</w:t>
      </w:r>
    </w:p>
    <w:p>
      <w:r>
        <w:br/>
        <w:t>То ж не жарт, шотландський гарт,&lt;br /&gt;</w:t>
        <w:br/>
        <w:t>Докажіть, чого він варт:&lt;br /&gt;</w:t>
        <w:br/>
        <w:t>Наближається Едвард,&lt;br /&gt;</w:t>
        <w:br/>
        <w:t>З ним ідуть кати.</w:t>
      </w:r>
    </w:p>
    <w:p>
      <w:r>
        <w:br/>
        <w:t>Хто злякався ворогів,&lt;br /&gt;</w:t>
        <w:br/>
        <w:t>Хто від жаху затремтів,&lt;br /&gt;</w:t>
        <w:br/>
        <w:t>Рабськи вмерти захотів —&lt;br /&gt;</w:t>
        <w:br/>
        <w:t>Може утекти.</w:t>
      </w:r>
    </w:p>
    <w:p>
      <w:r>
        <w:br/>
        <w:t>Хто за рідний край готов&lt;br /&gt;</w:t>
        <w:br/>
        <w:t>Щедро лити щиру кров,&lt;br /&gt;</w:t>
        <w:br/>
        <w:t>Щоб звільнитися з оков —&lt;br /&gt;</w:t>
        <w:br/>
        <w:t>Той у бій лети!</w:t>
      </w:r>
    </w:p>
    <w:p>
      <w:r>
        <w:br/>
        <w:t>Важмо сміливо життям:&lt;br /&gt;</w:t>
        <w:br/>
        <w:t>Випадає нині нам&lt;br /&gt;</w:t>
        <w:br/>
        <w:t>I собі, й своїм синам&lt;br /&gt;</w:t>
        <w:br/>
        <w:t>Волю осягти.</w:t>
      </w:r>
    </w:p>
    <w:p>
      <w:r>
        <w:br/>
        <w:t>В нас із вами шлях один —&lt;br /&gt;</w:t>
        <w:br/>
        <w:t>Бить загарбника на скін,&lt;br /&gt;</w:t>
        <w:br/>
        <w:t>Перемогу чи загин&lt;br /&gt;</w:t>
        <w:br/>
        <w:t>У бою знайти.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шотландці!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