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Газелі</w:t>
      </w:r>
    </w:p>
    <w:p>
      <w:r>
        <w:br/>
        <w:t xml:space="preserve"> Як друг обмовиться, ти пропусти повз вуха.&lt;br /&gt;</w:t>
        <w:br/>
        <w:t>Адже на світі так: де радість, там і скруха.&lt;br /&gt;</w:t>
        <w:br/>
        <w:t>Провина доброго тяжкою не буває,&lt;br /&gt;</w:t>
        <w:br/>
        <w:t>Од ласки першої забудеться наруга.&lt;br /&gt;</w:t>
        <w:br/>
        <w:t>Чи сто хороших діл одне недобре згасить?&lt;br /&gt;</w:t>
        <w:br/>
        <w:t>Хто терня знищує, той солов'їв не слуха.&lt;br /&gt;</w:t>
        <w:br/>
        <w:t>Якщо він сердиться, перепросить не бійся:&lt;br /&gt;</w:t>
        <w:br/>
        <w:t>Не випада шукать щодня нового друга.</w:t>
      </w:r>
    </w:p>
    <w:p>
      <w:r>
        <w:br/>
        <w:t>* * *</w:t>
      </w:r>
    </w:p>
    <w:p>
      <w:r>
        <w:br/>
        <w:t>Відколи сонце сяє серед неба,&lt;br /&gt;</w:t>
        <w:br/>
        <w:t>Не жив такий, кому знання не треба.&lt;br /&gt;</w:t>
        <w:br/>
        <w:t>Які б віки прадавні не взяли ми —&lt;br /&gt;</w:t>
        <w:br/>
        <w:t>Розумні люди мовами усіми&lt;br /&gt;</w:t>
        <w:br/>
        <w:t>Знання шукали, сил не шкодували&lt;br /&gt;</w:t>
        <w:br/>
        <w:t>І речення у скелю вкарбували:&lt;br /&gt;</w:t>
        <w:br/>
        <w:t>"Знання для серця — світоч найясніший,&lt;br /&gt;</w:t>
        <w:br/>
        <w:t>Знання для тіла — панцир найміцніший".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Газелі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