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Gaudeamus</w:t>
      </w:r>
    </w:p>
    <w:p>
      <w:r>
        <w:br/>
        <w:t xml:space="preserve"> Гаудеамус (переклад українською)</w:t>
      </w:r>
    </w:p>
    <w:p>
      <w:r>
        <w:br/>
        <w:t>Гей, повеселімося,&lt;br /&gt;</w:t>
        <w:br/>
        <w:t>Поки молодії!&lt;br /&gt;</w:t>
        <w:br/>
        <w:t>Мине молодість квітуча,&lt;br /&gt;</w:t>
        <w:br/>
        <w:t>Старість нас впов'є, мов туча,&lt;br /&gt;</w:t>
        <w:br/>
        <w:t>І земля покриє.</w:t>
      </w:r>
    </w:p>
    <w:p>
      <w:r>
        <w:br/>
        <w:t>Де ті, що жили колись&lt;br /&gt;</w:t>
        <w:br/>
        <w:t>На розлогім світі?&lt;br /&gt;</w:t>
        <w:br/>
        <w:t>Треба чи під землю йти,&lt;br /&gt;</w:t>
        <w:br/>
        <w:t>Чи на небо злинути,&lt;br /&gt;</w:t>
        <w:br/>
        <w:t>Щоби їх зустріти.</w:t>
      </w:r>
    </w:p>
    <w:p>
      <w:r>
        <w:br/>
        <w:t>Те життя — лиш мить одна,&lt;br /&gt;</w:t>
        <w:br/>
        <w:t>Вмить воно й пролине.&lt;br /&gt;</w:t>
        <w:br/>
        <w:t>Смерть кістлява — тут як тут,&lt;br /&gt;</w:t>
        <w:br/>
        <w:t>Чинять свій над нами суд:&lt;br /&gt;</w:t>
        <w:br/>
        <w:t>Всіх — до домовини.</w:t>
      </w:r>
    </w:p>
    <w:p>
      <w:r>
        <w:br/>
        <w:t>Хай живе науки храм,&lt;br /&gt;</w:t>
        <w:br/>
        <w:t>Хай живуть учені!&lt;br /&gt;</w:t>
        <w:br/>
        <w:t>Кожен з них нехай живе.&lt;br /&gt;</w:t>
        <w:br/>
        <w:t>Процвітає ґроно все&lt;br /&gt;</w:t>
        <w:br/>
        <w:t>У добрі, натхненні!</w:t>
      </w:r>
    </w:p>
    <w:p>
      <w:r>
        <w:br/>
        <w:t>Хай живуть дівчата всі —&lt;br /&gt;</w:t>
        <w:br/>
        <w:t>Стрункі та ласкаві!&lt;br /&gt;</w:t>
        <w:br/>
        <w:t>Хай усі жінки живуть,&lt;br /&gt;</w:t>
        <w:br/>
        <w:t>Що любов, тепло несуть,&lt;br /&gt;</w:t>
        <w:br/>
        <w:t>Ніжні, в праці жваві!</w:t>
      </w:r>
    </w:p>
    <w:p>
      <w:r>
        <w:br/>
        <w:t>Хай живе наш край увесь&lt;br /&gt;</w:t>
        <w:br/>
        <w:t>І хто править краєм!&lt;br /&gt;</w:t>
        <w:br/>
        <w:t>Хай живуть мужі ясні,&lt;br /&gt;</w:t>
        <w:br/>
        <w:t>Що з їх ласки, приязні&lt;br /&gt;</w:t>
        <w:br/>
        <w:t>Знань тут набуваєм!</w:t>
      </w:r>
    </w:p>
    <w:p>
      <w:r>
        <w:br/>
        <w:t>Геть, журбо-напаснице,&lt;br /&gt;</w:t>
        <w:br/>
        <w:t>Болісті, гризоти!&lt;br /&gt;</w:t>
        <w:br/>
        <w:t>Геть, лукавий зліснику!&lt;br /&gt;</w:t>
        <w:br/>
        <w:t>Геть, їдкий насмішнику,&lt;br /&gt;</w:t>
        <w:br/>
        <w:t>З нашої спільноти!</w:t>
      </w:r>
    </w:p>
    <w:p>
      <w:r>
        <w:br/>
        <w:t>Переклад Андрія Содомори</w:t>
      </w:r>
    </w:p>
    <w:p>
      <w:r>
        <w:br/>
        <w:t>&lt;strong&gt;Гаудеамус (переспів)&lt;/strong&gt;&lt;br /&gt;</w:t>
        <w:br/>
        <w:t>Погуляймо, юнаки,&lt;br /&gt;</w:t>
        <w:br/>
        <w:t>Поки в нас є сила.&lt;br /&gt;</w:t>
        <w:br/>
        <w:t>Мине молодість щаслива,&lt;br /&gt;</w:t>
        <w:br/>
        <w:t>Мине старість докучлива,&lt;br /&gt;</w:t>
        <w:br/>
        <w:t>Вкриє нас могила.</w:t>
      </w:r>
    </w:p>
    <w:p>
      <w:r>
        <w:br/>
        <w:t>Ми недовго живемо,&lt;br /&gt;</w:t>
        <w:br/>
        <w:t>Швидко вік минає.&lt;br /&gt;</w:t>
        <w:br/>
        <w:t>Смерть, не гаючись, прилине,&lt;br /&gt;</w:t>
        <w:br/>
        <w:t>Без розбору всіх поглине —&lt;br /&gt;</w:t>
        <w:br/>
        <w:t>Смерть жалю не знає.</w:t>
      </w:r>
    </w:p>
    <w:p>
      <w:r>
        <w:br/>
        <w:t>Хай живуть нам вузи всі,&lt;br /&gt;</w:t>
        <w:br/>
        <w:t>Вся наша еліта:&lt;br /&gt;</w:t>
        <w:br/>
        <w:t>Професори і доценти,&lt;br /&gt;</w:t>
        <w:br/>
        <w:t>Аспіранти і студенти, —&lt;br /&gt;</w:t>
        <w:br/>
        <w:t>"Многая їм літа!"&lt;br /&gt;</w:t>
        <w:br/>
        <w:t>Хай дівчата всі живуть,&lt;br /&gt;</w:t>
        <w:br/>
        <w:t>Негорді, красиві,&lt;br /&gt;</w:t>
        <w:br/>
        <w:t>Хай живуть нам молодиці,&lt;br /&gt;</w:t>
        <w:br/>
        <w:t>Наші любі, ніжнолиці,&lt;br /&gt;</w:t>
        <w:br/>
        <w:t>Добрі, неліниві!</w:t>
      </w:r>
    </w:p>
    <w:p>
      <w:r>
        <w:br/>
        <w:t>Хай живе республіка&lt;br /&gt;</w:t>
        <w:br/>
        <w:t>І той, хто керує;&lt;br /&gt;</w:t>
        <w:br/>
        <w:t>Хай живе наша спільнота&lt;br /&gt;</w:t>
        <w:br/>
        <w:t>І благодійників щедрота,&lt;br /&gt;</w:t>
        <w:br/>
        <w:t>Що про всіх нас дбає.</w:t>
      </w:r>
    </w:p>
    <w:p>
      <w:r>
        <w:br/>
        <w:t>Всякий смуток геть від нас,&lt;br /&gt;</w:t>
        <w:br/>
        <w:t>Песимізму досить;&lt;br /&gt;</w:t>
        <w:br/>
        <w:t>Всякий біс нехай сконає,&lt;br /&gt;</w:t>
        <w:br/>
        <w:t>Що студентам не сприяє&lt;br /&gt;</w:t>
        <w:br/>
        <w:t>На глум їх підносить.</w:t>
      </w:r>
    </w:p>
    <w:p>
      <w:r>
        <w:br/>
        <w:t>Переспів Михайла Білика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Gaudeamus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