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Гаряче дерево</w:t>
      </w:r>
    </w:p>
    <w:p>
      <w:r>
        <w:br/>
        <w:t xml:space="preserve"> &lt;p&gt;Ішли одного разу лісом, а Іван Михайлович враз затанцював:</w:t>
      </w:r>
    </w:p>
    <w:p>
      <w:r>
        <w:br/>
        <w:t>— Плющ! Плющ! Плющ!..</w:t>
      </w:r>
    </w:p>
    <w:p>
      <w:r>
        <w:br/>
        <w:t>На гладеньких стовбурах осик ніби хтось понапинав струни, а на тих струнах нанизане білясте листя, трохи схоже на кленове. Струни — то стебла плюща. Листя міцне, шкірясте, такому й мороз не страшний.</w:t>
      </w:r>
    </w:p>
    <w:p>
      <w:r>
        <w:br/>
        <w:t>Плющ звичайний — рослина не така вже й звичайна. По-перше, вона — релікт, тобто така, що збереглася з прадавніх часів до наших днів, по-друге, на Україні в дикому стані зустрічається зрідка, та й то тільки на заході та ще в Криму. Тому-то ми з цікавістю ходили поміж деревами, приглядалися до плющевих струн.</w:t>
      </w:r>
    </w:p>
    <w:p>
      <w:r>
        <w:br/>
        <w:t>Люди знають плюща давно-давно. Стародавні греки, наприклад, вважали його священною рослиною. Адже він відвернув смерть від самого бога Діоніса. Ось як це було.</w:t>
      </w:r>
    </w:p>
    <w:p>
      <w:r>
        <w:br/>
        <w:t>Грізний Зевс покохав юну фіванську царівну Семелу і пообіцяв виконати будь-яке її прохання. Тоді богиня Гера, яка ненавиділа Семелу і хотіла її смерті, підмовила царівну:</w:t>
      </w:r>
    </w:p>
    <w:p>
      <w:r>
        <w:br/>
        <w:t>— Попроси Зевса, нехай з’явиться до тебе в усій своїй величі бога-громовержця.</w:t>
      </w:r>
    </w:p>
    <w:p>
      <w:r>
        <w:br/>
        <w:t>Цар богів не міг відмовити Семелі, адже він дав слово. І громовержець з’явився. Блискавка яскравилася в його руках, раз у раз вдаряли громи. Спалахнуло все довкола, загорівся і завалився царський палац, загойдалася земля. Охоплена жахом, упала Семела додолу, її обіймало полум’я. Зрозуміла вона підступність Гери, та було пізно.</w:t>
      </w:r>
    </w:p>
    <w:p>
      <w:r>
        <w:br/>
        <w:t>І тоді у вмираючої Семели народився син Діоніс — крихітне, зовсім немічне дитя. У лавині вогню воно здавалося приреченим на неминучу смерть. Та хіба міг загинути син великого Зевса? Із землі з усіх боків, як за помахом чарівної палички, почав рости густий плющ. Він прикрив дитя своєю зеленню і врятував від загибелі.</w:t>
      </w:r>
    </w:p>
    <w:p>
      <w:r>
        <w:br/>
        <w:t>Коли Діоніс виріс і став прекрасним і могутнім богом вина, богом сили, радості і родючості, вічнозелений плющ разом із виноградною лозою став символом його влади. Плющ завжди обвивав Діонісів посох. Під час святкових гулянь на честь цього бога стародавні греки прикрашали свої голови вінками з плюща. Спочатку — тільки з поваги до Діоніса, а потім — з тієї причини, що нібито ця рослина здатна розганяти хміль. До речі, і сам винахід вінка приписали богові Діонісу.</w:t>
      </w:r>
    </w:p>
    <w:p>
      <w:r>
        <w:br/>
        <w:t>Та була й ще одна немаловажна причина, — а можливо, навіть вона й головна, — шанобливого ставлення древніх до плюща.</w:t>
      </w:r>
    </w:p>
    <w:p>
      <w:r>
        <w:br/>
        <w:t>Нині ми якось навіть не задумуємося, наскільки полегшують наше життя звичайні сірники. Ми звикли, що вони завжди є при нас і дають змогу в будь-який час добути вогонь. Але ж сірники з’явилися порівняно недавно. Кресало і кремінь мають Давніший вік, але і їх ще не знала давня афінська господиня, яка змушена була постійно пильнувати, щоб у вогнищі тліла бодай одна іскорка. Бо добування вогню було тоді справою нелегкою. Робили це за допомогою спеціального дерев'яного приладу. І найкращий такий прилад, як писав "батько ботаніки" Теофраст, що жив за кілька століть до нашої ери, був саме із плюща: він давав вогонь швидше і вогонь той був дуже яскравий. Мабуть, через це греки називали плющ "гарячим деревом".</w:t>
      </w:r>
    </w:p>
    <w:p>
      <w:r>
        <w:br/>
        <w:t>Дехто може сказати: яке із плюща дерево, коли це ліана, що сама дереться на інші дерева або стелеться по землі.</w:t>
      </w:r>
    </w:p>
    <w:p>
      <w:r>
        <w:br/>
        <w:t>Еге ж, ліана. Та ця ліана росте дуже довго, і через кілька сотень років перетворюється у справжнє дерево. Окремі дерева-плющі, які ростуть зараз у Німецькій Демократичній Республіці, мають більше метра в діаметрі. Їх гілля так розметнулося довкола, що покриває площу близько 850 квадратних метрів. Вчені підрахували, що цим дідусям-велетням уже майже по тисячу років.</w:t>
      </w:r>
    </w:p>
    <w:p>
      <w:r>
        <w:br/>
        <w:t>Можна гадати, що колись подібні велетні росли цілими гаями. Отже було з чого брати деревину для вогнедобувних приладів.</w:t>
      </w:r>
    </w:p>
    <w:p>
      <w:r>
        <w:br/>
        <w:t>Чим пильніше придивлялися люди до плюща, тим більше дивувалися. Виявилося, що для цієї рослини зовсім не страшний град. Навіть коли уся рослинність довкола була посічена і побита безжальними горошинами граду, плющ спокійнісінько погойдував своїм цупким листям, на якому грізна стихія не лишила навіть сліду свого. А ще помітили, що плюща не вражає блискавка. І почали садити рослину біля житла, сподіваючись, що вона захистить від блискавки і його. Пізніше церковники почали освячувати гілочки плюща на вербній неділі і радили схороняти в хаті, клуні, хліві. Гілочки ніби-то мали оберігати будівлі від блискавки, пожежі і всякої іншої напасті.</w:t>
      </w:r>
    </w:p>
    <w:p>
      <w:r>
        <w:br/>
        <w:t>А потім з’ясувалося, що граду не бояться й інші рослини, які мають шкірясте вічнозелене листя, а блискавка дуже нечасто вдаряє в липу й глід. Та на той час у народі вже міцно прижилися легенди про винятковість у цьому плюща.</w:t>
      </w:r>
    </w:p>
    <w:p>
      <w:r>
        <w:br/>
        <w:t>Чого тільки не приписували плющеві: і що він має магічні властивості, і що здатний лікувати десятки хвороб! У це щиро вірили не тільки забобонні пастухи та хлібороби, а й високоосвічені, як на свій час, люди. Так, Бенедикт Крісп, який жив у кінці VII на початку VIII століть і був одним з найбільших ерудитів своєї доби, у широко відомій дидактичній поемі "Медичні замітки" на повному серйозі писав:</w:t>
      </w:r>
    </w:p>
    <w:p>
      <w:r>
        <w:br/>
        <w:t>Трапиться так, в голові щось стугонить безупинно</w:t>
      </w:r>
    </w:p>
    <w:p>
      <w:r>
        <w:br/>
        <w:t>І, полонивши її, біль завдає їй нестерпний.</w:t>
      </w:r>
    </w:p>
    <w:p>
      <w:r>
        <w:br/>
        <w:t>Зразу ж вінком із плюща постарайся її обв’язати.</w:t>
      </w:r>
    </w:p>
    <w:p>
      <w:r>
        <w:br/>
        <w:t>При всій шані до плюща, зараз цього, звичайно, ніхто б не написав. Зате писали і далі пишуть інше. Ось хоча б таке:</w:t>
      </w:r>
    </w:p>
    <w:p>
      <w:r>
        <w:br/>
        <w:t>"Трапляється, що одне дерево знищує інше, віднімаючи в нього поживу і заважаючи йому жити… Погане сусідство з плющем…"</w:t>
      </w:r>
    </w:p>
    <w:p>
      <w:r>
        <w:br/>
        <w:t>"Де той плющ поведеться в лісах, там псує дерева, обвиваючи їх".</w:t>
      </w:r>
    </w:p>
    <w:p>
      <w:r>
        <w:br/>
        <w:t>"Плющ, якому природа присудила повзати по землі, непомітно всмоктувався в пори дерева, хитро снувався тоненькими жилками по стовбуру до самого верховіття, день у день висмоктував соки, поки вп’явся мацальцями в коріння. А тоді запишався, забуяв, розпустивши листя по чужих гіллях. Та не сідають на нього ні бджоли, ні метелики, ба навіть сарана не їсть його. Цупкий і ядучий. Він зеленіє, поки струхлявіє коріння старого дерева, роз’їдене плющем, доки воно звалиться і вкриє паразита своєю порохнею…"</w:t>
      </w:r>
    </w:p>
    <w:p>
      <w:r>
        <w:br/>
        <w:t>Перше сказане Теофрастом за 300 років до нашої ери, друге — ботаніком К. Клюком двісті років тому, а третє писане в наші дні письменником.</w:t>
      </w:r>
    </w:p>
    <w:p>
      <w:r>
        <w:br/>
        <w:t>Проте наукою доведено, що плющ — ніякий не паразит і не висмоктує соку з інших дерев. Як і кожна чесна рослина, він добуває собі поживу з землі самостійно. А що повітряні корінці його чіпляються до дерева, то це молодий плющ шукає собі опору, щоб піднятися вище. Тільки й того, що з відмерлої кори цього дерева він іноді може брати своїми корінцями розчинні солі.</w:t>
      </w:r>
    </w:p>
    <w:p>
      <w:r>
        <w:br/>
        <w:t>Що ж до метеликів, то вони охоче відвідують плющ, як і інші рослини, а бджоли з його цвіту носять смачний густий мед. То вже письменник перебрав, гудячи рослину.</w:t>
      </w:r>
    </w:p>
    <w:p>
      <w:r>
        <w:br/>
        <w:t>Цвітіння й плодоносіння плюща — це справді диво. Адже він розпускає зонтики своїх зеленавих квіточок восени, коли всі інші рослини вже викохали плоди. А чорненькі ягоди "гарячого дерева" достигають… рано навесні. Зимовий холод не тільки їх не лякає, а навіть сприяє дозріванню.</w:t>
      </w:r>
    </w:p>
    <w:p>
      <w:r>
        <w:br/>
        <w:t>Кажуть, колись богиня квітів Флора йшла по землі і наділяла долею кожну рослину. Усе зело наввипередки тягнулося до своєї повелительки і випросило для цвітіння — весну, а для плодоносіння — осінь. Плющ же тоді жив на дні глибокої ущелини. Отож поки вибрався звідти, то й запізнився на побачення з Флорою. Тому в нього з квітками та ягодами не так, як в інших рослин.</w:t>
      </w:r>
    </w:p>
    <w:p>
      <w:r>
        <w:br/>
        <w:t>Сувора краса й оригінальність плюща людині до вподоби. Приручений, він по всіх усюдах укутує затишні альтанки, зірчасто мережить численні арки, зеленою лагідністю снується по підвіконнях. Спокій і тиху задуму дарують зустрічі з цією рослиною.</w:t>
      </w:r>
    </w:p>
    <w:p>
      <w:r>
        <w:br/>
        <w:t>Людина від плюща має й інші вигоди: із його соку вона виготовляє високоякісний лак, листям підгодовує овець, коли в них є маленькі ягнята, а з гірких плющевих ягід одержує ліки…</w:t>
      </w:r>
    </w:p>
    <w:p>
      <w:r>
        <w:br/>
        <w:t>І все ж якусь невідому нам властивість свою плющ і досі тримає в таємниці. Бо чого ж тоді птаство таке охоче до плющевих ягід? Бо чого ж тоді олень, щоб вижити після отруйного укусу фаланги, чимдуж поспішає поїсти плющевого листя?</w:t>
      </w:r>
    </w:p>
    <w:p>
      <w:r>
        <w:br/>
        <w:t>… — Оце здорово! — раз у раз повторював Іван Михайлович, поки ми оглядали тонкострунну плющеву колонію.</w:t>
      </w:r>
    </w:p>
    <w:p>
      <w:r>
        <w:br/>
        <w:t>Потім пояснив:</w:t>
      </w:r>
    </w:p>
    <w:p>
      <w:r>
        <w:br/>
        <w:t>— Років п’ятнадцять тому я цей ліс уздовж і впоперек сходив — на плюща тоді не натрапив. А він, виходить, осьдечки прижився. Здорово, га?..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Гаряче дерево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