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Галілей</w:t>
      </w:r>
    </w:p>
    <w:p>
      <w:r>
        <w:br/>
        <w:t xml:space="preserve"> О чорна, о страшна хвилина,&lt;br /&gt;</w:t>
        <w:br/>
        <w:t>Коли великий Галілей&lt;br /&gt;</w:t>
        <w:br/>
        <w:t>Упав, нещасний, на коліна,&lt;br /&gt;</w:t>
        <w:br/>
        <w:t>Щоб відректися від ідей.</w:t>
      </w:r>
    </w:p>
    <w:p>
      <w:r>
        <w:br/>
        <w:t>І посміхались кардинали,&lt;br /&gt;</w:t>
        <w:br/>
        <w:t>Бо єретик упав у прах,&lt;br /&gt;</w:t>
        <w:br/>
        <w:t>І, отже, знов земля стояла,&lt;br /&gt;</w:t>
        <w:br/>
        <w:t>А не кружляла в небесах!</w:t>
      </w:r>
    </w:p>
    <w:p>
      <w:r>
        <w:br/>
        <w:t>І веселились кардинали:&lt;br /&gt;</w:t>
        <w:br/>
        <w:t>Чортяче вирване зело!..&lt;br /&gt;</w:t>
        <w:br/>
        <w:t>А учні генія ридали,&lt;br /&gt;</w:t>
        <w:br/>
        <w:t>А учням соромно було.</w:t>
      </w:r>
    </w:p>
    <w:p>
      <w:r>
        <w:br/>
        <w:t>І лиш один всміхався радо.&lt;br /&gt;</w:t>
        <w:br/>
        <w:t>І він дзвонив поміж людей,&lt;br /&gt;</w:t>
        <w:br/>
        <w:t>Що геній, бач, пішов на зраду,&lt;br /&gt;</w:t>
        <w:br/>
        <w:t>Що, бач, продався Галілей.</w:t>
      </w:r>
    </w:p>
    <w:p>
      <w:r>
        <w:br/>
        <w:t>"Чому ж на нього кажуть— геній!?&lt;br /&gt;</w:t>
        <w:br/>
        <w:t>Чому говорите— титан?&lt;br /&gt;</w:t>
        <w:br/>
        <w:t>Відрікся ж! Отже — він не вчений,&lt;br /&gt;</w:t>
        <w:br/>
        <w:t>І не мудрець, а шарлатан.</w:t>
      </w:r>
    </w:p>
    <w:p>
      <w:r>
        <w:br/>
        <w:t>От я — не в приклад Галілею!&lt;br /&gt;</w:t>
        <w:br/>
        <w:t>Хай би мене судив конклав,&lt;br /&gt;</w:t>
        <w:br/>
        <w:t>Та я згорів би за ідею,&lt;br /&gt;</w:t>
        <w:br/>
        <w:t>А на коліна б я не став".</w:t>
      </w:r>
    </w:p>
    <w:p>
      <w:r>
        <w:br/>
        <w:t>А люди мовчки усміхались,&lt;br /&gt;</w:t>
        <w:br/>
        <w:t>А люди думали в ту мить:&lt;br /&gt;</w:t>
        <w:br/>
        <w:t>Земля могутньо оберталась, —&lt;br /&gt;</w:t>
        <w:br/>
        <w:t>Ніхто не міг її спинить!</w:t>
      </w:r>
    </w:p>
    <w:p>
      <w:r>
        <w:br/>
        <w:t>А цей, що учень?..Ради бога!..&lt;br /&gt;</w:t>
        <w:br/>
        <w:t>Який із нього єретик?&lt;br /&gt;</w:t>
        <w:br/>
        <w:t>Якби ж була ідея в нього, —&lt;br /&gt;</w:t>
        <w:br/>
        <w:t>А в нього тільки був язик.</w:t>
      </w:r>
    </w:p>
    <w:p>
      <w:r>
        <w:br/>
        <w:t>Він, звісно, мріяв про нетлінне,&lt;br /&gt;</w:t>
        <w:br/>
        <w:t>Він бути генієм хотів, —&lt;br /&gt;</w:t>
        <w:br/>
        <w:t>Та вік прожив чужою тінню&lt;br /&gt;</w:t>
        <w:br/>
        <w:t>І рупором невласних слів.</w:t>
      </w:r>
    </w:p>
    <w:p>
      <w:r>
        <w:br/>
        <w:t>А Галілею, як признатись.&lt;br /&gt;</w:t>
        <w:br/>
        <w:t>(Та й похвалитись заодно)&lt;br /&gt;</w:t>
        <w:br/>
        <w:t>Було від чого відрікатись..&lt;br /&gt;</w:t>
        <w:br/>
        <w:t>А це — не кожному дано.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Галілей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