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Галілей</w:t>
      </w:r>
    </w:p>
    <w:p>
      <w:r>
        <w:br/>
        <w:t xml:space="preserve"> От ликующих, праздно болтающих,&lt;br /&gt;</w:t>
        <w:br/>
        <w:t>Обагряющих руки в крови&lt;br /&gt;</w:t>
        <w:br/>
        <w:t>Уведи меня в стан погибающих&lt;br /&gt;</w:t>
        <w:br/>
        <w:t>За великое дело любви.&lt;br /&gt;</w:t>
        <w:br/>
        <w:t>М. Некрасов</w:t>
      </w:r>
    </w:p>
    <w:p>
      <w:r>
        <w:br/>
        <w:t>Марусі Юрковій присвячую</w:t>
      </w:r>
    </w:p>
    <w:p>
      <w:r>
        <w:br/>
        <w:t>По безмежних просторах знайома путь&lt;br /&gt;</w:t>
        <w:br/>
        <w:t>Не втомила землю і досі,&lt;br /&gt;</w:t>
        <w:br/>
        <w:t>Бо ось знову дощі ідуть,&lt;br /&gt;</w:t>
        <w:br/>
        <w:t>Осінь.</w:t>
      </w:r>
    </w:p>
    <w:p>
      <w:r>
        <w:br/>
        <w:t>І коли повз кав'ярні, де теплі огні,&lt;br /&gt;</w:t>
        <w:br/>
        <w:t>В черевиках іду подертих,&lt;br /&gt;</w:t>
        <w:br/>
        <w:t>Чогось раптом спокійно-спокійно мені —&lt;br /&gt;</w:t>
        <w:br/>
        <w:t>Чи то жити, чи вмерти...</w:t>
      </w:r>
    </w:p>
    <w:p>
      <w:r>
        <w:br/>
        <w:t>Ах, ця осінь!&lt;br /&gt;</w:t>
        <w:br/>
        <w:t>Це з нею постійно так:&lt;br /&gt;</w:t>
        <w:br/>
        <w:t>Стисне серце в малий кавалок,—&lt;br /&gt;</w:t>
        <w:br/>
        <w:t>І ось дні —&lt;br /&gt;</w:t>
        <w:br/>
        <w:t>Наче сірий тифозний барак,&lt;br /&gt;</w:t>
        <w:br/>
        <w:t>А за вікнами плями галок.</w:t>
      </w:r>
    </w:p>
    <w:p>
      <w:r>
        <w:br/>
        <w:t>Гей, спокійні, досвідчені! Всякі!&lt;br /&gt;</w:t>
        <w:br/>
        <w:t>Ви!&lt;br /&gt;</w:t>
        <w:br/>
        <w:t>Чиї щелепи мов обценьки!&lt;br /&gt;</w:t>
        <w:br/>
        <w:t>Я тихенький, тихенький. Тихіш од трави&amp;hellip;&lt;br /&gt;</w:t>
        <w:br/>
        <w:t>Взагалі я дуже тихенький.</w:t>
      </w:r>
    </w:p>
    <w:p>
      <w:r>
        <w:br/>
        <w:t>Не потрібно, звичайно, такої бридні&lt;br /&gt;</w:t>
        <w:br/>
        <w:t>Тим, що мають нервову систему хорошу!&lt;br /&gt;</w:t>
        <w:br/>
        <w:t>Ну, а я, хто обідає раз на три дні,&lt;br /&gt;</w:t>
        <w:br/>
        <w:t>Інакше не можу!</w:t>
      </w:r>
    </w:p>
    <w:p>
      <w:r>
        <w:br/>
        <w:t>Може, й справді такий обиватель я,&lt;br /&gt;</w:t>
        <w:br/>
        <w:t>Що весь біль мій — пальто без вати;&lt;br /&gt;</w:t>
        <w:br/>
        <w:t>Тільки ж, може, це з того, що я відтіля,&lt;br /&gt;</w:t>
        <w:br/>
        <w:t>Де закон — не по разу вмирати!</w:t>
      </w:r>
    </w:p>
    <w:p>
      <w:r>
        <w:br/>
        <w:t>Що я можу про себе сказати ще?&lt;br /&gt;</w:t>
        <w:br/>
        <w:t>Бути щирим — не всім зуміти! —&lt;br /&gt;</w:t>
        <w:br/>
        <w:t>Хіба те, що під сірим вечірнім дощем&lt;br /&gt;</w:t>
        <w:br/>
        <w:t>Десь на розі вити б і вити.</w:t>
      </w:r>
    </w:p>
    <w:p>
      <w:r>
        <w:br/>
        <w:t>Так, як виє на місяць голодний вовк,&lt;br /&gt;</w:t>
        <w:br/>
        <w:t>Дужий пращур собаки!&lt;br /&gt;</w:t>
        <w:br/>
        <w:t>Не замовк,&lt;br /&gt;</w:t>
        <w:br/>
        <w:t>Не замовк,&lt;br /&gt;</w:t>
        <w:br/>
        <w:t>Не замовк&lt;br /&gt;</w:t>
        <w:br/>
        <w:t>Голос споминів всяких!</w:t>
      </w:r>
    </w:p>
    <w:p>
      <w:r>
        <w:br/>
        <w:t>Крізь минуле і кожну хвилину нову,&lt;br /&gt;</w:t>
        <w:br/>
        <w:t>Крізь кохання чую і книгу —&lt;br /&gt;</w:t>
        <w:br/>
        <w:t>Ау-у! —&lt;br /&gt;</w:t>
        <w:br/>
        <w:t>вовчий вигук.</w:t>
      </w:r>
    </w:p>
    <w:p>
      <w:r>
        <w:br/>
        <w:t>Так, як виє дикун чорношкірий десь&lt;br /&gt;</w:t>
        <w:br/>
        <w:t>У байдужі вуха природі...&lt;br /&gt;</w:t>
        <w:br/>
        <w:t>Ах, я знаю, дикун той сховався увесь&lt;br /&gt;</w:t>
        <w:br/>
        <w:t>В моїм серці насподі!</w:t>
      </w:r>
    </w:p>
    <w:p>
      <w:r>
        <w:br/>
        <w:t>Так, як вили колись і мої діди,&lt;br /&gt;</w:t>
        <w:br/>
        <w:t>Називаючи вий цей співом,&lt;br /&gt;</w:t>
        <w:br/>
        <w:t>Коли співів чужих сліди&lt;br /&gt;</w:t>
        <w:br/>
        <w:t>Заливали червоним пивом!</w:t>
      </w:r>
    </w:p>
    <w:p>
      <w:r>
        <w:br/>
        <w:t>Гей!&lt;br /&gt;</w:t>
        <w:br/>
        <w:t>Та тільки ж тихенький я...&lt;br /&gt;</w:t>
        <w:br/>
        <w:t>І мені потихеньку вити&lt;br /&gt;</w:t>
        <w:br/>
        <w:t>В мертві вуха нудних киян&lt;br /&gt;</w:t>
        <w:br/>
        <w:t>Під осінній холодний вітер...</w:t>
      </w:r>
    </w:p>
    <w:p>
      <w:r>
        <w:br/>
        <w:t>І такий я злиденний увесь,&lt;br /&gt;</w:t>
        <w:br/>
        <w:t>І убого мені, убого...&lt;br /&gt;</w:t>
        <w:br/>
        <w:t>І Тичина, і Рильський, й Олесь...&lt;br /&gt;</w:t>
        <w:br/>
        <w:t>І нікого-нікого...</w:t>
      </w:r>
    </w:p>
    <w:p>
      <w:r>
        <w:br/>
        <w:t>Ну кому розповім я про ранній біль&lt;br /&gt;</w:t>
        <w:br/>
        <w:t>І про віру мою у біль цей,&lt;br /&gt;</w:t>
        <w:br/>
        <w:t>Коли мрія загальна — щоб вісім неділь&lt;br /&gt;</w:t>
        <w:br/>
        <w:t>Та на одному тижні зряду!</w:t>
      </w:r>
    </w:p>
    <w:p>
      <w:r>
        <w:br/>
        <w:t>Та й не треба нікому ніяких слів:&lt;br /&gt;</w:t>
        <w:br/>
        <w:t>Міліард дев'яносто чотири промови!&lt;br /&gt;</w:t>
        <w:br/>
        <w:t>Головне — заробив і з'їв,&lt;br /&gt;</w:t>
        <w:br/>
        <w:t>І щоб трошки здоровий!</w:t>
      </w:r>
    </w:p>
    <w:p>
      <w:r>
        <w:br/>
        <w:t>Ну на чорта, встромившись в сівке пальто,&lt;br /&gt;</w:t>
        <w:br/>
        <w:t>Комірком затуливши шию,&lt;br /&gt;</w:t>
        <w:br/>
        <w:t>В гущу давніх повій і нових авто&lt;br /&gt;</w:t>
        <w:br/>
        <w:t>Десь на розі безглуздо вию:</w:t>
      </w:r>
    </w:p>
    <w:p>
      <w:r>
        <w:br/>
        <w:t>— Нехай буде воля твоя,&lt;br /&gt;</w:t>
        <w:br/>
        <w:t>Часе мій,&lt;br /&gt;</w:t>
        <w:br/>
        <w:t>На землі натомленій цій!&lt;br /&gt;</w:t>
        <w:br/>
        <w:t>Комашинка маленька я&lt;br /&gt;</w:t>
        <w:br/>
        <w:t>На твоїй байдужій руці...</w:t>
      </w:r>
    </w:p>
    <w:p>
      <w:r>
        <w:br/>
        <w:t>Ой, упали ж та впали криваві роси&lt;br /&gt;</w:t>
        <w:br/>
        <w:t>На тихенькі-тихі поля...&lt;br /&gt;</w:t>
        <w:br/>
        <w:t>Мій народе!&lt;br /&gt;</w:t>
        <w:br/>
        <w:t>Темний і босий!&lt;br /&gt;</w:t>
        <w:br/>
        <w:t>Хай святиться твоє ім'я!</w:t>
      </w:r>
    </w:p>
    <w:p>
      <w:r>
        <w:br/>
        <w:t>Хай розквітнуть нові жита&lt;br /&gt;</w:t>
        <w:br/>
        <w:t>Пишним цвітом нової слави!&lt;br /&gt;</w:t>
        <w:br/>
        <w:t>Гей, ти, муко моя свята,&lt;br /&gt;</w:t>
        <w:br/>
        <w:t>Часе кривавий!</w:t>
      </w:r>
    </w:p>
    <w:p>
      <w:r>
        <w:br/>
        <w:t>Убієнним синам твоїм І всім тим,&lt;br /&gt;</w:t>
        <w:br/>
        <w:t>Що будуть забиті,&lt;br /&gt;</w:t>
        <w:br/>
        <w:t>Щоб повстати в безсмертнім міті,&lt;br /&gt;</w:t>
        <w:br/>
        <w:t>Всім&lt;br /&gt;</w:t>
        <w:br/>
        <w:t>Їм —&lt;br /&gt;</w:t>
        <w:br/>
        <w:t>Осанна!</w:t>
      </w:r>
    </w:p>
    <w:p>
      <w:r>
        <w:br/>
        <w:t>Й раптом тиша мені незнана&lt;br /&gt;</w:t>
        <w:br/>
        <w:t>Кривить сміхом покірний рот,—&lt;br /&gt;</w:t>
        <w:br/>
        <w:t>Ах, і в серці гаряча рана —&lt;br /&gt;</w:t>
        <w:br/>
        <w:t>Остогидлий всім анекдот!</w:t>
      </w:r>
    </w:p>
    <w:p>
      <w:r>
        <w:br/>
        <w:t>Тоді бачу — в проваллях камінних&lt;br /&gt;</w:t>
        <w:br/>
        <w:t>Чудернацький дикий танець!&lt;br /&gt;</w:t>
        <w:br/>
        <w:t>І нікому ніхто не винен,&lt;br /&gt;</w:t>
        <w:br/>
        <w:t>І давно вже з нас кожний — мрець!</w:t>
      </w:r>
    </w:p>
    <w:p>
      <w:r>
        <w:br/>
        <w:t>Танці&amp;hellip; злидні... карати... парфуми...&lt;br /&gt;</w:t>
        <w:br/>
        <w:t>Гаманці...&lt;br /&gt;</w:t>
        <w:br/>
        <w:t>Гаманці...&lt;br /&gt;</w:t>
        <w:br/>
        <w:t>Гаманці...&lt;br /&gt;</w:t>
        <w:br/>
        <w:t>Як до речі вигукують думи&lt;br /&gt;</w:t>
        <w:br/>
        <w:t>Десь на розі старці!</w:t>
      </w:r>
    </w:p>
    <w:p>
      <w:r>
        <w:br/>
        <w:t>Пруть до церкви, на смерть, в ресторани&amp;hellip;&lt;br /&gt;</w:t>
        <w:br/>
        <w:t>Жруть, торгують собою, плюють&lt;br /&gt;</w:t>
        <w:br/>
        <w:t>В непромиті, неславлені рани,—&lt;br /&gt;</w:t>
        <w:br/>
        <w:t>Живуть!</w:t>
      </w:r>
    </w:p>
    <w:p>
      <w:r>
        <w:br/>
        <w:t>Гей, ти, вулице!&lt;br /&gt;</w:t>
        <w:br/>
        <w:t>Потного м'яса&lt;br /&gt;</w:t>
        <w:br/>
        <w:t>Безбережна, безкрая ріка!&lt;br /&gt;</w:t>
        <w:br/>
        <w:t>Й над усім — два словечки з Тараса&lt;br /&gt;</w:t>
        <w:br/>
        <w:t>І обмитий дощами плакат!</w:t>
      </w:r>
    </w:p>
    <w:p>
      <w:r>
        <w:br/>
        <w:t>Ну кому це потрібно сьогодні?&lt;br /&gt;</w:t>
        <w:br/>
        <w:t>Дурень той, хто ще й досі поет!&lt;br /&gt;</w:t>
        <w:br/>
        <w:t>Вчора — модні частушки народні,&lt;br /&gt;</w:t>
        <w:br/>
        <w:t>А сьогодні — уривки з старих оперет!</w:t>
      </w:r>
    </w:p>
    <w:p>
      <w:r>
        <w:br/>
        <w:t>Ет!&lt;br /&gt;</w:t>
        <w:br/>
        <w:t>Нічні пригоди ріжні&lt;br /&gt;</w:t>
        <w:br/>
        <w:t>Напрочуд дивовижні!&lt;br /&gt;</w:t>
        <w:br/>
        <w:t>О часе!&lt;br /&gt;</w:t>
        <w:br/>
        <w:t>Часе мій!&lt;br /&gt;</w:t>
        <w:br/>
        <w:t>Хоч ти почервоній!</w:t>
      </w:r>
    </w:p>
    <w:p>
      <w:r>
        <w:br/>
        <w:t>Ах!&lt;br /&gt;</w:t>
        <w:br/>
        <w:t>В яких таких словах,&lt;br /&gt;</w:t>
        <w:br/>
        <w:t>В рядках, скажіть, яких&lt;br /&gt;</w:t>
        <w:br/>
        <w:t>На розі днів моїх&lt;br /&gt;</w:t>
        <w:br/>
        <w:t>Від болю закричу?&lt;br /&gt;</w:t>
        <w:br/>
        <w:t>Мовчу.</w:t>
      </w:r>
    </w:p>
    <w:p>
      <w:r>
        <w:br/>
        <w:t>І, як і всі, лечу&lt;br /&gt;</w:t>
        <w:br/>
        <w:t>З землею в далечінь...&lt;br /&gt;</w:t>
        <w:br/>
        <w:t>О серце, відпочинь! —&lt;br /&gt;</w:t>
        <w:br/>
        <w:t>Закон.</w:t>
      </w:r>
    </w:p>
    <w:p>
      <w:r>
        <w:br/>
        <w:t>Ти не одне — мільйон!&lt;br /&gt;</w:t>
        <w:br/>
        <w:t>І не мільйон — світи&lt;br /&gt;</w:t>
        <w:br/>
        <w:t>Палають до мети&lt;br /&gt;</w:t>
        <w:br/>
        <w:t>Вогнем!</w:t>
      </w:r>
    </w:p>
    <w:p>
      <w:r>
        <w:br/>
        <w:t>А щоб за сірим даєм&lt;br /&gt;</w:t>
        <w:br/>
        <w:t>Десь обрій не загиб,&lt;br /&gt;</w:t>
        <w:br/>
        <w:t>Попросимо підем —&lt;br /&gt;</w:t>
        <w:br/>
        <w:t>Чи не допомогли б...&lt;br /&gt;</w:t>
        <w:br/>
        <w:t>Homo sapiens я...</w:t>
      </w:r>
    </w:p>
    <w:p>
      <w:r>
        <w:br/>
        <w:t>Хлип... хлип...&lt;br /&gt;</w:t>
        <w:br/>
        <w:t>Дайте мені на хліб!&lt;br /&gt;</w:t>
        <w:br/>
        <w:t>Кормителі!&lt;br /&gt;</w:t>
        <w:br/>
        <w:t>Хай царствують ваші родителі&lt;br /&gt;</w:t>
        <w:br/>
        <w:t>Вічно,&lt;br /&gt;</w:t>
        <w:br/>
        <w:t>А я денно і нічно&lt;br /&gt;</w:t>
        <w:br/>
        <w:t>За них&lt;br /&gt;</w:t>
        <w:br/>
        <w:t>хлип... хлип...&lt;br /&gt;</w:t>
        <w:br/>
        <w:t>Дайте мені на хліб...&lt;br /&gt;</w:t>
        <w:br/>
        <w:t>Не минайте!</w:t>
      </w:r>
    </w:p>
    <w:p>
      <w:r>
        <w:br/>
        <w:t>Темний я з болю — не бачу.&lt;br /&gt;</w:t>
        <w:br/>
        <w:t>Радість останню трачу.&lt;br /&gt;</w:t>
        <w:br/>
        <w:t>Чуєте: плачу —&lt;br /&gt;</w:t>
        <w:br/>
        <w:t>Хлип...&lt;br /&gt;</w:t>
        <w:br/>
        <w:t>Хлип...&lt;br /&gt;</w:t>
        <w:br/>
        <w:t>Дайте мені на хліб&lt;br /&gt;</w:t>
        <w:br/>
        <w:t>На шматочок...</w:t>
      </w:r>
    </w:p>
    <w:p>
      <w:r>
        <w:br/>
        <w:t>Матінки, мене пожалійте,&lt;br /&gt;</w:t>
        <w:br/>
        <w:t>Батечки, мене научіте,&lt;br /&gt;</w:t>
        <w:br/>
        <w:t>Як його в світі жити&lt;br /&gt;</w:t>
        <w:br/>
        <w:t>Мені...</w:t>
      </w:r>
    </w:p>
    <w:p>
      <w:r>
        <w:br/>
        <w:t>О, ні!&lt;br /&gt;</w:t>
        <w:br/>
        <w:t>Не копійки брудні!&lt;br /&gt;</w:t>
        <w:br/>
        <w:t>Дайте шматочок щирости!&lt;br /&gt;</w:t>
        <w:br/>
        <w:t>О, коли б серцем вирости&lt;br /&gt;</w:t>
        <w:br/>
        <w:t>До безмежної,&lt;br /&gt;</w:t>
        <w:br/>
        <w:t>як біль, тишини!</w:t>
      </w:r>
    </w:p>
    <w:p>
      <w:r>
        <w:br/>
        <w:t>Але мовчки проходять вони,&lt;br /&gt;</w:t>
        <w:br/>
        <w:t>Кожний кожному завше далекий...&lt;br /&gt;</w:t>
        <w:br/>
        <w:t>І вже вечір вогкий догнив,&lt;br /&gt;</w:t>
        <w:br/>
        <w:t>І не сплять лиш аптеки...</w:t>
      </w:r>
    </w:p>
    <w:p>
      <w:r>
        <w:br/>
        <w:t>Та ще серця самотній стук...&lt;br /&gt;</w:t>
        <w:br/>
        <w:t>І лягає мокрий туман&lt;br /&gt;</w:t>
        <w:br/>
        <w:t>На безлюдний майдан,&lt;br /&gt;</w:t>
        <w:br/>
        <w:t>На брук...</w:t>
      </w:r>
    </w:p>
    <w:p>
      <w:r>
        <w:br/>
        <w:t>Звук&lt;br /&gt;</w:t>
        <w:br/>
        <w:t>Кожного&lt;br /&gt;</w:t>
        <w:br/>
        <w:t>Кроку&lt;br /&gt;</w:t>
        <w:br/>
        <w:t>Мертвий такий,&lt;br /&gt;</w:t>
        <w:br/>
        <w:t>Так наче збоку&lt;br /&gt;</w:t>
        <w:br/>
        <w:t>Минулі віки —&lt;br /&gt;</w:t>
        <w:br/>
        <w:t>Вулиць провалля чорне...</w:t>
      </w:r>
    </w:p>
    <w:p>
      <w:r>
        <w:br/>
        <w:t>Знову самотність знайома горне&lt;br /&gt;</w:t>
        <w:br/>
        <w:t>До себе мою утому...&lt;br /&gt;</w:t>
        <w:br/>
        <w:t>Що ж, додому —&lt;br /&gt;</w:t>
        <w:br/>
        <w:t>Забудеться!</w:t>
      </w:r>
    </w:p>
    <w:p>
      <w:r>
        <w:br/>
        <w:t>Та чого ж тільки кожна вулиця&lt;br /&gt;</w:t>
        <w:br/>
        <w:t>Серед ночі чужа й нова,&lt;br /&gt;</w:t>
        <w:br/>
        <w:t>А до серця тихенько туляться&lt;br /&gt;</w:t>
        <w:br/>
        <w:t>Незнайомі слова:</w:t>
      </w:r>
    </w:p>
    <w:p>
      <w:r>
        <w:br/>
        <w:t>— Гей, ви, села! Забуті ниви!&lt;br /&gt;</w:t>
        <w:br/>
        <w:t>Чи на лоні ж ваших годин&lt;br /&gt;</w:t>
        <w:br/>
        <w:t>Десь розквіт хоч один щасливий,&lt;br /&gt;</w:t>
        <w:br/>
        <w:t>Вашим болем прекрасний крин?</w:t>
      </w:r>
    </w:p>
    <w:p>
      <w:r>
        <w:br/>
        <w:t>Що я знаю? Нічого не знаю!&lt;br /&gt;</w:t>
        <w:br/>
        <w:t>Взагалі я не знаю нічого...&lt;br /&gt;</w:t>
        <w:br/>
        <w:t>Ах, я тільки конаю&lt;br /&gt;</w:t>
        <w:br/>
        <w:t>Убого...&lt;br /&gt;</w:t>
        <w:br/>
        <w:t>Ах, я тільки бажаю&lt;br /&gt;</w:t>
        <w:br/>
        <w:t>Одного:&lt;br /&gt;</w:t>
        <w:br/>
        <w:t>Тишини! Хни...</w:t>
      </w:r>
    </w:p>
    <w:p>
      <w:r>
        <w:br/>
        <w:t>Інтелігентщина ця вже!&lt;br /&gt;</w:t>
        <w:br/>
        <w:t>Хоч би форма якась нова!&lt;br /&gt;</w:t>
        <w:br/>
        <w:t>Просто завше&lt;br /&gt;</w:t>
        <w:br/>
        <w:t>Нудні слова!</w:t>
      </w:r>
    </w:p>
    <w:p>
      <w:r>
        <w:br/>
        <w:t>Кооператор один знайомий&lt;br /&gt;</w:t>
        <w:br/>
        <w:t>(Сірий костюм, рукавички, бриль)&lt;br /&gt;</w:t>
        <w:br/>
        <w:t>Говорив мені:&lt;br /&gt;</w:t>
        <w:br/>
        <w:t>— Вам двадцять сьомий,&lt;br /&gt;</w:t>
        <w:br/>
        <w:t>А ви й досі ще гниль!&lt;br /&gt;</w:t>
        <w:br/>
        <w:t>Зрозумійте ж, що має рацію&lt;br /&gt;</w:t>
        <w:br/>
        <w:t>Зараз бути лиш той,&lt;br /&gt;</w:t>
        <w:br/>
        <w:t>Хто кохає кооперацію&lt;br /&gt;</w:t>
        <w:br/>
        <w:t>Або має авто!&lt;br /&gt;</w:t>
        <w:br/>
        <w:t>О!</w:t>
      </w:r>
    </w:p>
    <w:p>
      <w:r>
        <w:br/>
        <w:t>А над містом пливуть тумани...&lt;br /&gt;</w:t>
        <w:br/>
        <w:t>Орбітою лине Земля...&lt;br /&gt;</w:t>
        <w:br/>
        <w:t>Як тихо безлисті каштани&lt;br /&gt;</w:t>
        <w:br/>
        <w:t>Шумлять...</w:t>
      </w:r>
    </w:p>
    <w:p>
      <w:r>
        <w:br/>
        <w:t>Десь зерно під ораним хутром&lt;br /&gt;</w:t>
        <w:br/>
        <w:t>Вже, певно, рости почало...&lt;br /&gt;</w:t>
        <w:br/>
        <w:t>А ніч так спокійно і мудро&lt;br /&gt;</w:t>
        <w:br/>
        <w:t>До мене схилила чоло...</w:t>
      </w:r>
    </w:p>
    <w:p>
      <w:r>
        <w:br/>
        <w:t>О ноче!&lt;br /&gt;</w:t>
        <w:br/>
        <w:t>Ти чуєш, як стогне&lt;br /&gt;</w:t>
        <w:br/>
        <w:t>Жадана моя тишина?&lt;br /&gt;</w:t>
        <w:br/>
        <w:t>— Бо істини вічної вогник&lt;br /&gt;</w:t>
        <w:br/>
        <w:t>Дорівнює жмені пшона!</w:t>
      </w:r>
    </w:p>
    <w:p>
      <w:r>
        <w:br/>
        <w:t>О ноче!&lt;br /&gt;</w:t>
        <w:br/>
        <w:t>А хто ж тому винний,&lt;br /&gt;</w:t>
        <w:br/>
        <w:t>Що ближче, ніж вічність,— куліш,&lt;br /&gt;</w:t>
        <w:br/>
        <w:t>І мрія буває — двогривений?&lt;br /&gt;</w:t>
        <w:br/>
        <w:t>Чого ж ти мовчиш?</w:t>
      </w:r>
    </w:p>
    <w:p>
      <w:r>
        <w:br/>
        <w:t>Чого не ричиш&lt;br /&gt;</w:t>
        <w:br/>
        <w:t>Над нами&lt;br /&gt;</w:t>
        <w:br/>
        <w:t>Громами&lt;br /&gt;</w:t>
        <w:br/>
        <w:t>Так,&lt;br /&gt;</w:t>
        <w:br/>
        <w:t>Щоб змішались докупи гами,&lt;br /&gt;</w:t>
        <w:br/>
        <w:t>Щоб догори ногами&lt;br /&gt;</w:t>
        <w:br/>
        <w:t>Все!</w:t>
      </w:r>
    </w:p>
    <w:p>
      <w:r>
        <w:br/>
        <w:t>Хай тоді день несе&lt;br /&gt;</w:t>
        <w:br/>
        <w:t>Зойки! Нехай ридають!&lt;br /&gt;</w:t>
        <w:br/>
        <w:t>Може ж, хоч так пригадають,&lt;br /&gt;</w:t>
        <w:br/>
        <w:t>Що серце в людини є!</w:t>
      </w:r>
    </w:p>
    <w:p>
      <w:r>
        <w:br/>
        <w:t>Бачиш — гниє&lt;br /&gt;</w:t>
        <w:br/>
        <w:t>І досі&lt;br /&gt;</w:t>
        <w:br/>
        <w:t>На розі&lt;br /&gt;</w:t>
        <w:br/>
        <w:t>Каліка безногий?</w:t>
      </w:r>
    </w:p>
    <w:p>
      <w:r>
        <w:br/>
        <w:t>І це там, де усі дороги&lt;br /&gt;</w:t>
        <w:br/>
        <w:t>У прекрасну ведуть далечінь?&lt;br /&gt;</w:t>
        <w:br/>
        <w:t>Так з яких же таких причин&lt;br /&gt;</w:t>
        <w:br/>
        <w:t>Простягає огризок людини руки,&lt;br /&gt;</w:t>
        <w:br/>
        <w:t>Тільки що не хапає за брюки —&lt;br /&gt;</w:t>
        <w:br/>
        <w:t>Кумедний такий!&lt;br /&gt;</w:t>
        <w:br/>
        <w:t>А навколо плювки...&lt;br /&gt;</w:t>
        <w:br/>
        <w:t>Бруд з усіх місць...&lt;br /&gt;</w:t>
        <w:br/>
        <w:t>Певне, що нелегкий&lt;br /&gt;</w:t>
        <w:br/>
        <w:t>Хліб&lt;br /&gt;</w:t>
        <w:br/>
        <w:t>Їсть!&lt;br /&gt;</w:t>
        <w:br/>
        <w:t>О!&lt;br /&gt;</w:t>
        <w:br/>
        <w:t>Тож-бо й воно!</w:t>
      </w:r>
    </w:p>
    <w:p>
      <w:r>
        <w:br/>
        <w:t>Ах, який це сюжет для кіно!&lt;br /&gt;</w:t>
        <w:br/>
        <w:t>Які побутові трюки&lt;br /&gt;</w:t>
        <w:br/>
        <w:t>Може дати, наприклад, безрукий,&lt;br /&gt;</w:t>
        <w:br/>
        <w:t>Що з очима, повними муки,&lt;br /&gt;</w:t>
        <w:br/>
        <w:t>Виє в пики фарбованих баб:&lt;br /&gt;</w:t>
        <w:br/>
        <w:t>— Цигарки Гостабфаб!&lt;br /&gt;</w:t>
        <w:br/>
        <w:t>Ех!</w:t>
      </w:r>
    </w:p>
    <w:p>
      <w:r>
        <w:br/>
        <w:t>А ще краще сліпець біля тину,&lt;br /&gt;</w:t>
        <w:br/>
        <w:t>Що, зігнувши дугою спину,&lt;br /&gt;</w:t>
        <w:br/>
        <w:t>Виє кожну хвилину:&lt;br /&gt;</w:t>
        <w:br/>
        <w:t>"У каміна".&lt;br /&gt;</w:t>
        <w:br/>
        <w:t>А хвилина&lt;br /&gt;</w:t>
        <w:br/>
        <w:t>Годину&lt;br /&gt;</w:t>
        <w:br/>
        <w:t>Непомітно за руку веде...&lt;br /&gt;</w:t>
        <w:br/>
        <w:t>І ніде&lt;br /&gt;</w:t>
        <w:br/>
        <w:t>Не спочину!&lt;br /&gt;</w:t>
        <w:br/>
        <w:t>Ніде&lt;br /&gt;</w:t>
        <w:br/>
        <w:t>До загину...&lt;br /&gt;</w:t>
        <w:br/>
        <w:t>Ніде!</w:t>
      </w:r>
    </w:p>
    <w:p>
      <w:r>
        <w:br/>
        <w:t>І обличчя моє бліде&lt;br /&gt;</w:t>
        <w:br/>
        <w:t>Не одягне ніколи усмішки,&lt;br /&gt;</w:t>
        <w:br/>
        <w:t>Що бувала колись у людей&lt;br /&gt;</w:t>
        <w:br/>
        <w:t>Над сторінками мудрої книжки...</w:t>
      </w:r>
    </w:p>
    <w:p>
      <w:r>
        <w:br/>
        <w:t>Ах, ця мудрість!&lt;br /&gt;</w:t>
        <w:br/>
        <w:t>Десяток слів.&lt;br /&gt;</w:t>
        <w:br/>
        <w:t>Ну навіщо поеми й промови?&lt;br /&gt;</w:t>
        <w:br/>
        <w:t>Головне — заробив і з'їв,&lt;br /&gt;</w:t>
        <w:br/>
        <w:t>І щоб трошки здоровий!</w:t>
      </w:r>
    </w:p>
    <w:p>
      <w:r>
        <w:br/>
        <w:t>І тоді вже, ноче, дивись —&lt;br /&gt;</w:t>
        <w:br/>
        <w:t>Не врятують наради й накази,&lt;br /&gt;</w:t>
        <w:br/>
        <w:t>Коли там, де серце колись,&lt;br /&gt;</w:t>
        <w:br/>
        <w:t>Буде клаптик такої фрази!</w:t>
      </w:r>
    </w:p>
    <w:p>
      <w:r>
        <w:br/>
        <w:t>І не вірю, не вірю — ні! —&lt;br /&gt;</w:t>
        <w:br/>
        <w:t>Що сотворить добро недобрий!&lt;br /&gt;</w:t>
        <w:br/>
        <w:t>І погасли по вікнах огні...&lt;br /&gt;</w:t>
        <w:br/>
        <w:t>І туманиться обрій...</w:t>
      </w:r>
    </w:p>
    <w:p>
      <w:r>
        <w:br/>
        <w:t>Місто спить.&lt;br /&gt;</w:t>
        <w:br/>
        <w:t>І стоїть&lt;br /&gt;</w:t>
        <w:br/>
        <w:t>На сторожі&lt;br /&gt;</w:t>
        <w:br/>
        <w:t>Біля нього&lt;br /&gt;</w:t>
        <w:br/>
        <w:t>Засмучена мить...&lt;br /&gt;</w:t>
        <w:br/>
        <w:t>І болить,&lt;br /&gt;</w:t>
        <w:br/>
        <w:t>І болить,&lt;br /&gt;</w:t>
        <w:br/>
        <w:t>І болить...</w:t>
      </w:r>
    </w:p>
    <w:p>
      <w:r>
        <w:br/>
        <w:t>Ой мій болю!&lt;br /&gt;</w:t>
        <w:br/>
        <w:t>Ти днів моїх радосте!&lt;br /&gt;</w:t>
        <w:br/>
        <w:t>В далечінь тебе час несе.&lt;br /&gt;</w:t>
        <w:br/>
        <w:t>Може, там колись з тебе виросте&lt;br /&gt;</w:t>
        <w:br/>
        <w:t>Виправдання за все!</w:t>
      </w:r>
    </w:p>
    <w:p>
      <w:r>
        <w:br/>
        <w:t>О мій болю!&lt;br /&gt;</w:t>
        <w:br/>
        <w:t>Єдиний!&lt;br /&gt;</w:t>
        <w:br/>
        <w:t>Прекрасний!&lt;br /&gt;</w:t>
        <w:br/>
        <w:t>Жертва моя далеким братам!&lt;br /&gt;</w:t>
        <w:br/>
        <w:t>Там —&lt;br /&gt;</w:t>
        <w:br/>
        <w:t>Біля ніг нової людини! —&lt;br /&gt;</w:t>
        <w:br/>
        <w:t>Згасни&lt;br /&gt;</w:t>
        <w:br/>
        <w:t>Коло радісних брам!</w:t>
      </w:r>
    </w:p>
    <w:p>
      <w:r>
        <w:br/>
        <w:t>А я тобі дні віддам,—&lt;br /&gt;</w:t>
        <w:br/>
        <w:t>Славлю тебе, великий!&lt;br /&gt;</w:t>
        <w:br/>
        <w:t>Вірю — сльоза одинока каліки&lt;br /&gt;</w:t>
        <w:br/>
        <w:t>Важить більш, ніж промови, баланси&lt;br /&gt;</w:t>
        <w:br/>
        <w:t>і тисячі віршів і драм!</w:t>
      </w:r>
    </w:p>
    <w:p>
      <w:r>
        <w:br/>
        <w:t>Там —&lt;br /&gt;</w:t>
        <w:br/>
        <w:t>Вам,&lt;br /&gt;</w:t>
        <w:br/>
        <w:t>Нам,&lt;br /&gt;</w:t>
        <w:br/>
        <w:t>Тобі,&lt;br /&gt;</w:t>
        <w:br/>
        <w:t>Мені, їм —&lt;br /&gt;</w:t>
        <w:br/>
        <w:t>Гей —&lt;br /&gt;</w:t>
        <w:br/>
        <w:t>Всім,&lt;br /&gt;</w:t>
        <w:br/>
        <w:t>Всім,&lt;br /&gt;</w:t>
        <w:br/>
        <w:t>Всім,—</w:t>
      </w:r>
    </w:p>
    <w:p>
      <w:r>
        <w:br/>
        <w:t>Так буде:&lt;br /&gt;</w:t>
        <w:br/>
        <w:t>Прийдуть дужі, щасливі люде;&lt;br /&gt;</w:t>
        <w:br/>
        <w:t>А земля така й не така:&lt;br /&gt;</w:t>
        <w:br/>
        <w:t>І машини прекрасні всюди,&lt;br /&gt;</w:t>
        <w:br/>
        <w:t>Й без мозолів кожна рука.</w:t>
      </w:r>
    </w:p>
    <w:p>
      <w:r>
        <w:br/>
        <w:t>І ось сядуть вони на квітчастих луках,&lt;br /&gt;</w:t>
        <w:br/>
        <w:t>І розступиться час.&lt;br /&gt;</w:t>
        <w:br/>
        <w:t>...І в крові, на Голгофі, в муках&lt;br /&gt;</w:t>
        <w:br/>
        <w:t>узрять нас.</w:t>
      </w:r>
    </w:p>
    <w:p>
      <w:r>
        <w:br/>
        <w:t>Тоді голос — від моря до моря:&lt;br /&gt;</w:t>
        <w:br/>
        <w:t>— Що з вас кожний робив тоді,&lt;br /&gt;</w:t>
        <w:br/>
        <w:t>Як творилося наше вчора&lt;br /&gt;</w:t>
        <w:br/>
        <w:t>На землі, від крові рудій?</w:t>
      </w:r>
    </w:p>
    <w:p>
      <w:r>
        <w:br/>
        <w:t>І ось вийдуть похмурі й скажуть:&lt;br /&gt;</w:t>
        <w:br/>
        <w:t>— Ми&lt;br /&gt;</w:t>
        <w:br/>
        <w:t>Не хотіли, щоб правду нашу&lt;br /&gt;</w:t>
        <w:br/>
        <w:t>Витягали з пітьми!</w:t>
      </w:r>
    </w:p>
    <w:p>
      <w:r>
        <w:br/>
        <w:t>Знали смак у коханні й лікері,—&lt;br /&gt;</w:t>
        <w:br/>
        <w:t>Та чи винні ж у тім, скажіть,&lt;br /&gt;</w:t>
        <w:br/>
        <w:t>Що не знали зовсім про двері,&lt;br /&gt;</w:t>
        <w:br/>
        <w:t>Що вели за біжучу мить?</w:t>
      </w:r>
    </w:p>
    <w:p>
      <w:r>
        <w:br/>
        <w:t>Ну, пороли там часом... Одначе&lt;br /&gt;</w:t>
        <w:br/>
        <w:t>Не звертались ніколи на "ти"!&lt;br /&gt;</w:t>
        <w:br/>
        <w:t>Й раптом крикне хтось нетерпляче:&lt;br /&gt;</w:t>
        <w:br/>
        <w:t>— А женіть їх під три чорти!</w:t>
      </w:r>
    </w:p>
    <w:p>
      <w:r>
        <w:br/>
        <w:t>Тоді вийдуть горді, мов льви!&lt;br /&gt;</w:t>
        <w:br/>
        <w:t>І не я... і не ви...&lt;br /&gt;</w:t>
        <w:br/>
        <w:t>Інші.&lt;br /&gt;</w:t>
        <w:br/>
        <w:t>Скажуть:&lt;br /&gt;</w:t>
        <w:br/>
        <w:t>— Ми ті,&lt;br /&gt;</w:t>
        <w:br/>
        <w:t>Хто, вірні меті,&lt;br /&gt;</w:t>
        <w:br/>
        <w:t>Йшли безупинно до неї! —&lt;br /&gt;</w:t>
        <w:br/>
        <w:t>З темних проваллів на скелі круті,&lt;br /&gt;</w:t>
        <w:br/>
        <w:t>Світлом безсмертним укриті,—&lt;br /&gt;</w:t>
        <w:br/>
        <w:t>Гей, через кров, через трупи братів!&lt;br /&gt;</w:t>
        <w:br/>
        <w:t>Кожний хотів&lt;br /&gt;</w:t>
        <w:br/>
        <w:t>Перший меті&lt;br /&gt;</w:t>
        <w:br/>
        <w:t>Кинуть під ноги лілеї!</w:t>
      </w:r>
    </w:p>
    <w:p>
      <w:r>
        <w:br/>
        <w:t>Ми умирали за неї!&lt;br /&gt;</w:t>
        <w:br/>
        <w:t>Ми убивали для неї!&lt;br /&gt;</w:t>
        <w:br/>
        <w:t>Ми їй усе, що могли, віддали!&lt;br /&gt;</w:t>
        <w:br/>
        <w:t>Так, наче кожен малий,&lt;br /&gt;</w:t>
        <w:br/>
        <w:t>Очі у всіх змолодніють!&lt;br /&gt;</w:t>
        <w:br/>
        <w:t>Благословенний, коли&lt;br /&gt;</w:t>
        <w:br/>
        <w:t>Здійснену бачиш надію!</w:t>
      </w:r>
    </w:p>
    <w:p>
      <w:r>
        <w:br/>
        <w:t>Хором земля й небеса:&lt;br /&gt;</w:t>
        <w:br/>
        <w:t>— Благословенні довіку,&lt;br /&gt;</w:t>
        <w:br/>
        <w:t>Хто себе кров'ю вписав&lt;br /&gt;</w:t>
        <w:br/>
        <w:t>В книгу безсмертя велику!</w:t>
      </w:r>
    </w:p>
    <w:p>
      <w:r>
        <w:br/>
        <w:t>Далі посунуть без ліку,&lt;br /&gt;</w:t>
        <w:br/>
        <w:t>Збившись безглуздо докупи,&lt;br /&gt;</w:t>
        <w:br/>
        <w:t>Трупи,&lt;br /&gt;</w:t>
        <w:br/>
        <w:t>Яких я щодня зустрічаю&lt;br /&gt;</w:t>
        <w:br/>
        <w:t>Після вечірнього чаю&lt;br /&gt;</w:t>
        <w:br/>
        <w:t>На пішоході...&lt;br /&gt;</w:t>
        <w:br/>
        <w:t>Годі!</w:t>
      </w:r>
    </w:p>
    <w:p>
      <w:r>
        <w:br/>
        <w:t>Довго тягтиметься мить...&lt;br /&gt;</w:t>
        <w:br/>
        <w:t>Вітер неначе безкрилий...&lt;br /&gt;</w:t>
        <w:br/>
        <w:t>Потім до них: ідіть,&lt;br /&gt;</w:t>
        <w:br/>
        <w:t>Бо не відали ви, що творили!</w:t>
      </w:r>
    </w:p>
    <w:p>
      <w:r>
        <w:br/>
        <w:t>А після них...&lt;br /&gt;</w:t>
        <w:br/>
        <w:t>Тоді...&lt;br /&gt;</w:t>
        <w:br/>
        <w:t>Вийдемо ми, бліді...&lt;br /&gt;</w:t>
        <w:br/>
        <w:t>Я і ті,&lt;br /&gt;</w:t>
        <w:br/>
        <w:t>Хто зі мною...&lt;br /&gt;</w:t>
        <w:br/>
        <w:t>Ті, що в житті&lt;br /&gt;</w:t>
        <w:br/>
        <w:t>Похилились травою!&lt;br /&gt;</w:t>
        <w:br/>
        <w:t>І бліденькі-бліденькі ми всі...&lt;br /&gt;</w:t>
        <w:br/>
        <w:t>І такі якісь... непомітні...&lt;br /&gt;</w:t>
        <w:br/>
        <w:t>А навколо у всій красі&lt;br /&gt;</w:t>
        <w:br/>
        <w:t>Часи заповітні!</w:t>
      </w:r>
    </w:p>
    <w:p>
      <w:r>
        <w:br/>
        <w:t>І, здається, спокійно-спокійно нам.&lt;br /&gt;</w:t>
        <w:br/>
        <w:t>І сказати нам зовсім нічого...&lt;br /&gt;</w:t>
        <w:br/>
        <w:t>Ах, що вічно щасливим братам&lt;br /&gt;</w:t>
        <w:br/>
        <w:t>До нашого болю нічного!</w:t>
      </w:r>
    </w:p>
    <w:p>
      <w:r>
        <w:br/>
        <w:t>І тоді говоритиму я&lt;br /&gt;</w:t>
        <w:br/>
        <w:t>(Ой ти доле моя!) —&lt;br /&gt;</w:t>
        <w:br/>
        <w:t>так приблизно:&lt;br /&gt;</w:t>
        <w:br/>
        <w:t>— Не дивіться на нас так грізно!</w:t>
      </w:r>
    </w:p>
    <w:p>
      <w:r>
        <w:br/>
        <w:t>Ми тихенькі, тихенькі...&lt;br /&gt;</w:t>
        <w:br/>
        <w:t>Як шепіт трави...&lt;br /&gt;</w:t>
        <w:br/>
        <w:t>Ми той гній, на якому ви&lt;br /&gt;</w:t>
        <w:br/>
        <w:t>Виросли пізно.</w:t>
      </w:r>
    </w:p>
    <w:p>
      <w:r>
        <w:br/>
        <w:t>Не герої, не жертви... ми так собі&amp;hellip;&lt;br /&gt;</w:t>
        <w:br/>
        <w:t>Ті сіренькі, маленькі люди,&lt;br /&gt;</w:t>
        <w:br/>
        <w:t>В кого серця гарячий бій&lt;br /&gt;</w:t>
        <w:br/>
        <w:t>Болем виснажив груди!</w:t>
      </w:r>
    </w:p>
    <w:p>
      <w:r>
        <w:br/>
        <w:t>І боліло, боліло нам&lt;br /&gt;</w:t>
        <w:br/>
        <w:t>Там...&lt;br /&gt;</w:t>
        <w:br/>
        <w:t>в днях...&lt;br /&gt;</w:t>
        <w:br/>
        <w:t>Ах!&lt;br /&gt;</w:t>
        <w:br/>
        <w:t>Не треба!&lt;br /&gt;</w:t>
        <w:br/>
        <w:t>Під наметом нового неба,&lt;br /&gt;</w:t>
        <w:br/>
        <w:t>На просторах полів нових —&lt;br /&gt;</w:t>
        <w:br/>
        <w:t>Нині відпускаєши рабів твоїх,&lt;br /&gt;</w:t>
        <w:br/>
        <w:t>Часе!</w:t>
      </w:r>
    </w:p>
    <w:p>
      <w:r>
        <w:br/>
        <w:t>Бо ми бачили муку твою —&lt;br /&gt;</w:t>
        <w:br/>
        <w:t>І вірили в радість!&lt;br /&gt;</w:t>
        <w:br/>
        <w:t>Бо ми бачимо радість твою —&lt;br /&gt;</w:t>
        <w:br/>
        <w:t>Змучені...&lt;br /&gt;</w:t>
        <w:br/>
        <w:t>І нам скажуть тоді: відпочиньте!</w:t>
      </w:r>
    </w:p>
    <w:p>
      <w:r>
        <w:br/>
        <w:t>. . . . . . . . . . . . . . . . . . . . . . . . . . . . .</w:t>
      </w:r>
    </w:p>
    <w:p>
      <w:r>
        <w:br/>
        <w:t>Ах, ноче!&lt;br /&gt;</w:t>
        <w:br/>
        <w:t>Вибач, що так охоче&lt;br /&gt;</w:t>
        <w:br/>
        <w:t>Я розв'язав свого язика!&lt;br /&gt;</w:t>
        <w:br/>
        <w:t>Це вже звичка в мене така —&lt;br /&gt;</w:t>
        <w:br/>
        <w:t>Поговорити!</w:t>
      </w:r>
    </w:p>
    <w:p>
      <w:r>
        <w:br/>
        <w:t>Та й не всім же діло робити:&lt;br /&gt;</w:t>
        <w:br/>
        <w:t>Безробітний я третій рік —&lt;br /&gt;</w:t>
        <w:br/>
        <w:t>От і звик.</w:t>
      </w:r>
    </w:p>
    <w:p>
      <w:r>
        <w:br/>
        <w:t>І признатись — інтелігент...&lt;br /&gt;</w:t>
        <w:br/>
        <w:t>Ну і всякі такі слова...&lt;br /&gt;</w:t>
        <w:br/>
        <w:t>Та й до того ще на момент&lt;br /&gt;</w:t>
        <w:br/>
        <w:t>Завернулась мені голова.</w:t>
      </w:r>
    </w:p>
    <w:p>
      <w:r>
        <w:br/>
        <w:t>Це вже наслідок недокрів'я:&lt;br /&gt;</w:t>
        <w:br/>
        <w:t>Небагато хліба в півфунті!&lt;br /&gt;</w:t>
        <w:br/>
        <w:t>Пам'ятаєш таке прислів'я:&lt;br /&gt;</w:t>
        <w:br/>
        <w:t>"Transit gloria mundi..."</w:t>
      </w:r>
    </w:p>
    <w:p>
      <w:r>
        <w:br/>
        <w:t>А проте це, звичайно, дурниця!&lt;br /&gt;</w:t>
        <w:br/>
        <w:t>Просто в серці мені убого.&lt;br /&gt;</w:t>
        <w:br/>
        <w:t>Спіть спокійно, кому ще спиться,—&lt;br /&gt;</w:t>
        <w:br/>
        <w:t>Тільки й всього!</w:t>
      </w:r>
    </w:p>
    <w:p>
      <w:r>
        <w:br/>
        <w:t>Бо не стане чекати мить,&lt;br /&gt;</w:t>
        <w:br/>
        <w:t>А то більше година,&lt;br /&gt;</w:t>
        <w:br/>
        <w:t>Через те, що когось болить,&lt;br /&gt;</w:t>
        <w:br/>
        <w:t>Що конає людина!</w:t>
      </w:r>
    </w:p>
    <w:p>
      <w:r>
        <w:br/>
        <w:t>Та й нічого мені не треба!&lt;br /&gt;</w:t>
        <w:br/>
        <w:t>Маю примус, ковдру й кімнату...&lt;br /&gt;</w:t>
        <w:br/>
        <w:t>Навіть латку осіннього неба,&lt;br /&gt;</w:t>
        <w:br/>
        <w:t>Димарями прип'яту!</w:t>
      </w:r>
    </w:p>
    <w:p>
      <w:r>
        <w:br/>
        <w:t>І я зовсім, зовсім спокійний!&lt;br /&gt;</w:t>
        <w:br/>
        <w:t>Ах, яка це безсмертна гармонія —&lt;br /&gt;</w:t>
        <w:br/>
        <w:t>Революція, голод, і війни,&lt;br /&gt;</w:t>
        <w:br/>
        <w:t>І маленького людського серця агонія!</w:t>
      </w:r>
    </w:p>
    <w:p>
      <w:r>
        <w:br/>
        <w:t>Гей, ти, серце! Спокійно виконуй&lt;br /&gt;</w:t>
        <w:br/>
        <w:t>Певну кількість ударів своїх!&lt;br /&gt;</w:t>
        <w:br/>
        <w:t>Розподілено всім по закону&lt;br /&gt;</w:t>
        <w:br/>
        <w:t>Біль і радість, утому і сміх!</w:t>
      </w:r>
    </w:p>
    <w:p>
      <w:r>
        <w:br/>
        <w:t>І пливу я у безвість з Землею&lt;br /&gt;</w:t>
        <w:br/>
        <w:t>По орбіті, що пише вона!&lt;br /&gt;</w:t>
        <w:br/>
        <w:t>А над нею,&lt;br /&gt;</w:t>
        <w:br/>
        <w:t>під нею,&lt;br /&gt;</w:t>
        <w:br/>
        <w:t>за нею —&lt;br /&gt;</w:t>
        <w:br/>
        <w:t>тишина,&lt;br /&gt;</w:t>
        <w:br/>
        <w:t>тишина,&lt;br /&gt;</w:t>
        <w:br/>
        <w:t>тишина...</w:t>
      </w:r>
    </w:p>
    <w:p>
      <w:r>
        <w:br/>
        <w:t>А живу я на поверсі шостому,&lt;br /&gt;</w:t>
        <w:br/>
        <w:t>І живу від доби до доби,&lt;br /&gt;</w:t>
        <w:br/>
        <w:t>І живу я, звичайно, по-простому,&lt;br /&gt;</w:t>
        <w:br/>
        <w:t>Так, аби...</w:t>
      </w:r>
    </w:p>
    <w:p>
      <w:r>
        <w:br/>
        <w:t>Раз на тиждень виходжу з дому,&lt;br /&gt;</w:t>
        <w:br/>
        <w:t>Одягнувши пальтисько руде,&lt;br /&gt;</w:t>
        <w:br/>
        <w:t>Повз вітрини тягну утому,&lt;br /&gt;</w:t>
        <w:br/>
        <w:t>Куди шлунок усіх веде.</w:t>
      </w:r>
    </w:p>
    <w:p>
      <w:r>
        <w:br/>
        <w:t>Ставлю явку на біржі праці...&lt;br /&gt;</w:t>
        <w:br/>
        <w:t>Й знов вертаюсь у свій куток,&lt;br /&gt;</w:t>
        <w:br/>
        <w:t>Де без сну на твердому матраці&lt;br /&gt;</w:t>
        <w:br/>
        <w:t>Передумано стільки думок,</w:t>
      </w:r>
    </w:p>
    <w:p>
      <w:r>
        <w:br/>
        <w:t>Що, коли підійду серед ночі&lt;br /&gt;</w:t>
        <w:br/>
        <w:t>До знайомого добре вікна,&lt;br /&gt;</w:t>
        <w:br/>
        <w:t>Бачать болем засмучені очі&lt;br /&gt;</w:t>
        <w:br/>
        <w:t>Тишину до останнього дна!</w:t>
      </w:r>
    </w:p>
    <w:p>
      <w:r>
        <w:br/>
        <w:t>Місто спить. На покрівлі іржаві&lt;br /&gt;</w:t>
        <w:br/>
        <w:t>Віє вітер туманом вгорі...&lt;br /&gt;</w:t>
        <w:br/>
        <w:t>І, як в кожній культурній державі,&lt;br /&gt;</w:t>
        <w:br/>
        <w:t>Де-не-де миготять ліхтарі...</w:t>
      </w:r>
    </w:p>
    <w:p>
      <w:r>
        <w:br/>
        <w:t>Позіхаючи, ходять дозорці,&lt;br /&gt;</w:t>
        <w:br/>
        <w:t>Людський сон стережуть і майно —&lt;br /&gt;</w:t>
        <w:br/>
        <w:t>По їдальнях недоїдки порцій,&lt;br /&gt;</w:t>
        <w:br/>
        <w:t>У вітринах калоші й вино!</w:t>
      </w:r>
    </w:p>
    <w:p>
      <w:r>
        <w:br/>
        <w:t>А за стінами — з храпом і свистом&lt;br /&gt;</w:t>
        <w:br/>
        <w:t>Сплять натомлені, потні, брудні,&lt;br /&gt;</w:t>
        <w:br/>
        <w:t>Хто з прокльонами, з радістю, з хистом&lt;br /&gt;</w:t>
        <w:br/>
        <w:t>Під майбутнє угноював дні!</w:t>
      </w:r>
    </w:p>
    <w:p>
      <w:r>
        <w:br/>
        <w:t>І пливуть вони разом з землею&lt;br /&gt;</w:t>
        <w:br/>
        <w:t>По орбіті, що пише вона...&lt;br /&gt;</w:t>
        <w:br/>
        <w:t>А над нею,&lt;br /&gt;</w:t>
        <w:br/>
        <w:t>під нею,&lt;br /&gt;</w:t>
        <w:br/>
        <w:t>за нею —&lt;br /&gt;</w:t>
        <w:br/>
        <w:t>тишина,&lt;br /&gt;</w:t>
        <w:br/>
        <w:t>тишина,&lt;br /&gt;</w:t>
        <w:br/>
        <w:t>тишина...</w:t>
      </w:r>
    </w:p>
    <w:p>
      <w:r>
        <w:br/>
        <w:t>А там, вище, в безодні туманній,&lt;br /&gt;</w:t>
        <w:br/>
        <w:t>В тишині, як на лоні мети,&lt;br /&gt;</w:t>
        <w:br/>
        <w:t>В злотосяйнім блискучім убранні&lt;br /&gt;</w:t>
        <w:br/>
        <w:t>Плинуть інші далекі світи...</w:t>
      </w:r>
    </w:p>
    <w:p>
      <w:r>
        <w:br/>
        <w:t>І такий я маленький без краю...&lt;br /&gt;</w:t>
        <w:br/>
        <w:t>І про біль свій кому розповім,&lt;br /&gt;</w:t>
        <w:br/>
        <w:t>Що я з нього безглуздо конаю&lt;br /&gt;</w:t>
        <w:br/>
        <w:t>У кутку на матраці твердім!</w:t>
      </w:r>
    </w:p>
    <w:p>
      <w:r>
        <w:br/>
        <w:t>О далекі! Майбутнє безкрає!&lt;br /&gt;</w:t>
        <w:br/>
        <w:t>Це для вас, о, я знаю, для вас&lt;br /&gt;</w:t>
        <w:br/>
        <w:t>Свій терновий вінок посипає&lt;br /&gt;</w:t>
        <w:br/>
        <w:t>Конфетті мій скривавлений час!</w:t>
      </w:r>
    </w:p>
    <w:p>
      <w:r>
        <w:br/>
        <w:t>Й раптом ніч розриває на клоччя&lt;br /&gt;</w:t>
        <w:br/>
        <w:t>Сміх не сміх і гроза не гроза —&lt;br /&gt;</w:t>
        <w:br/>
        <w:t>Дика пісня, голодна і вовча:&lt;br /&gt;</w:t>
        <w:br/>
        <w:t>Прокидається в місті базар.</w:t>
      </w:r>
    </w:p>
    <w:p>
      <w:r>
        <w:br/>
        <w:t>І чиїсь закривавлені лапи,&lt;br /&gt;</w:t>
        <w:br/>
        <w:t>Тіні творчої вічно руки,&lt;br /&gt;</w:t>
        <w:br/>
        <w:t>Сіють рясно на дрантя й єдваби&lt;br /&gt;</w:t>
        <w:br/>
        <w:t>копійки,&lt;br /&gt;</w:t>
        <w:br/>
        <w:t>копійки,&lt;br /&gt;</w:t>
        <w:br/>
        <w:t>копійки...</w:t>
      </w:r>
    </w:p>
    <w:p>
      <w:r>
        <w:br/>
        <w:t>На посади... В церкви...&lt;br /&gt;</w:t>
        <w:br/>
        <w:t>В ресторани&amp;hellip;&lt;br /&gt;</w:t>
        <w:br/>
        <w:t>Жруть... Кохають...&lt;br /&gt;</w:t>
        <w:br/>
        <w:t>Крізь зуби плюють&lt;br /&gt;</w:t>
        <w:br/>
        <w:t>В непромиті неславлені рани...&lt;br /&gt;</w:t>
        <w:br/>
        <w:t>Живуть!</w:t>
      </w:r>
    </w:p>
    <w:p>
      <w:r>
        <w:br/>
        <w:t>Поруч злиднів — карати, парфуми...&lt;br /&gt;</w:t>
        <w:br/>
        <w:t>Гаманці...&lt;br /&gt;</w:t>
        <w:br/>
        <w:t>Гаманці...&lt;br /&gt;</w:t>
        <w:br/>
        <w:t>Гаманці...&lt;br /&gt;</w:t>
        <w:br/>
        <w:t>Як до речі вигукують думи&lt;br /&gt;</w:t>
        <w:br/>
        <w:t>Десь на розі старці!</w:t>
      </w:r>
    </w:p>
    <w:p>
      <w:r>
        <w:br/>
        <w:t>Упаду на холодну підлогу,—&lt;br /&gt;</w:t>
        <w:br/>
        <w:t>Сіро нидіє ранок в вікні,—&lt;br /&gt;</w:t>
        <w:br/>
        <w:t>І молюся — не чорту! не богу! —&lt;br /&gt;</w:t>
        <w:br/>
        <w:t>А очам моїх змучених днів!</w:t>
      </w:r>
    </w:p>
    <w:p>
      <w:r>
        <w:br/>
        <w:t>О смутні і прекрасні довіку...&lt;br /&gt;</w:t>
        <w:br/>
        <w:t>Через муку, утому і кров&lt;br /&gt;</w:t>
        <w:br/>
        <w:t>Хай побачите справді велику,&lt;br /&gt;</w:t>
        <w:br/>
        <w:t>Невмирущу, як вічність, любов!</w:t>
      </w:r>
    </w:p>
    <w:p>
      <w:r>
        <w:br/>
        <w:t>А мені вже — нічого й нікого...&lt;br /&gt;</w:t>
        <w:br/>
        <w:t>Як трава, я тихенький такий...&lt;br /&gt;</w:t>
        <w:br/>
        <w:t>І до мене довірливо й строго&lt;br /&gt;</w:t>
        <w:br/>
        <w:t>Посміхнуться далекі віки...</w:t>
      </w:r>
    </w:p>
    <w:p>
      <w:r>
        <w:br/>
        <w:t>А вгорі, в далині, наді мною —&lt;br /&gt;</w:t>
        <w:br/>
        <w:t>Неприступний для зору людей,&lt;br /&gt;</w:t>
        <w:br/>
        <w:t>Оповитий віків тишиною —&lt;br /&gt;</w:t>
        <w:br/>
        <w:t>Г а л і л е й.</w:t>
      </w:r>
    </w:p>
    <w:p>
      <w:r>
        <w:br/>
        <w:t>Гей!&lt;br /&gt;</w:t>
        <w:br/>
        <w:t>Герої!&lt;br /&gt;</w:t>
        <w:br/>
        <w:t>Каліки!&lt;br /&gt;</w:t>
        <w:br/>
        <w:t>Службовці!&lt;br /&gt;</w:t>
        <w:br/>
        <w:t>Торговці!&lt;br /&gt;</w:t>
        <w:br/>
        <w:t>Поетики!&lt;br /&gt;</w:t>
        <w:br/>
        <w:t>А живіть собі, як вам бажається!&lt;br /&gt;</w:t>
        <w:br/>
        <w:t>Через те, що —&lt;br /&gt;</w:t>
        <w:br/>
        <w:t>ви чуєте? —&lt;br /&gt;</w:t>
        <w:br/>
        <w:t>все-таки&lt;br /&gt;</w:t>
        <w:br/>
        <w:t>о б е р т а є т ь с 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Галілей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