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Галаганчик</w:t>
      </w:r>
    </w:p>
    <w:p>
      <w:r>
        <w:br/>
        <w:t xml:space="preserve"> &lt;p&gt;Ви думаєте він і справді Галаганчик? Ні, він просто Петько. Це його мати Галаганчиком прозвала, ще як зовсім малий був. Півень такий у дворі ходив. Ґалаґан, куряча порода, цибатий і шия гола. Щоб красунь був — не можна сказати, але Уляна його шанувала за голос. Кукурікне — увесь колгосп розбудить. Так от, у Петька теж такий голосок був, не дуже спокійний: як заспіває в колисці "уа" — з хати тікай. Уляна його Галаганчиком і прозвала, як того півня. Зараз Петькові аж сім років, а його й досі так звуть.</w:t>
      </w:r>
    </w:p>
    <w:p>
      <w:r>
        <w:br/>
        <w:t>Але справа, звісно, не в цьому. Уранці вносили в хату лантухи. Вони були повнісінькі і, мабуть, дуже важкі, батько аж кректав, ставлячи їх під стіну</w:t>
      </w:r>
    </w:p>
    <w:p>
      <w:r>
        <w:br/>
        <w:t>— Подякуй, Галаганчику, матері,— сказав він, посміхаючись,— не вона стільки заробила.</w:t>
      </w:r>
    </w:p>
    <w:p>
      <w:r>
        <w:br/>
        <w:t>Мішків було кілька. Хитрий дядько Мирон каже, що у всіх мішках цукор. Невже і в тому найбільшому теж цукор?</w:t>
      </w:r>
    </w:p>
    <w:p>
      <w:r>
        <w:br/>
        <w:t>Галаганчик вибрав зручну хвилину і гвіздком проколупав у лантусі дірку. Це треба було зробити дуже швидко, бо щохвилини хтось міг увійти в хату. Та нічого, впорався спритно.</w:t>
      </w:r>
    </w:p>
    <w:p>
      <w:r>
        <w:br/>
        <w:t>З дірки цівочкою посипався білий блискучий пісок. Галаганчик лизнув його язиком, і на обличчі в нього заясніла солодка усмішка:</w:t>
      </w:r>
    </w:p>
    <w:p>
      <w:r>
        <w:br/>
        <w:t>— Цукор...</w:t>
      </w:r>
    </w:p>
    <w:p>
      <w:r>
        <w:br/>
        <w:t>Взагалі день був незвичайний. По обіді приїхала підвода, посходились люди, мати була дуже весела і прибралася у все таке гарне, наче на велике свято. Вона цілувала Галаганчика, прощалася, баби співали пісень, і ось за ворітьми лишився Галаганчик з батьком, голова колгоспу та дядько Мирон, та ще дівчата й баби. Баби співали, а дехто нишком витирав сльози, і взагалі все це було незвичайне.</w:t>
      </w:r>
    </w:p>
    <w:p>
      <w:r>
        <w:br/>
        <w:t>Батько взяв його на руки, як малого:</w:t>
      </w:r>
    </w:p>
    <w:p>
      <w:r>
        <w:br/>
        <w:t>Рости, синку, щоб і ти умів так робити, як</w:t>
      </w:r>
    </w:p>
    <w:p>
      <w:r>
        <w:br/>
        <w:t>мати.</w:t>
      </w:r>
    </w:p>
    <w:p>
      <w:r>
        <w:br/>
        <w:t>І всі заплескали в долоні, а Галаганчикові було сумно, бо мати все ж таки поїхала, і він хотів заплакати, та соромно, бо багато людей.</w:t>
      </w:r>
    </w:p>
    <w:p>
      <w:r>
        <w:br/>
        <w:t>— До Москви поїхала наша мама Уляна,— і поніс батько сина в хату, а на щоці в нього блищала сльоза, та то, певно, од вітру, бо вже осінь, і вітряки на вигоні махають крилами, як журавлі.</w:t>
      </w:r>
    </w:p>
    <w:p>
      <w:r>
        <w:br/>
        <w:t>А ввечері, коли всі вже, мабуть, поснули, бо за вікнами було темно, і тільки Галаганчик ще не спав на лежанці, до нього схилився батько.</w:t>
      </w:r>
    </w:p>
    <w:p>
      <w:r>
        <w:br/>
        <w:t>От ми сидимо, синку, в хаті, а наша мама Уляна десь їде в Москву, і колеса, синку, тук-тук-тук, тук-тук-тук. Великі залізні колеса, бо їде вона у швидкому поїзді, їхати їй ніч і день, тук-тук-тук... До схід сонця вставала наша мама Уляна, синку, з ланкою своєю буряки доглядала на полі. З маленьких зернят зійшли вони, бур'ян їх хотів заглушити наша мама бур'ян полола, біля кожного корінця, як біля рідної дитини, ходила. А тепер їде мама Уляна до Кремля розказати про свою працю, бо найбільшого врожаю вона домоглася, і ні в кого ще такого врожаю не бувало ніколи...</w:t>
      </w:r>
    </w:p>
    <w:p>
      <w:r>
        <w:br/>
        <w:t>Надворі під вікнами гуляв вітер і свистів, як парубок, а вітряки на вигоні і вночі махають крилами, як журавлі. Три дні не було ніякої звістки про матір, але про неї говорили в колгоспі всі, і навіть малий Санько по-приятельському повідомив Галаганчика:</w:t>
      </w:r>
    </w:p>
    <w:p>
      <w:r>
        <w:br/>
        <w:t>Твоя мати поїхала до Кремля, а коли вона привезе тобі сопілку, даси мені пограти.</w:t>
      </w:r>
    </w:p>
    <w:p>
      <w:r>
        <w:br/>
        <w:t>Чому саме сопілку, а не щось інше, лишилось таємницею.</w:t>
      </w:r>
    </w:p>
    <w:p>
      <w:r>
        <w:br/>
        <w:t>Незабаром настав день, коли з Москви прийшла велика газета і розбурхала у Галаганчика безліч незвичних думок і почувань. Батькові пальці трошки тремтіли, він показав синові газету.</w:t>
      </w:r>
    </w:p>
    <w:p>
      <w:r>
        <w:br/>
        <w:t>Впізнаєш, хто це?</w:t>
      </w:r>
    </w:p>
    <w:p>
      <w:r>
        <w:br/>
        <w:t>Як же не впізнать? Це була мати. Вона стояла, як жива, і усміхалася до нього, до свого сина.</w:t>
      </w:r>
    </w:p>
    <w:p>
      <w:r>
        <w:br/>
        <w:t>Нашій мамі Уляні, сину, орден дали,— і очі в батька вогко заблищали, як сині скельця.</w:t>
      </w:r>
    </w:p>
    <w:p>
      <w:r>
        <w:br/>
        <w:t>Увійшов дядько Мирон і... такий чудний, поцілувався з батьком і довго-довго тиснув йому РУку.</w:t>
      </w:r>
    </w:p>
    <w:p>
      <w:r>
        <w:br/>
        <w:t>— Твоя мати, Галаганчику, тепер ось яка! — І дядько Мирон рукою показав, яка тепер заввишки мати, та хоч і дуже високий він був, а стелі все ж не дістав і засміявся.</w:t>
      </w:r>
    </w:p>
    <w:p>
      <w:r>
        <w:br/>
        <w:t>Тоді стали чекати материного приїзду, і всі дні якось дивно змінилися, вони були такі, як у свято, бо всі прибиралися, а на воротях почепили червоний прапор. Він лопотів на великому вітрі, бо вже осінь, і вітряки на вигоні все махають крилами, як журавлі.</w:t>
      </w:r>
    </w:p>
    <w:p>
      <w:r>
        <w:br/>
        <w:t>— Готуй нашій мамі Уляні подарунок, сину! Батько такий заклопотаний, і всі заклопотані, а Галаганчик узяв газету і поліз на піч. Він приклеїв газету на комині, і мати все усміхалась йому, а Галаганчикові дуже хотілось їй гукнути: "Драстуй, мамо, це я, твій Галаганчик", та мати однаково б не почула, бо вона зараз у поїзді везе додому орден.</w:t>
      </w:r>
    </w:p>
    <w:p>
      <w:r>
        <w:br/>
        <w:t>А що коли мати тепер уже. не така, як була раніше, може, вона вже й забула, який у неї Галаганчик? Он і дядько Мирон каже, ще й рукою показує, яка мати заввишки, і всі кажуть, що в неї тепер орден, а він, Галаганчик, ні ордена не має і нічого робити не вміє, тільки провертів у лантусі дірку, і ще вміє майструвати з очерету млинки.</w:t>
      </w:r>
    </w:p>
    <w:p>
      <w:r>
        <w:br/>
        <w:t>Але коли мати не забула його, він приготує їй такий подарунок, такий, що на весь світ. Він зробить їй млинок, найкращий у світі, навіть кращий, ніж у Санька.</w:t>
      </w:r>
    </w:p>
    <w:p>
      <w:r>
        <w:br/>
        <w:t>Ця думка цілком захопила Галаганчика. Він довго не злазив з печі, добре, що всі заклопотані і ніхто не заважає. Він розколював ножем сухі очеретини, збивав їх гвіздочками, а потім кожну очеретину обмотав червоним папером. Вийшов чудовий млинок, він швидко крутився на вітрі й лопотів і ввесь був червоний, як ленінська зірка. Як же зрадіє мати від такого подарунка, адже ні в кого, ні в кого на світі немає такого веселого млинка!</w:t>
      </w:r>
    </w:p>
    <w:p>
      <w:r>
        <w:br/>
        <w:t>Увесь день милувався з нього Галаганчик і мріяв про те, як приїде мати і як він їй відразу дасть свою іграшку, і це, безумовно, буде найкращий з усіх подарунків. А поки що треба прибити млинок на воротях, біля червоного прапора, хай усі кажуть: "Ач, яке ловке подарує матері Галаганчик! Дарма що мале, а прирозуміло".</w:t>
      </w:r>
    </w:p>
    <w:p>
      <w:r>
        <w:br/>
        <w:t>По обіді внесли в хату довгий стіл, застелили його рушниками, долівку потрусили ялиновим гіллям, прийшли музиканти, і гармоніст Лади мир прийшов, і дід Оверко, і тітка Я в дох а прийшла, і ще багато людей поприходило, аж у хаті стало тісно. І між ними Галаганчик був непомітний. Він примостився в кутку і зиркав на гостей.</w:t>
      </w:r>
    </w:p>
    <w:p>
      <w:r>
        <w:br/>
        <w:t>Зараз приїде мати, її поїхали стрічати голова колгоспу з батьком, вона ось зараз увійде сюди, і всі тоді обступлять її, усі роздивлятимуться на орден. Вона з усіма привітається за руку, розповідатиме, як їздила до Москви, а він, Галаганчик, стоятиме тут у куточку, і ніхто навіть не згадає про нього, і вже ніяк йому, малому, ніяк не протиснутися крізь юрбу до своєї матері. Ревниві сльози заблищали на очах у хлопчика.</w:t>
      </w:r>
    </w:p>
    <w:p>
      <w:r>
        <w:br/>
        <w:t>Враз усе сколихнулось. Галаганчик почув, як загуркотів, під'їхавши, автомобіль, заметушилися гості, почувся в сінях веселий батьків голос. І тоді двері розчинилися навстіж і ввійшла мати. Вдарив гул голосів, тітка Явдоха кинулась уперед і простягла матері квіти, дід Оверко хутко запихав у кишеню шапку. Але мати спинилась на порозі, і Галаганчик побачив, як її очі когось шукали. І враз вона побачила його. Тоді, легко розштовхуючи натовп, не звернувши уваги навіть на тітку Явдоху з квітами, мати кинулася до сина. Вона обняла його, з силою притиснула до себе, зазирала йому в вічі, а Галаганчик цілував її обличчя, і воно було таке свіже й холодне знадвору, але рідне і кохане обличчя матері.</w:t>
      </w:r>
    </w:p>
    <w:p>
      <w:r>
        <w:br/>
        <w:t>— Мамо, чому ти так довго не приїздила? Мамо, я тебе так чекав...</w:t>
      </w:r>
    </w:p>
    <w:p>
      <w:r>
        <w:br/>
        <w:t>І тут він побачив на грудях у матері металевий значок з червоною розеткою, з маленьким портретом Леніна в овалі.</w:t>
      </w:r>
    </w:p>
    <w:p>
      <w:r>
        <w:br/>
        <w:t>— Мамо, Ленін! Як сяє! Мамо, що це?</w:t>
      </w:r>
    </w:p>
    <w:p>
      <w:r>
        <w:br/>
        <w:t>З неприхованою гордістю, з великою любов'ю мати глянула синові в вічі:</w:t>
      </w:r>
    </w:p>
    <w:p>
      <w:r>
        <w:br/>
        <w:t>Орден, сину. Мій орден.</w:t>
      </w:r>
    </w:p>
    <w:p>
      <w:r>
        <w:br/>
        <w:t>Зненацька заграв оркестр. Щасливий, як ніколи, Галаганчик сидів за столом поряд з матір'ю, дивився на її обличчя, на усміхнені очі, і, торкаючись пальцем до її ордена, поважно поясняв усім присутнім:</w:t>
      </w:r>
    </w:p>
    <w:p>
      <w:r>
        <w:br/>
        <w:t>— Це орден нашої мами Уляни.</w:t>
      </w:r>
    </w:p>
    <w:p>
      <w:r>
        <w:br/>
        <w:t>І, схвильований зустріччю, захоплений почуттями, які сповнювали його дитяче серце, він зовсім забув за приготований матері подарунок.</w:t>
      </w:r>
    </w:p>
    <w:p>
      <w:r>
        <w:br/>
        <w:t>Забутий очеретяний млинок весело крутився на воротях під подихом осіннього вітру.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Галаганчик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