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Гайдар</w:t>
      </w:r>
    </w:p>
    <w:p>
      <w:r>
        <w:br/>
        <w:t xml:space="preserve"> &lt;p&gt;ГАЙДАР</w:t>
      </w:r>
    </w:p>
    <w:p>
      <w:r>
        <w:br/>
        <w:t>(СТЕПОВА ЛЕГЕНДА)</w:t>
      </w:r>
    </w:p>
    <w:p>
      <w:r>
        <w:br/>
        <w:t>I</w:t>
      </w:r>
    </w:p>
    <w:p>
      <w:r>
        <w:br/>
        <w:t>Сонцевієм роздувало молоді груди, наливало жили п'яною смолою,— ой, пливли в блакить зелені простори без кінця, без краю...</w:t>
      </w:r>
    </w:p>
    <w:p>
      <w:r>
        <w:br/>
        <w:t>Соковиті дні проходили запашно, падали у безвість ночі, і росна паморозь в степу від сутінок аж до світанку,— ой, пливли в блакить зелені простори без кінця, без краю...</w:t>
      </w:r>
    </w:p>
    <w:p>
      <w:r>
        <w:br/>
        <w:t>Перебігли росами дикогриві коні, а за ними стоголосі табуни людей. Запалали вогнища. Курява над степом.</w:t>
      </w:r>
    </w:p>
    <w:p>
      <w:r>
        <w:br/>
        <w:t>Угорі ж багаття на все небо. Він до багаття шкірив зуби і розминав, щасливий, на руці м'ясисте лопушиння. Зеленосоком м'язи натирав і нюхав м'язи,— о, він добре знав, як пахне сонце!</w:t>
      </w:r>
    </w:p>
    <w:p>
      <w:r>
        <w:br/>
        <w:t>Так мав себе в просторах смаглявий Вар.</w:t>
      </w:r>
    </w:p>
    <w:p>
      <w:r>
        <w:br/>
        <w:t>Зашелестить тирса — вже хижаком присів, розпізнає: заєць? лис?</w:t>
      </w:r>
    </w:p>
    <w:p>
      <w:r>
        <w:br/>
        <w:t>Плиг на коня — і навздогін.</w:t>
      </w:r>
    </w:p>
    <w:p>
      <w:r>
        <w:br/>
        <w:t>Вітер юнакові просто в груди: стій!</w:t>
      </w:r>
    </w:p>
    <w:p>
      <w:r>
        <w:br/>
        <w:t>— Стій! — і розмахнеться по вітрових космах.</w:t>
      </w:r>
    </w:p>
    <w:p>
      <w:r>
        <w:br/>
        <w:t>— О-і-й! — з далеких байраків — і-й,— а юнак тільки сміється.</w:t>
      </w:r>
    </w:p>
    <w:p>
      <w:r>
        <w:br/>
        <w:t>Гнівний Громодар по хмарах тут кресне і небо блискавкою поре, поре. Гайдарі сполохано на землю ниць. А він шалено мчить у далечінь, мчить і випинає проти вітру розхристані груди — на!</w:t>
      </w:r>
    </w:p>
    <w:p>
      <w:r>
        <w:br/>
        <w:t>II</w:t>
      </w:r>
    </w:p>
    <w:p>
      <w:r>
        <w:br/>
        <w:t>Море зеленасте. Отари, табуни. За ними: гей та гей!</w:t>
      </w:r>
    </w:p>
    <w:p>
      <w:r>
        <w:br/>
        <w:t>Невільники то гайдарі.</w:t>
      </w:r>
    </w:p>
    <w:p>
      <w:r>
        <w:br/>
        <w:t>Вони б погейкувать не раді, але — намети. Там басамани, нагаї. Там князь проклятий між жінок сидить і п'є вино, і п'є вино, а збройне товариство до ніг його облесно сипле регіт.</w:t>
      </w:r>
    </w:p>
    <w:p>
      <w:r>
        <w:br/>
        <w:t>І думав Вар:</w:t>
      </w:r>
    </w:p>
    <w:p>
      <w:r>
        <w:br/>
        <w:t>— Невже ж то без князів не можна?</w:t>
      </w:r>
    </w:p>
    <w:p>
      <w:r>
        <w:br/>
        <w:t>— О-і-й! — з далеких байраків.</w:t>
      </w:r>
    </w:p>
    <w:p>
      <w:r>
        <w:br/>
        <w:t>Море зеленасте підхопило й понесло:</w:t>
      </w:r>
    </w:p>
    <w:p>
      <w:r>
        <w:br/>
        <w:t>— О-і-й!..</w:t>
      </w:r>
    </w:p>
    <w:p>
      <w:r>
        <w:br/>
        <w:t>Невже ж не можна без князів?</w:t>
      </w:r>
    </w:p>
    <w:p>
      <w:r>
        <w:br/>
        <w:t>Зацвітала земля потом, і падала у безвість ніч. І знову цілу ніч із княжих наметів гуль-галас тривожний, аж луна тирсу хилила, аж гасали з переляку коні.</w:t>
      </w:r>
    </w:p>
    <w:p>
      <w:r>
        <w:br/>
        <w:t>Невже ж не можна?</w:t>
      </w:r>
    </w:p>
    <w:p>
      <w:r>
        <w:br/>
        <w:t>III</w:t>
      </w:r>
    </w:p>
    <w:p>
      <w:r>
        <w:br/>
        <w:t>Сповнило жили п'яною смолою, зайнялась вогнем сімнадцята весна.</w:t>
      </w:r>
    </w:p>
    <w:p>
      <w:r>
        <w:br/>
        <w:t>Обнявши землю руками, ждав гайдар синьооку гайдарку.</w:t>
      </w:r>
    </w:p>
    <w:p>
      <w:r>
        <w:br/>
        <w:t>Вона вже йшла, всміхалася привітно і оглядалась на намети.</w:t>
      </w:r>
    </w:p>
    <w:p>
      <w:r>
        <w:br/>
        <w:t>— Лоан, о, йди ж! Лоан!</w:t>
      </w:r>
    </w:p>
    <w:p>
      <w:r>
        <w:br/>
        <w:t>Всміхалася привітно, сторожко оглядалась.</w:t>
      </w:r>
    </w:p>
    <w:p>
      <w:r>
        <w:br/>
        <w:t>— О, йди ж!</w:t>
      </w:r>
    </w:p>
    <w:p>
      <w:r>
        <w:br/>
        <w:t>Кумис майнув по жилах.</w:t>
      </w:r>
    </w:p>
    <w:p>
      <w:r>
        <w:br/>
        <w:t>Схопив її на руки Вар і мчав, як вітер, аж поки впали у знемозі.</w:t>
      </w:r>
    </w:p>
    <w:p>
      <w:r>
        <w:br/>
        <w:t>— Вар... Вар...</w:t>
      </w:r>
    </w:p>
    <w:p>
      <w:r>
        <w:br/>
        <w:t>А ще медвяні на зубах, ще й густо пахли коси...</w:t>
      </w:r>
    </w:p>
    <w:p>
      <w:r>
        <w:br/>
        <w:t>IV</w:t>
      </w:r>
    </w:p>
    <w:p>
      <w:r>
        <w:br/>
        <w:t>Ген половіла жовтокосая голомша , ген узбережжям біле городище.</w:t>
      </w:r>
    </w:p>
    <w:p>
      <w:r>
        <w:br/>
        <w:t>Продавали Вара чужинцям за перстень золотий.</w:t>
      </w:r>
    </w:p>
    <w:p>
      <w:r>
        <w:br/>
        <w:t>Так недоторкливий гривун поводить баским оком — тремтить, мовчить, вичікує.</w:t>
      </w:r>
    </w:p>
    <w:p>
      <w:r>
        <w:br/>
        <w:t>А там десь п'яно пахло лопушиння, медвяно пахли коси...</w:t>
      </w:r>
    </w:p>
    <w:p>
      <w:r>
        <w:br/>
        <w:t>Hi!</w:t>
      </w:r>
    </w:p>
    <w:p>
      <w:r>
        <w:br/>
        <w:t>Раз-раз! — рвонув, розбив, когось в живіт, комусь піском засипав очі.</w:t>
      </w:r>
    </w:p>
    <w:p>
      <w:r>
        <w:br/>
        <w:t>— О-і-й! — схвильовано голомша,— о-і-й! — стрілою в степ.</w:t>
      </w:r>
    </w:p>
    <w:p>
      <w:r>
        <w:br/>
        <w:t>Вже як покинули шпилі приморські, як повертали кочовиськом, піймався Вар.</w:t>
      </w:r>
    </w:p>
    <w:p>
      <w:r>
        <w:br/>
        <w:t>— Так ти тікать?</w:t>
      </w:r>
    </w:p>
    <w:p>
      <w:r>
        <w:br/>
        <w:t>Ятрились довго рани. Зализував, землею присипав і шкірив до багаття зуби.</w:t>
      </w:r>
    </w:p>
    <w:p>
      <w:r>
        <w:br/>
        <w:t>А видужав — немов не той юнак. Немов на нього пала падь. Таємно, осторонь, очима в землю.</w:t>
      </w:r>
    </w:p>
    <w:p>
      <w:r>
        <w:br/>
        <w:t>І тільки як гомоніли про занедбану гайдарську долю, як з бородатих сипалась полуда, а з молодих гроза,— буяв грозою Вар.</w:t>
      </w:r>
    </w:p>
    <w:p>
      <w:r>
        <w:br/>
        <w:t>— Нащо нам князь і збройне товариство? Нащо?</w:t>
      </w:r>
    </w:p>
    <w:p>
      <w:r>
        <w:br/>
        <w:t>Тоді брови, мов крила шуліки.</w:t>
      </w:r>
    </w:p>
    <w:p>
      <w:r>
        <w:br/>
        <w:t>— Нащо?</w:t>
      </w:r>
    </w:p>
    <w:p>
      <w:r>
        <w:br/>
        <w:t>V</w:t>
      </w:r>
    </w:p>
    <w:p>
      <w:r>
        <w:br/>
        <w:t>Не хмара вставала низько над степом, не дикий табун розметався копитно, то в тьмі в нічній хижаком підкрадались сармати.</w:t>
      </w:r>
    </w:p>
    <w:p>
      <w:r>
        <w:br/>
        <w:t>Вдосвіта — тонко — продзвеніла стріла.</w:t>
      </w:r>
    </w:p>
    <w:p>
      <w:r>
        <w:br/>
        <w:t>Знявся у таборі турботний гул, та було йому пізно. Вже ворог зробив своє діло, вже зникав у тумані.</w:t>
      </w:r>
    </w:p>
    <w:p>
      <w:r>
        <w:br/>
        <w:t>Чого ж бо гайдарі кріпко засинали, чого добра княжого не доглядали, ворога-хижака до табору підпускали?</w:t>
      </w:r>
    </w:p>
    <w:p>
      <w:r>
        <w:br/>
        <w:t>— Нагаїв!</w:t>
      </w:r>
    </w:p>
    <w:p>
      <w:r>
        <w:br/>
        <w:t>І розкотилося тирсою полохливо, розсипалось гадючим свистом.</w:t>
      </w:r>
    </w:p>
    <w:p>
      <w:r>
        <w:br/>
        <w:t>Де спіткнувся, де упав,— там уже клоччя криваве, не тіло.</w:t>
      </w:r>
    </w:p>
    <w:p>
      <w:r>
        <w:br/>
        <w:t>Де спіткнувся, де упав...</w:t>
      </w:r>
    </w:p>
    <w:p>
      <w:r>
        <w:br/>
        <w:t>Аж до вечора зойком гойдало блакить, до пізньої ночі Вар сколошкано шурхав по травах. Довго, душманно стогнала ніч.</w:t>
      </w:r>
    </w:p>
    <w:p>
      <w:r>
        <w:br/>
        <w:t>Упав об'юшений під кам'яним капищем.</w:t>
      </w:r>
    </w:p>
    <w:p>
      <w:r>
        <w:br/>
        <w:t>— Ти бачиш? Ти чуєш?</w:t>
      </w:r>
    </w:p>
    <w:p>
      <w:r>
        <w:br/>
        <w:t>І плюнув богові у мертві очі.</w:t>
      </w:r>
    </w:p>
    <w:p>
      <w:r>
        <w:br/>
        <w:t>— Ти!</w:t>
      </w:r>
    </w:p>
    <w:p>
      <w:r>
        <w:br/>
        <w:t>Іржала ніч.</w:t>
      </w:r>
    </w:p>
    <w:p>
      <w:r>
        <w:br/>
        <w:t>VI</w:t>
      </w:r>
    </w:p>
    <w:p>
      <w:r>
        <w:br/>
        <w:t>Князь наказав готуватися в похід.</w:t>
      </w:r>
    </w:p>
    <w:p>
      <w:r>
        <w:br/>
        <w:t>Лютим роєм завихрило, дзеньком, скреготом заквилило. Сокири, списи на сонці тільки блись, блись!</w:t>
      </w:r>
    </w:p>
    <w:p>
      <w:r>
        <w:br/>
        <w:t>А вино — рікою. І в захлині горлало збройне товариство, нахваляючись воювати сарматів.</w:t>
      </w:r>
    </w:p>
    <w:p>
      <w:r>
        <w:br/>
        <w:t>Та як ступила ніч, вже Вар по Гайдарах:</w:t>
      </w:r>
    </w:p>
    <w:p>
      <w:r>
        <w:br/>
        <w:t>— Тікаймо! Нащо нам похід? Тікаймо!</w:t>
      </w:r>
    </w:p>
    <w:p>
      <w:r>
        <w:br/>
        <w:t>— Куди?</w:t>
      </w:r>
    </w:p>
    <w:p>
      <w:r>
        <w:br/>
        <w:t>— Чи ж мало нам місця? Будемо жити самі, без князів.</w:t>
      </w:r>
    </w:p>
    <w:p>
      <w:r>
        <w:br/>
        <w:t>Відповіли мовчки, поглядом до наметів.</w:t>
      </w:r>
    </w:p>
    <w:p>
      <w:r>
        <w:br/>
        <w:t>— Так ходімо на них! Вони п'яні, нас же більше! Ходімо й поб'ємо!</w:t>
      </w:r>
    </w:p>
    <w:p>
      <w:r>
        <w:br/>
        <w:t>Шумовинням шугнув шалений заклик — іскрами з уст в уста.</w:t>
      </w:r>
    </w:p>
    <w:p>
      <w:r>
        <w:br/>
        <w:t>— Я з тобою! — підбігла Лоан, а в руці різак. Спалахнули гайдарські серця, але думки поділились:</w:t>
      </w:r>
    </w:p>
    <w:p>
      <w:r>
        <w:br/>
        <w:t>— Не пора! Почекаємо трохи.</w:t>
      </w:r>
    </w:p>
    <w:p>
      <w:r>
        <w:br/>
        <w:t>— Ні, ходім! Вже доволі чекали!</w:t>
      </w:r>
    </w:p>
    <w:p>
      <w:r>
        <w:br/>
        <w:t>Поділилась, забаламутила густа комашня — вітрюгою рвучкою гул нестримний, довгий гул...</w:t>
      </w:r>
    </w:p>
    <w:p>
      <w:r>
        <w:br/>
        <w:t>— У-лю-лю! — раптом ударило на сполох з наметів, труснуло комашнею,— і плазом потекла в тирсу.</w:t>
      </w:r>
    </w:p>
    <w:p>
      <w:r>
        <w:br/>
        <w:t>— Гей, куди, страхопуди?</w:t>
      </w:r>
    </w:p>
    <w:p>
      <w:r>
        <w:br/>
        <w:t>Потекла залякана в тирсу.</w:t>
      </w:r>
    </w:p>
    <w:p>
      <w:r>
        <w:br/>
        <w:t>А вже дзвеніло, гупотіло з наметів.</w:t>
      </w:r>
    </w:p>
    <w:p>
      <w:r>
        <w:br/>
        <w:t>— Ну, пам'ятайте ж!</w:t>
      </w:r>
    </w:p>
    <w:p>
      <w:r>
        <w:br/>
        <w:t>Підхопив на коня синьооку — о-і-й! — сліпма в далечінь.</w:t>
      </w:r>
    </w:p>
    <w:p>
      <w:r>
        <w:br/>
        <w:t>Навздогін тільки вереск, хижий посвист арканів.</w:t>
      </w:r>
    </w:p>
    <w:p>
      <w:r>
        <w:br/>
        <w:t>VII</w:t>
      </w:r>
    </w:p>
    <w:p>
      <w:r>
        <w:br/>
        <w:t>— Ось ви які... — прижмурив князь очі, як привели до нього втікачів.</w:t>
      </w:r>
    </w:p>
    <w:p>
      <w:r>
        <w:br/>
        <w:t>Довго стояло мовчання, і гостро всмоктувались княжі очі в Лоан.</w:t>
      </w:r>
    </w:p>
    <w:p>
      <w:r>
        <w:br/>
        <w:t>— Гарна... — сказав нарешті,— вперше бачу таку гарну. А щоб не тікала, киньте до мого намету.</w:t>
      </w:r>
    </w:p>
    <w:p>
      <w:r>
        <w:br/>
        <w:t>Підтятою стеблинкою впала, до чобіт припала:</w:t>
      </w:r>
    </w:p>
    <w:p>
      <w:r>
        <w:br/>
        <w:t>— Все, що хочеш, все, що скажеш, тільки його не вбивай. Я винна!</w:t>
      </w:r>
    </w:p>
    <w:p>
      <w:r>
        <w:br/>
        <w:t>— Годі! — ткнув її в груди і до Вара: — А ти завтра підеш у похід. І якщо ти справді такий відважний, і якщо хочеш жити, принеси мені з бою сто сарматських голів.</w:t>
      </w:r>
    </w:p>
    <w:p>
      <w:r>
        <w:br/>
        <w:t>VIII</w:t>
      </w:r>
    </w:p>
    <w:p>
      <w:r>
        <w:br/>
        <w:t>Толочила тирсу густая навала. Степ мовчав.</w:t>
      </w:r>
    </w:p>
    <w:p>
      <w:r>
        <w:br/>
        <w:t>Падали ночі, ставали дні, а степ мовчав, прекрасний і зрадливий.</w:t>
      </w:r>
    </w:p>
    <w:p>
      <w:r>
        <w:br/>
        <w:t>Над Варом же крилата думка: зазнаєш, князю, моєї відваги!</w:t>
      </w:r>
    </w:p>
    <w:p>
      <w:r>
        <w:br/>
        <w:t>Падали ночі.</w:t>
      </w:r>
    </w:p>
    <w:p>
      <w:r>
        <w:br/>
        <w:t>Та ось забовваніла далечінь чорним рястом.</w:t>
      </w:r>
    </w:p>
    <w:p>
      <w:r>
        <w:br/>
        <w:t>Ой, тривожно стогнав сарматський бубон, а на світанку вже у нестямі прокинувся степ!</w:t>
      </w:r>
    </w:p>
    <w:p>
      <w:r>
        <w:br/>
        <w:t>Не Громодар креснув кресалом, розсипаючи лютий гуркіт, не вітер-хуртеча погнав оберемками хмари, заслоняючи сонце, здіймаючи зойки в повітрі,— смертним побоєм стикнулися в степу два невблаганні звірі.</w:t>
      </w:r>
    </w:p>
    <w:p>
      <w:r>
        <w:br/>
        <w:t>Ринув табун на табун. Кров'ю задиміли трави.</w:t>
      </w:r>
    </w:p>
    <w:p>
      <w:r>
        <w:br/>
        <w:t>— Зазнаєш, князю, моєї відваги! — і буруном врізався в саму гущу.</w:t>
      </w:r>
    </w:p>
    <w:p>
      <w:r>
        <w:br/>
        <w:t>От уже з-під самісіньких княжих рук трощить ворожі голови. От — розмахнеться, промахнеться в запалі необачний юнак і вгрузне сокирою в княжі рамена.</w:t>
      </w:r>
    </w:p>
    <w:p>
      <w:r>
        <w:br/>
        <w:t>Та тільки спритно одбивають його руку вірні збройники — ніяк не влучить.</w:t>
      </w:r>
    </w:p>
    <w:p>
      <w:r>
        <w:br/>
        <w:t>Стяглися сармати, двинули тісним натовпом, і почало княже вояцтво йти врозтіч.</w:t>
      </w:r>
    </w:p>
    <w:p>
      <w:r>
        <w:br/>
        <w:t>Тут махнув князь берлом. Враз ув'язали до стрімкого коня нову княжу коханку, Лоан синьооку, вразили списом коня й пустили його на сарматів.</w:t>
      </w:r>
    </w:p>
    <w:p>
      <w:r>
        <w:br/>
        <w:t>Хмарою посунув до вершника ворог, і, мов те гайвороння, сипнуло вояцтво вперед із новим завзяттям.</w:t>
      </w:r>
    </w:p>
    <w:p>
      <w:r>
        <w:br/>
        <w:t>Стрімголов кинувся й Вар — тільки свист застряг у вусі, тільки хряскали кістки під ударами.</w:t>
      </w:r>
    </w:p>
    <w:p>
      <w:r>
        <w:br/>
        <w:t>IX</w:t>
      </w:r>
    </w:p>
    <w:p>
      <w:r>
        <w:br/>
        <w:t>Спадала сутінь. Аж тоді побігли сармати, вкриваючи долину трупом.</w:t>
      </w:r>
    </w:p>
    <w:p>
      <w:r>
        <w:br/>
        <w:t>Ще довго зітхала долина, досхочу впивалася паморочна помста.</w:t>
      </w:r>
    </w:p>
    <w:p>
      <w:r>
        <w:br/>
        <w:t>— А де той юнак, що в бою загатив мені дорогу падлом? — гукнув князь.</w:t>
      </w:r>
    </w:p>
    <w:p>
      <w:r>
        <w:br/>
        <w:t>Привели Вара.</w:t>
      </w:r>
    </w:p>
    <w:p>
      <w:r>
        <w:br/>
        <w:t>— На, вояче, випий з мого рогу. Тобі справді не бракує відваги.</w:t>
      </w:r>
    </w:p>
    <w:p>
      <w:r>
        <w:br/>
        <w:t>— Так, володарю, але бракує сприту. Я ще не заслужив із твого рогу пити. Як заслужу, тоді дозволь.</w:t>
      </w:r>
    </w:p>
    <w:p>
      <w:r>
        <w:br/>
        <w:t>— О, як бачу, ти слуга горливий. Що ж, коли так, то з цього дня ти мій найближчий джура.</w:t>
      </w:r>
    </w:p>
    <w:p>
      <w:r>
        <w:br/>
        <w:t>І кинув йому перстень із своєї руки.</w:t>
      </w:r>
    </w:p>
    <w:p>
      <w:r>
        <w:br/>
        <w:t>X</w:t>
      </w:r>
    </w:p>
    <w:p>
      <w:r>
        <w:br/>
        <w:t>Соковиті дні проходили запашно, падали у безвість ночі, і росна паморозь в степу від сутінок аж до світанку.</w:t>
      </w:r>
    </w:p>
    <w:p>
      <w:r>
        <w:br/>
        <w:t>А там десь: гей та гей... Там басмани, нагаї.</w:t>
      </w:r>
    </w:p>
    <w:p>
      <w:r>
        <w:br/>
        <w:t>— Нічого, ждіть, та тільки не проґавте,— з наметів прокрадався княжий джура,— тепер я з вами д'останку. Та тільки ж не проґавте.</w:t>
      </w:r>
    </w:p>
    <w:p>
      <w:r>
        <w:br/>
        <w:t>У відповідь була зневага. Вже знали, як у наметах вихваляють джуру, яку йому складають шану.</w:t>
      </w:r>
    </w:p>
    <w:p>
      <w:r>
        <w:br/>
        <w:t>— Базікай, джуро!.. Коли чужинцям продавали, то ти тікав, ховався, тепер за персня сам продався.</w:t>
      </w:r>
    </w:p>
    <w:p>
      <w:r>
        <w:br/>
        <w:t>Розгнівано спалахкував юнак, але слова зів'ялим листям падали на вітер.</w:t>
      </w:r>
    </w:p>
    <w:p>
      <w:r>
        <w:br/>
        <w:t>І йшов понуро.</w:t>
      </w:r>
    </w:p>
    <w:p>
      <w:r>
        <w:br/>
        <w:t>На вовчих шкурах пестив князь синьооку гайдарку, а він низенько схиляв голову. Він тишком-нишком у траву й несамовито ножем збивав на піну землю.</w:t>
      </w:r>
    </w:p>
    <w:p>
      <w:r>
        <w:br/>
        <w:t>— Пождіть! — тужливо серце морем зеленастим. — Я ж не тікатиму, я ж д'останку...</w:t>
      </w:r>
    </w:p>
    <w:p>
      <w:r>
        <w:br/>
        <w:t>XI</w:t>
      </w:r>
    </w:p>
    <w:p>
      <w:r>
        <w:br/>
        <w:t>Була ніч. Не пахли медом трави. Пахли намети кумисом, вином і потом.</w:t>
      </w:r>
    </w:p>
    <w:p>
      <w:r>
        <w:br/>
        <w:t>Над чадним вогнищем запійний гул. Обіймали юнака в розгулі, слинили цілунками:</w:t>
      </w:r>
    </w:p>
    <w:p>
      <w:r>
        <w:br/>
        <w:t>— У нашого князя джура, як пес.</w:t>
      </w:r>
    </w:p>
    <w:p>
      <w:r>
        <w:br/>
        <w:t>І непритомно в корчах падали, засинали.</w:t>
      </w:r>
    </w:p>
    <w:p>
      <w:r>
        <w:br/>
        <w:t>— Ой, джуро, не дрімай... — гарячий шепіт пурхнув понад вухом.</w:t>
      </w:r>
    </w:p>
    <w:p>
      <w:r>
        <w:br/>
        <w:t>Аж то повзла розпатлана Лоан.</w:t>
      </w:r>
    </w:p>
    <w:p>
      <w:r>
        <w:br/>
        <w:t>— Він сьогодні і мене прогнав з намету. Сьогодні він нарешті сам. Іди!</w:t>
      </w:r>
    </w:p>
    <w:p>
      <w:r>
        <w:br/>
        <w:t>Схопивсь юнак, пішов.</w:t>
      </w:r>
    </w:p>
    <w:p>
      <w:r>
        <w:br/>
        <w:t>(...десь тільки йокнула сокира і в черепі</w:t>
      </w:r>
    </w:p>
    <w:p>
      <w:r>
        <w:br/>
        <w:t>застрягла вічним сном...)</w:t>
      </w:r>
    </w:p>
    <w:p>
      <w:r>
        <w:br/>
        <w:t>А вийшов — заточився, наче п'яний.</w:t>
      </w:r>
    </w:p>
    <w:p>
      <w:r>
        <w:br/>
        <w:t>(...десь там гасали одурілі коні — іржала ніч...)</w:t>
      </w:r>
    </w:p>
    <w:p>
      <w:r>
        <w:br/>
        <w:t>Ще довго кумисом кропили чадне вогнище, сміявся юнак довго і щасливо.</w:t>
      </w:r>
    </w:p>
    <w:p>
      <w:r>
        <w:br/>
        <w:t>XII</w:t>
      </w:r>
    </w:p>
    <w:p>
      <w:r>
        <w:br/>
        <w:t>Вранці бризнуло сонце вереском:</w:t>
      </w:r>
    </w:p>
    <w:p>
      <w:r>
        <w:br/>
        <w:t>— Князя убито!</w:t>
      </w:r>
    </w:p>
    <w:p>
      <w:r>
        <w:br/>
        <w:t>Дзенькнуло, блиснуло в таборі острахом, але хто знав?</w:t>
      </w:r>
    </w:p>
    <w:p>
      <w:r>
        <w:br/>
        <w:t>— Князя убито! — стугоніло, котилося в простори.</w:t>
      </w:r>
    </w:p>
    <w:p>
      <w:r>
        <w:br/>
        <w:t>А вже найлюбіших князеві джуру й коханку схопили, зв'язали, вже поспішно ввесь табір докупи зганяли, в жалібний похід виряджали.</w:t>
      </w:r>
    </w:p>
    <w:p>
      <w:r>
        <w:br/>
        <w:t>І попливла тьмяная туга...</w:t>
      </w:r>
    </w:p>
    <w:p>
      <w:r>
        <w:br/>
        <w:t>Падали в тугу ночі, згорали в сонцевії дні.</w:t>
      </w:r>
    </w:p>
    <w:p>
      <w:r>
        <w:br/>
        <w:t>А світанками карбував дідуга свою палицю. Три десятки рубчиків накарбував — тоді лише втихло рипіння возів, стомлено пав на могилу жіночий лемент.</w:t>
      </w:r>
    </w:p>
    <w:p>
      <w:r>
        <w:br/>
        <w:t>Глибоку могилу копали в степу, щоб ніхто не порушив спокою ані грізного князя, ані його найближчих — синьоокої Лоан і завзятого Вара.</w:t>
      </w:r>
    </w:p>
    <w:p>
      <w:r>
        <w:br/>
        <w:t>Тільки гайдарі, засипаючи тую могилу, добре знали, кого ховають, і мовчазно складали велику клятьбу.</w:t>
      </w:r>
    </w:p>
    <w:p>
      <w:r>
        <w:br/>
        <w:t>Табунами розбіглися дні, розбрелися в задумі віки довгогриві, а в степах, переможно оспіваних грудками, ще й досі стоїть могила.</w:t>
      </w:r>
    </w:p>
    <w:p>
      <w:r>
        <w:br/>
        <w:t>Пролетить бистрокрилий над нею, торкне лопушиння. Лопушиння не встигне вклонитися, а він уже ген-ген розчісує жита.</w:t>
      </w:r>
    </w:p>
    <w:p>
      <w:r>
        <w:br/>
        <w:t>Харків, 1925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