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Футбол на лісовій галявині</w:t>
      </w:r>
    </w:p>
    <w:p>
      <w:r>
        <w:br/>
        <w:t xml:space="preserve"> &lt;p&gt;Вранці, коли вони приганяють сюди корів, на деревах, на траві і на стерні блищить проти сонця густа роса.</w:t>
      </w:r>
    </w:p>
    <w:p>
      <w:r>
        <w:br/>
        <w:t>Корови попаски розбредаються під лісом. Шукають найсмачнішої паші. Хлопці знічев'я слухають галасливе птаство, підганяють поглядами сонце, щоб швидше випливало з-за лісу на небо. Тоді спаде роса і розпочнеться матч.</w:t>
      </w:r>
    </w:p>
    <w:p>
      <w:r>
        <w:br/>
        <w:t>— А наша "Чайка" зможе грати з командами якихось інших міст або сіл? — запитує кирпатий, білочубий і весь у рясному ластовинні Дениско.</w:t>
      </w:r>
    </w:p>
    <w:p>
      <w:r>
        <w:br/>
        <w:t>Це дуже цікавить їх усіх. І вони всі очікувально дивляться на Мишка Трохліба — ніхто й не дихне.</w:t>
      </w:r>
    </w:p>
    <w:p>
      <w:r>
        <w:br/>
        <w:t>Мишка всі вони вибрали тренером і капітаном команди. І не тільки тому, що він найкраще грає. У Мишка — великий авторитет. Бо брат-студент подарував йому справжнього футбольного м'яча і білу майку, на якій великими буквами написано: "Динамо". Мишко в ній навіть спить, якщо мати не встежить за ним і не змусить скинути майку хоча б на ніч. Через ту майку йому заздрять усі з їхньої вулиці. І, мабуть, саме через неї вибрали його капітаном команди, яку назвали "Чайка", а заодно й тренером, щоб усе було як у справжньому футболі.</w:t>
      </w:r>
    </w:p>
    <w:p>
      <w:r>
        <w:br/>
        <w:t>— Зможе "Чайка" грати,— авторитетно каже Мишко, розгладжуючи на плечах і грудях трохи завелику майку.— Тільки треба нам регулярно тренуватися, щоб мати високу техніку. Тоді "Чайці" не страшний ніякий суперник. Головне — підняти техніку...</w:t>
      </w:r>
    </w:p>
    <w:p>
      <w:r>
        <w:br/>
        <w:t>— Чомусь їх довго немає,— стурбовано мовить Дениско, оглядаючи дорогу, що ліниво вигинається у видолинку між полями.</w:t>
      </w:r>
    </w:p>
    <w:p>
      <w:r>
        <w:br/>
        <w:t>— Дуже довго сплять,— не сумнівається в своїх словах Мишко.</w:t>
      </w:r>
    </w:p>
    <w:p>
      <w:r>
        <w:br/>
        <w:t>— А може, бояться? — пропонує своє пояснення хтось із хлопців.</w:t>
      </w:r>
    </w:p>
    <w:p>
      <w:r>
        <w:br/>
        <w:t>— Може, бояться,— погоджується Мишко.</w:t>
      </w:r>
    </w:p>
    <w:p>
      <w:r>
        <w:br/>
        <w:t>Але з села на дорогу вже вигулькнули гурт корів і темні рухливі цятки пастухів позаду. Це — їхні суперники з сусідньої вулиці. Вони назвали свою команду "Перемога".</w:t>
      </w:r>
    </w:p>
    <w:p>
      <w:r>
        <w:br/>
        <w:t>— Отже, матч відбудеться за будь-якої погоди,— наслідуючи голос радіокоментатора, каже Мишко й окидає суворим поглядом усе своє футбольне воїнство. Сумирненький, сором'язний, мов дівчинка, Мар'ян Сторчак, що на літо приїхав до бабусі з міста. Циганкуватий забіяка Грицько Шостак. Повний і круглий, наче футбольний м'яч, Толя Шевка. І Дениско Скрипник, якого не переговорить ніхто на світі, за що його й прозвали Репродуктором.</w:t>
      </w:r>
    </w:p>
    <w:p>
      <w:r>
        <w:br/>
        <w:t>Суперники вже пригнали корів до лісу й оцінююче приглядаються до "Чайки".</w:t>
      </w:r>
    </w:p>
    <w:p>
      <w:r>
        <w:br/>
        <w:t>— Розпочнемо? — запитує, по-дорослому цвіркнувши крізь зуби, Мишко їхнього капітана.</w:t>
      </w:r>
    </w:p>
    <w:p>
      <w:r>
        <w:br/>
        <w:t>— Розпочнемо. Але ви програєте нам, бо — слабаки! — самовпевнено відповідає той і підморгує своїм.</w:t>
      </w:r>
    </w:p>
    <w:p>
      <w:r>
        <w:br/>
        <w:t>— Ой! Обізвалися не слабаки! — відразу встряє в розмову Дениско.— Та скільки вас таких під голкою в холодочку лежить?! А скільки на сто грамів іде?</w:t>
      </w:r>
    </w:p>
    <w:p>
      <w:r>
        <w:br/>
        <w:t>— Не витрачай сил на балачки,— зупиняє його Мишко.— Нам сьогодні буде нелегко, бо їх, бач, аж шестеро.</w:t>
      </w:r>
    </w:p>
    <w:p>
      <w:r>
        <w:br/>
        <w:t>Встромленими в землю палицями позначають ворота.</w:t>
      </w:r>
    </w:p>
    <w:p>
      <w:r>
        <w:br/>
        <w:t>— Перший тайм граємо до обіду, другий після обіду,— нагадує умови зустрічі Мишко капітанові "Перемоги".</w:t>
      </w:r>
    </w:p>
    <w:p>
      <w:r>
        <w:br/>
        <w:t>— У нас є суддя,— показує той на хлопчину в картузику, з-під якого відчайдушно вистромилися великі, наче варяниці, червоні вуха.</w:t>
      </w:r>
    </w:p>
    <w:p>
      <w:r>
        <w:br/>
        <w:t>— Він же капловухий і закозяний! Хіба такі судді бувають?! — обурюється Дениско.— І звідки він знає правила?!</w:t>
      </w:r>
    </w:p>
    <w:p>
      <w:r>
        <w:br/>
        <w:t>— Руками м'яча не брать! Підніжку не підставлять — от і всі правила,— ображено каже майбутній суддя.</w:t>
      </w:r>
    </w:p>
    <w:p>
      <w:r>
        <w:br/>
        <w:t>А потім, заклавши пальці в рота, пронизливо свистить. І десь далеко в лісі застрибало між дерев відлуння того свисту.</w:t>
      </w:r>
    </w:p>
    <w:p>
      <w:r>
        <w:br/>
        <w:t>— Хай судить, але не підсуджує,— погоджується Мишко.— Бо виженемо з поля.</w:t>
      </w:r>
    </w:p>
    <w:p>
      <w:r>
        <w:br/>
        <w:t>Команди вишикувалися посередині галявини, зусібіч оточеної соснами й дубами. Мишко глянув на своїх і махнув рукою.</w:t>
      </w:r>
    </w:p>
    <w:p>
      <w:r>
        <w:br/>
        <w:t>— Спортивний привіт "Перемозі"! — дружно вигукнули вони.</w:t>
      </w:r>
    </w:p>
    <w:p>
      <w:r>
        <w:br/>
        <w:t>— "Чайці" капець! — відгукнулися суперники.</w:t>
      </w:r>
    </w:p>
    <w:p>
      <w:r>
        <w:br/>
        <w:t>Мишко осудливо похитав головою:</w:t>
      </w:r>
    </w:p>
    <w:p>
      <w:r>
        <w:br/>
        <w:t>— Справжні футболісти поважають суперників. А ви...</w:t>
      </w:r>
    </w:p>
    <w:p>
      <w:r>
        <w:br/>
        <w:t>Але ті лиш задоволено гигикають зі своєї витівки. І суддя разом з ними.</w:t>
      </w:r>
    </w:p>
    <w:p>
      <w:r>
        <w:br/>
        <w:t>Ображений Мишко до болю закусив губу і сказав собі: "Треба їх провчити, щоб знали, як з нас збиткуватися!"</w:t>
      </w:r>
    </w:p>
    <w:p>
      <w:r>
        <w:br/>
        <w:t>Гра розпочалася. М'яч губиться у високій траві. Хлопці штовхають один одного, пітніють, хекають, падають. Капітан "Перемоги" перечепив Мишка. Суддя мовчить, удаючи, що він нічого не помітив.</w:t>
      </w:r>
    </w:p>
    <w:p>
      <w:r>
        <w:br/>
        <w:t>— Одинадцятиметровий! — кричить Дениско.</w:t>
      </w:r>
    </w:p>
    <w:p>
      <w:r>
        <w:br/>
        <w:t>Але й тут суддя мовчить.</w:t>
      </w:r>
    </w:p>
    <w:p>
      <w:r>
        <w:br/>
        <w:t>— Суддю на мило, а кістки на свистки! — не вгаває Дениско, але й це не допомагає. Тоді він ловить м'яч руками і тікає з поля. Не випускаючи м'яча з рук, спритно, мов кіт, видряпується на вершечок височенної сосни.</w:t>
      </w:r>
    </w:p>
    <w:p>
      <w:r>
        <w:br/>
        <w:t>— Віддай м'яч! — гукають йому знизу.</w:t>
      </w:r>
    </w:p>
    <w:p>
      <w:r>
        <w:br/>
        <w:t>— Не віддам! Суддя судить не за правилами! Суддя підкуплений.</w:t>
      </w:r>
    </w:p>
    <w:p>
      <w:r>
        <w:br/>
        <w:t>— Віддай м'яч! — знов гукають йому.</w:t>
      </w:r>
    </w:p>
    <w:p>
      <w:r>
        <w:br/>
        <w:t>— Не віддам! Суддю з поля!</w:t>
      </w:r>
    </w:p>
    <w:p>
      <w:r>
        <w:br/>
        <w:t>— Віддай м'яч, бо не будемо з вами грати!</w:t>
      </w:r>
    </w:p>
    <w:p>
      <w:r>
        <w:br/>
        <w:t>— І не треба! Обійдемося без вас.</w:t>
      </w:r>
    </w:p>
    <w:p>
      <w:r>
        <w:br/>
        <w:t>— Денисе, злазь. Не треба нам їхнього одинадцятиметрового. Віддамо їм на їхню бідність,— каже Мишко.</w:t>
      </w:r>
    </w:p>
    <w:p>
      <w:r>
        <w:br/>
        <w:t>— Ага, знайшлися біднячки-хитрячки! Все їм хочеться на дурничку...</w:t>
      </w:r>
    </w:p>
    <w:p>
      <w:r>
        <w:br/>
        <w:t>— Віддай м'яч. Ми й без одинадцятиметрового виграємо,— вже сердиться на нього Мишко.— Це мій капітанський наказ!</w:t>
      </w:r>
    </w:p>
    <w:p>
      <w:r>
        <w:br/>
        <w:t>— Ну, як наказ...— протяжно починає Дениско і, не знайшовшись, що сказати далі, злазить з дерева.</w:t>
      </w:r>
    </w:p>
    <w:p>
      <w:r>
        <w:br/>
        <w:t>Підійшов до судді й суворо глянув на нього:</w:t>
      </w:r>
    </w:p>
    <w:p>
      <w:r>
        <w:br/>
        <w:t>— Побити тебе, чи що?</w:t>
      </w:r>
    </w:p>
    <w:p>
      <w:r>
        <w:br/>
        <w:t>— Денисе, це неспортивна поведінка,— суворо каже Мишко.</w:t>
      </w:r>
    </w:p>
    <w:p>
      <w:r>
        <w:br/>
        <w:t>— А в нього — спортивна?</w:t>
      </w:r>
    </w:p>
    <w:p>
      <w:r>
        <w:br/>
        <w:t>— Ти на нього не рівняйся. Він ніколи не буде спортсменом, бо дуже хитрує.</w:t>
      </w:r>
    </w:p>
    <w:p>
      <w:r>
        <w:br/>
        <w:t>Матч триває. "Перемога" забиває гол. Толя Шевка у воротях скрушно розводить руками.</w:t>
      </w:r>
    </w:p>
    <w:p>
      <w:r>
        <w:br/>
        <w:t>— Роззява! — з відчаєм каже йому Дениско.— Тобі не м'яча, а раки ловити. В тебе начебто не руки, а протези!</w:t>
      </w:r>
    </w:p>
    <w:p>
      <w:r>
        <w:br/>
        <w:t>— Без паніки,— втихомирює їх Мишко.— Пасуйте мені. І не водіться довго, треба грати всією командою.</w:t>
      </w:r>
    </w:p>
    <w:p>
      <w:r>
        <w:br/>
        <w:t>Він таки справжній капітан, бо вміє тримати себе в спокої, а також заспокоїти своїх друзів.</w:t>
      </w:r>
    </w:p>
    <w:p>
      <w:r>
        <w:br/>
        <w:t>Гра триває далі. То в ті, то в ті ворота заштовхується м'яч. Хлопці вже ледве на ногах тримаються. Сонце висить високо в небі, тіні від дерев зовсім короткі.</w:t>
      </w:r>
    </w:p>
    <w:p>
      <w:r>
        <w:br/>
        <w:t>Коли м'яч вилітає десь далеко в ліс, Мишко раптом згадує:</w:t>
      </w:r>
    </w:p>
    <w:p>
      <w:r>
        <w:br/>
        <w:t>— Треба подивитися, де наші корови.</w:t>
      </w:r>
    </w:p>
    <w:p>
      <w:r>
        <w:br/>
        <w:t>Роззираючись на всі боки, суперники виходять з лісу.</w:t>
      </w:r>
    </w:p>
    <w:p>
      <w:r>
        <w:br/>
        <w:t>Корів чомусь ніде немає.</w:t>
      </w:r>
    </w:p>
    <w:p>
      <w:r>
        <w:br/>
        <w:t>— Куди ж вони поділися? — запитує хтось розгублено.— Може, в ліс позаходили?</w:t>
      </w:r>
    </w:p>
    <w:p>
      <w:r>
        <w:br/>
        <w:t>Шукають по лісу і не знаходять. Спантеличено зиркають один на одного, і ніхто не може розгадати загадку зникнення корів.</w:t>
      </w:r>
    </w:p>
    <w:p>
      <w:r>
        <w:br/>
        <w:t>— А якщо вони забрели в шкоду і їх зайняв об'їждчик? — припускає Дениско, а хлопці відразу ж уявляють, що тоді чекає їх удома,— ох і перепаде ж на горіхи від батьків!</w:t>
      </w:r>
    </w:p>
    <w:p>
      <w:r>
        <w:br/>
        <w:t>Наче зграйка сполоханих птахів, летять од лісу до села. Всі забули про синці і втому.</w:t>
      </w:r>
    </w:p>
    <w:p>
      <w:r>
        <w:br/>
        <w:t>Мишко заходить у свій двір — і раптом з повітки до нього долинають знайомі звуки. Так завжди подають голос цівки молока у дійницю.</w:t>
      </w:r>
    </w:p>
    <w:p>
      <w:r>
        <w:br/>
        <w:t>Недовірливо заглядає в повітку.</w:t>
      </w:r>
    </w:p>
    <w:p>
      <w:r>
        <w:br/>
        <w:t>— Де це тебе носить? — сердито запитує мати.— Ну ж і пастух! На тебе теж треба пастуха.</w:t>
      </w:r>
    </w:p>
    <w:p>
      <w:r>
        <w:br/>
        <w:t>Мишко розгублено мовчить. Потерпає від думки, що мати може забрать м'яча і майку.</w:t>
      </w:r>
    </w:p>
    <w:p>
      <w:r>
        <w:br/>
        <w:t>— Знову зафутболились, що й про корів забули?! Ох, не доведе він до добра, той ваш футбол! От візьму сокиру й порубаю твого футбола — зостанешся без своєї забавки!</w:t>
      </w:r>
    </w:p>
    <w:p>
      <w:r>
        <w:br/>
        <w:t>Він у відповідь шморгає носом і понурює голову.</w:t>
      </w:r>
    </w:p>
    <w:p>
      <w:r>
        <w:br/>
        <w:t>— Чого мовчиш, блекоти об'ївся, чи що?</w:t>
      </w:r>
    </w:p>
    <w:p>
      <w:r>
        <w:br/>
        <w:t>А що, справді, він може казати? Хіба ж думалося, що корова без нього поволочиться додому?</w:t>
      </w:r>
    </w:p>
    <w:p>
      <w:r>
        <w:br/>
        <w:t>— Дивись мені, щоб це було в останній раз,— одійшла вже трохи мати.</w:t>
      </w:r>
    </w:p>
    <w:p>
      <w:r>
        <w:br/>
        <w:t>Несе повну дійницю в хату, аж тут стає у хвіртці тітка Марина, Денискова мати.</w:t>
      </w:r>
    </w:p>
    <w:p>
      <w:r>
        <w:br/>
        <w:t>— Це, Катерино, ваш призводитель усіх з пуття збиває своїми футболами? Світу білого за ним не бачать!</w:t>
      </w:r>
    </w:p>
    <w:p>
      <w:r>
        <w:br/>
        <w:t>Мишкова мати ставить на стілець дійницю під верандою й витирає квітчастим фартухом руки.</w:t>
      </w:r>
    </w:p>
    <w:p>
      <w:r>
        <w:br/>
        <w:t>— Та воно ж таке, Марино, що їм і погратися треба. Хай би й була така забавка, аби ж тільки голову не втрачали!</w:t>
      </w:r>
    </w:p>
    <w:p>
      <w:r>
        <w:br/>
        <w:t>— Хіба ж я що кажу? Я теж не проти того... Тільки ж і про бідних корів забули, а в моєї теля голодне — добре, що корова сама прийшла додому.</w:t>
      </w:r>
    </w:p>
    <w:p>
      <w:r>
        <w:br/>
        <w:t>— Щоб це було, Михайле, останній раз! — каже мати і суворо дивиться на нього.</w:t>
      </w:r>
    </w:p>
    <w:p>
      <w:r>
        <w:br/>
        <w:t>І Мишко вдячно глянув на неї:</w:t>
      </w:r>
    </w:p>
    <w:p>
      <w:r>
        <w:br/>
        <w:t>— Спасибі, мамо, що пробачила. Я справді більше не буду.</w:t>
      </w:r>
    </w:p>
    <w:p>
      <w:r>
        <w:br/>
        <w:t>...А вночі Мишкові приснилося, що до них у село приїхала знаменита бразільська команда, щоб зустрітися з "Чайкою". І ось Мишко виводить на лісову галявину своїх гравців. На футбол прийшло дуже багато людей. Деякі навіть на дерева позалазили, щоб краще бачити гру. Хитрими фінтами він обходить усіх бразільців і забиває гол. Всі захоплено щось вигукують.</w:t>
      </w:r>
    </w:p>
    <w:p>
      <w:r>
        <w:br/>
        <w:t>— Вставай, сину! Вставай уже! Час корову гнати,— чує раптом він голос матері.</w:t>
      </w:r>
    </w:p>
    <w:p>
      <w:r>
        <w:br/>
        <w:t>— Що, вже ранок? — протирає очі.</w:t>
      </w:r>
    </w:p>
    <w:p>
      <w:r>
        <w:br/>
        <w:t>— Ранок, я вже й подоїла корову.</w:t>
      </w:r>
    </w:p>
    <w:p>
      <w:r>
        <w:br/>
        <w:t>Мишко вмивається, снідає. А потім одягає майку з написом "Динамо" і чує з вулиці голосний Денисів свист...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Футбол на лісовій галявині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