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Фуга смерті</w:t>
      </w:r>
    </w:p>
    <w:p>
      <w:r>
        <w:br/>
        <w:t xml:space="preserve"> Пауль Целан (Пауль Лео Анчель)&lt;br /&gt;</w:t>
        <w:br/>
        <w:t>Фуга смерті. Переклад М. Бажана</w:t>
      </w:r>
    </w:p>
    <w:p>
      <w:r>
        <w:br/>
        <w:t>Перекладач: М.Бажан&lt;br /&gt;</w:t>
        <w:br/>
        <w:t>Джерело: З книги: Зарубіжна література: Хрестоматія: 11 кл.— Х.: Світ дитинства, 1992.</w:t>
      </w:r>
    </w:p>
    <w:p>
      <w:r>
        <w:br/>
        <w:t>Чорне молоко світання ми п'ємо його надвечір&lt;br /&gt;</w:t>
        <w:br/>
        <w:t>ми п'ємо його опівдні і зранку ми п'ємо його вночі&lt;br /&gt;</w:t>
        <w:br/>
        <w:t>ми п'ємо і п'ємо&lt;br /&gt;</w:t>
        <w:br/>
        <w:t>ми копаєм могилу в повітрі де лежати не буде тісно&lt;br /&gt;</w:t>
        <w:br/>
        <w:t>Один чоловік живе в хаті він зі зміями грає він пише&lt;br /&gt;</w:t>
        <w:br/>
        <w:t>він пише коли темніє в Німеччині твоя золотиста&lt;br /&gt;</w:t>
        <w:br/>
        <w:t>коса Маргарито&lt;br /&gt;</w:t>
        <w:br/>
        <w:t>він пише це й з хати виходить і зорі блищать&lt;br /&gt;</w:t>
        <w:br/>
        <w:t>і свистить він на псів&lt;br /&gt;</w:t>
        <w:br/>
        <w:t>свистить на євреїв своїх і велить копати могилу в землі&lt;br /&gt;</w:t>
        <w:br/>
        <w:t>і грати до танцю наказує нам&lt;br /&gt;</w:t>
        <w:br/>
        <w:t>Чорне молоко світання тебе ми п'ємо вночі&lt;br /&gt;</w:t>
        <w:br/>
        <w:t>ми п'ємо тебе зранку й опівдні ми п'ємо тебе надвечір&lt;br /&gt;</w:t>
        <w:br/>
        <w:t>ми п'ємо і п'ємо&lt;br /&gt;</w:t>
        <w:br/>
        <w:t>Один чоловік живе в хаті він зі зміями грає він пише&lt;br /&gt;</w:t>
        <w:br/>
        <w:t>він пише коли темніє в Німеччині твоя золотиста&lt;br /&gt;</w:t>
        <w:br/>
        <w:t>коса Маргарито&lt;br /&gt;</w:t>
        <w:br/>
        <w:t>твоя попеляста коса Суламіф ми копаєм могилу в повітрі&lt;br /&gt;</w:t>
        <w:br/>
        <w:t>де буде лежати не тісно&lt;br /&gt;</w:t>
        <w:br/>
        <w:t>Він гукає глибше рийте землю ви перші ви другі&lt;br /&gt;</w:t>
        <w:br/>
        <w:t>співайте і грайте&lt;br /&gt;</w:t>
        <w:br/>
        <w:t>він хапається заліза в кобурі він хитається&lt;br /&gt;</w:t>
        <w:br/>
        <w:t>очі в нього блакитні&lt;br /&gt;</w:t>
        <w:br/>
        <w:t>глибше лопатами рийте ви перші ви другі&lt;br /&gt;</w:t>
        <w:br/>
        <w:t>грайте далі до танцю&lt;br /&gt;</w:t>
        <w:br/>
        <w:t>Чорне молоко світання ми п'ємо тебе вночі&lt;br /&gt;</w:t>
        <w:br/>
        <w:t>ми п'ємо тебе опівдні і зранку ми п'ємо тебе надвечір&lt;br /&gt;</w:t>
        <w:br/>
        <w:t>ми п'ємо і п'ємо&lt;br /&gt;</w:t>
        <w:br/>
        <w:t>Один чоловік живе в хаті твоя золотиста коса Маргарито&lt;br /&gt;</w:t>
        <w:br/>
        <w:t>твоя попеляста коса Суламіф він зі зміями грає&lt;br /&gt;</w:t>
        <w:br/>
        <w:t>Він гукає солодше грайте смерті бо смерть&lt;br /&gt;</w:t>
        <w:br/>
        <w:t>це з Німеччини майстер&lt;br /&gt;</w:t>
        <w:br/>
        <w:t>Він гукає темніше торкайтеся скрипок ви злинете&lt;br /&gt;</w:t>
        <w:br/>
        <w:t>димом в повітря&lt;br /&gt;</w:t>
        <w:br/>
        <w:t>для вас є могила у хмарах де буде лежати не тісно&lt;br /&gt;</w:t>
        <w:br/>
        <w:t>Чорне молоко світання ми п'ємо тебе вночі&lt;br /&gt;</w:t>
        <w:br/>
        <w:t>ми п'ємо тебе опівдні смерть це з Німеччини майстер&lt;br /&gt;</w:t>
        <w:br/>
        <w:t>ми п'ємо тебе зранку й надвечір ми п'ємо і п'ємо&lt;br /&gt;</w:t>
        <w:br/>
        <w:t>Смерть це з Німеччини майстер очі в нього блакитні&lt;br /&gt;</w:t>
        <w:br/>
        <w:t>він влучить у тебе свинцевою кулею він влучить точно&lt;br /&gt;</w:t>
        <w:br/>
        <w:t>Один чоловік живе в хаті твоя золотиста коса Маргарито&lt;br /&gt;</w:t>
        <w:br/>
        <w:t>Він нацьковує своїх псів на нас він дарує нам могилу в повітрі&lt;br /&gt;</w:t>
        <w:br/>
        <w:t>він зі зміями грає і марить смерть це з Німеччини майстер&lt;br /&gt;</w:t>
        <w:br/>
        <w:t>твоя золотиста коса Маргарито&lt;br /&gt;</w:t>
        <w:br/>
        <w:t>твоя попеляста коса Суламіф&lt;br /&gt;</w:t>
        <w:br/>
        <w:t>(1948)</w:t>
      </w:r>
    </w:p>
    <w:p>
      <w:r>
        <w:br/>
        <w:t>---------------------------------------------</w:t>
      </w:r>
    </w:p>
    <w:p>
      <w:r>
        <w:br/>
        <w:t>Пауль Целан (Пауль Лео Анчель)&lt;br /&gt;</w:t>
        <w:br/>
        <w:t>Фуга смерті. Переклад П.Рихла</w:t>
      </w:r>
    </w:p>
    <w:p>
      <w:r>
        <w:br/>
        <w:t>Перекладач: П.Рихло&lt;br /&gt;</w:t>
        <w:br/>
        <w:t>Джерело: З книги: Зарубіжна література: Хрестоматія: 11 кл.— Х.: Світ дитинства, 1992.</w:t>
      </w:r>
    </w:p>
    <w:p>
      <w:r>
        <w:br/>
        <w:t>Чорне молоко світання ми п'ємо його вечорами&lt;br /&gt;</w:t>
        <w:br/>
        <w:t>ми п'ємо його вдень і зрання ми п'ємо його уночі&lt;br /&gt;</w:t>
        <w:br/>
        <w:t>ми п'ємо і п'ємо&lt;br /&gt;</w:t>
        <w:br/>
        <w:t>Ми копаєм могилу в повітрі там лежати нетісно&lt;br /&gt;</w:t>
        <w:br/>
        <w:t>В цій хаті живе чоловік він змій приручає він пише&lt;br /&gt;</w:t>
        <w:br/>
        <w:t>він пише коли сутеніє в Німеччину твоя золотиста коса&lt;br /&gt;</w:t>
        <w:br/>
        <w:t>Маргарито&lt;br /&gt;</w:t>
        <w:br/>
        <w:t>він пише отак і виходить надвір і виблискують зорі&lt;br /&gt;</w:t>
        <w:br/>
        <w:t>він посвистом псів своїх кличе&lt;br /&gt;</w:t>
        <w:br/>
        <w:t>він свистить і скликає євреїв своїх і велить їм копати&lt;br /&gt;</w:t>
        <w:br/>
        <w:t>могилу в землі&lt;br /&gt;</w:t>
        <w:br/>
        <w:t>він наказує нам грайте хутко до танцю&lt;br /&gt;</w:t>
        <w:br/>
        <w:t>Чорне молоко світання ми п'ємо тебе уночі&lt;br /&gt;</w:t>
        <w:br/>
        <w:t>ми п'ємо тебе зрання і вдень ми п'ємо тебе вечорами&lt;br /&gt;</w:t>
        <w:br/>
        <w:t>ми п'ємо і п'ємо&lt;br /&gt;</w:t>
        <w:br/>
        <w:t>В цій хаті живе чоловік він змій приручає він пише&lt;br /&gt;</w:t>
        <w:br/>
        <w:t>він пише коли сутеніє в Німеччину твоя золотиста коса&lt;br /&gt;</w:t>
        <w:br/>
        <w:t>Маргарито&lt;br /&gt;</w:t>
        <w:br/>
        <w:t>Твоя попеляста коса Суламіт ми копаєм могилу в повітрі&lt;br /&gt;</w:t>
        <w:br/>
        <w:t>там лежати не тісно&lt;br /&gt;</w:t>
        <w:br/>
        <w:t>Він гукає ви перші копайте-но глибше ви другі співайте&lt;br /&gt;</w:t>
        <w:br/>
        <w:t>і грайте&lt;br /&gt;</w:t>
        <w:br/>
        <w:t>він вийма з кобури залізяку він розмахує нею очі його&lt;br /&gt;</w:t>
        <w:br/>
        <w:t>голубі&lt;br /&gt;</w:t>
        <w:br/>
        <w:t>глибше вганяйте лопати ви перші ви другі&lt;br /&gt;</w:t>
        <w:br/>
        <w:t>продовжуйте грати&lt;br /&gt;</w:t>
        <w:br/>
        <w:t>до танцю&lt;br /&gt;</w:t>
        <w:br/>
        <w:t>Чорне молоко світання ми п'ємо тебе уночі&lt;br /&gt;</w:t>
        <w:br/>
        <w:t>ми п'ємо і п'ємо&lt;br /&gt;</w:t>
        <w:br/>
        <w:t>в цій хаті живе чоловік твоя золотиста коса Маргарито&lt;br /&gt;</w:t>
        <w:br/>
        <w:t>твоя попеляста коса Суламіт він змій приручає&lt;br /&gt;</w:t>
        <w:br/>
        <w:t>Він гукає смерть потребує ніжнішої гри&lt;br /&gt;</w:t>
        <w:br/>
        <w:t>смерть це з Німеччини майстер&lt;br /&gt;</w:t>
        <w:br/>
        <w:t>він гукає жагливіш водіте смичками тоді ви полинете&lt;br /&gt;</w:t>
        <w:br/>
        <w:t>димом&lt;br /&gt;</w:t>
        <w:br/>
        <w:t>в повітря&lt;br /&gt;</w:t>
        <w:br/>
        <w:t>тоді ви могилу дістанете в хмарах там лежати нетісно&lt;br /&gt;</w:t>
        <w:br/>
        <w:t>Чорне молоко світання ми п'ємо тебе уночі&lt;br /&gt;</w:t>
        <w:br/>
        <w:t>ми п'ємо тебе вдень смерть це з Німеччини майстер&lt;br /&gt;</w:t>
        <w:br/>
        <w:t>ми п'ємо тебе вечорами і зрання ми п'ємо і п'ємо&lt;br /&gt;</w:t>
        <w:br/>
        <w:t>смерть це з Німеччини майстер очі його голубі&lt;br /&gt;</w:t>
        <w:br/>
        <w:t>він поцілить свинцевою кулею прямо в серце тобі&lt;br /&gt;</w:t>
        <w:br/>
        <w:t>в цій хаті живе чоловік твоя золотиста коса Маргарито&lt;br /&gt;</w:t>
        <w:br/>
        <w:t>він спускає на нас своїх псів він дає нам могилу в&lt;br /&gt;</w:t>
        <w:br/>
        <w:t>повітрі&lt;br /&gt;</w:t>
        <w:br/>
        <w:t>він змій приручає і марить смерть це з Німеччини&lt;br /&gt;</w:t>
        <w:br/>
        <w:t>майстер&lt;br /&gt;</w:t>
        <w:br/>
        <w:t>твоя золотиста коса Маргарито&lt;br /&gt;</w:t>
        <w:br/>
        <w:t>твоя попеляста коса Суламіт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Фуга смерті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