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Фрагменти минулого</w:t>
      </w:r>
    </w:p>
    <w:p>
      <w:r>
        <w:br/>
        <w:t xml:space="preserve"> І&lt;br /&gt;</w:t>
        <w:br/>
        <w:t>Їх розстріляно на розі&lt;br /&gt;</w:t>
        <w:br/>
        <w:t>Двох холодних, сніжних вулиць.&lt;br /&gt;</w:t>
        <w:br/>
        <w:t>Сльоз&lt;br /&gt;</w:t>
        <w:br/>
        <w:t>Не було,&lt;br /&gt;</w:t>
        <w:br/>
        <w:t>Тільки кров.&lt;br /&gt;</w:t>
        <w:br/>
        <w:t>Місяць – вибіг… в хмари знову.&lt;br /&gt;</w:t>
        <w:br/>
        <w:t>Поранковий вітер віяв,&lt;br /&gt;</w:t>
        <w:br/>
        <w:t>Обгортав сторожким жалем.&lt;br /&gt;</w:t>
        <w:br/>
        <w:t>Всі&lt;br /&gt;</w:t>
        <w:br/>
        <w:t>Лежали&lt;br /&gt;</w:t>
        <w:br/>
        <w:t>Горілиць.</w:t>
      </w:r>
    </w:p>
    <w:p>
      <w:r>
        <w:br/>
        <w:t>Не ридали кам’яниці.</w:t>
      </w:r>
    </w:p>
    <w:p>
      <w:r>
        <w:br/>
        <w:t>Подивились хмуро вікна.&lt;br /&gt;</w:t>
        <w:br/>
        <w:t>Тихо-тихо-тихо…</w:t>
      </w:r>
    </w:p>
    <w:p>
      <w:r>
        <w:br/>
        <w:t>2&lt;br /&gt;</w:t>
        <w:br/>
        <w:t>Світяться, світяться&lt;br /&gt;</w:t>
        <w:br/>
        <w:t>Радісні блискавки далеких вибухів —&lt;br /&gt;</w:t>
        <w:br/>
        <w:t>Зорі незбагненні нового життя…&lt;br /&gt;</w:t>
        <w:br/>
        <w:t>Заховане раніш в душі глибоко&lt;br /&gt;</w:t>
        <w:br/>
        <w:t>Свавільною хвилею котиться&lt;br /&gt;</w:t>
        <w:br/>
        <w:t>Радісного визволення почуття.</w:t>
      </w:r>
    </w:p>
    <w:p>
      <w:r>
        <w:br/>
        <w:t>Світіться ж, блискавки!&lt;br /&gt;</w:t>
        <w:br/>
        <w:t>Вибухи, гримайте!&lt;br /&gt;</w:t>
        <w:br/>
        <w:t>Загойте серце, розідране болем…&lt;br /&gt;</w:t>
        <w:br/>
        <w:t>Розтрощіть тюрму із залізними дверима,&lt;br /&gt;</w:t>
        <w:br/>
        <w:t>Ґрати осяйте погрозою-виблиском…&lt;br /&gt;</w:t>
        <w:br/>
        <w:t>Волі!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Фрагменти минулого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