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Фіндлей</w:t>
      </w:r>
    </w:p>
    <w:p>
      <w:r>
        <w:br/>
        <w:t xml:space="preserve"> Фіндлей</w:t>
      </w:r>
    </w:p>
    <w:p>
      <w:r>
        <w:br/>
        <w:t>"Хто за дверима там стоїть?"&lt;br /&gt;</w:t>
        <w:br/>
        <w:t>— Та хто ж, коли не Фіндлей?&lt;br /&gt;</w:t>
        <w:br/>
        <w:t>"Тобі там нічого робить!"&lt;br /&gt;</w:t>
        <w:br/>
        <w:t>— Невже? — одмовив Фіндлей.&lt;br /&gt;</w:t>
        <w:br/>
        <w:t>"Чи думка в тебе не лиха?"&lt;br /&gt;</w:t>
        <w:br/>
        <w:t>— А спробуй! — мовив Фіндлей.&lt;br /&gt;</w:t>
        <w:br/>
        <w:t>"Наробиш ти мені гріха".&lt;br /&gt;</w:t>
        <w:br/>
        <w:t>— Авжеж! — промовив Фіндлей.</w:t>
      </w:r>
    </w:p>
    <w:p>
      <w:r>
        <w:br/>
        <w:t>"Хіба устати й відімкнуть?"&lt;br /&gt;</w:t>
        <w:br/>
        <w:t>— Устань! — промовив Фіндлей.&lt;br /&gt;</w:t>
        <w:br/>
        <w:t>"Ти ж не даси мені заснуть".&lt;br /&gt;</w:t>
        <w:br/>
        <w:t>— Авжеж,— промовив Фіндлей.&lt;br /&gt;</w:t>
        <w:br/>
        <w:t>"Боюсь, тебе лише впусти".&lt;br /&gt;</w:t>
        <w:br/>
        <w:t>— Впусти! — озвався Фіндлей.&lt;br /&gt;</w:t>
        <w:br/>
        <w:t>"До ранку тут лишишся ти".&lt;br /&gt;</w:t>
        <w:br/>
        <w:t>— Авжеж,— промовив Фіндлей.</w:t>
      </w:r>
    </w:p>
    <w:p>
      <w:r>
        <w:br/>
        <w:t>"Коли дозволю, щоб зайшов..."&lt;br /&gt;</w:t>
        <w:br/>
        <w:t>— Зайду,— промовив Фіндлей.&lt;br /&gt;</w:t>
        <w:br/>
        <w:t>"То ти, напевне, прийдеш знов".&lt;br /&gt;</w:t>
        <w:br/>
        <w:t>— Авжеж, прийду,— промовив Фіндлей.&lt;br /&gt;</w:t>
        <w:br/>
        <w:t>"Що може буть у нас, про те..."&lt;br /&gt;</w:t>
        <w:br/>
        <w:t>— Хай буде! — мовив Фіндлей.&lt;br /&gt;</w:t>
        <w:br/>
        <w:t>"...Не пробалакайся ж ніде!"&lt;br /&gt;</w:t>
        <w:br/>
        <w:t>— Авжеж — озвався Фіндлей.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Фіндлей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