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Finale</w:t>
      </w:r>
    </w:p>
    <w:p>
      <w:r>
        <w:br/>
        <w:t xml:space="preserve"> І&lt;br /&gt;</w:t>
        <w:br/>
        <w:t>Як лилики у тьмі, кружляють наші душі&lt;br /&gt;</w:t>
        <w:br/>
        <w:t>Над глобом вічних мук, і скорби, і знемоги&lt;br /&gt;</w:t>
        <w:br/>
        <w:t>І упорчиво ждуть, коли об наші уші&lt;br /&gt;</w:t>
        <w:br/>
        <w:t>Ударить тайний дзвін останньої тривоги.&lt;br /&gt;</w:t>
        <w:br/>
        <w:t>Мов невід в океан, спускаєм наші очі&lt;br /&gt;</w:t>
        <w:br/>
        <w:t>В безодню вічних тайн, щоби про біль забути.&lt;br /&gt;</w:t>
        <w:br/>
        <w:t>Над нами чорний сфінкс простер кирею ночі&lt;br /&gt;</w:t>
        <w:br/>
        <w:t>І б’є нас батогом іронії і смути.&lt;br /&gt;</w:t>
        <w:br/>
        <w:t>І змучений наш дух волочить хорі крила&lt;br /&gt;</w:t>
        <w:br/>
        <w:t>По схилених хрестах проклятої долини.&lt;br /&gt;</w:t>
        <w:br/>
        <w:t>Від сліз його росте, поглублюєсь могила —&lt;br /&gt;</w:t>
        <w:br/>
        <w:t>Щораз звільняють крок почислені години.</w:t>
      </w:r>
    </w:p>
    <w:p>
      <w:r>
        <w:br/>
        <w:t>II&lt;br /&gt;</w:t>
        <w:br/>
        <w:t>В танець! Наш день зійшов посеред сліз і труду,&lt;br /&gt;</w:t>
        <w:br/>
        <w:t>І вже вечірня тінь припала наш загін;&lt;br /&gt;</w:t>
        <w:br/>
        <w:t>Ми кинули наш біль в несправлену прилуду,&lt;br /&gt;</w:t>
        <w:br/>
        <w:t>Тепер нам легше… Цить!.. Нічо: се плаче дзвін!..&lt;br /&gt;</w:t>
        <w:br/>
        <w:t>В танець! В танець! Нехай кріпка рука похмілля&lt;br /&gt;</w:t>
        <w:br/>
        <w:t>Верже нас в дикий вир, в сліпий круговорот!&lt;br /&gt;</w:t>
        <w:br/>
        <w:t>Най з груди гряне спів і регіт божевілля&lt;br /&gt;</w:t>
        <w:br/>
        <w:t>І стлумить тихий зойк несплаканих скорбот.&lt;br /&gt;</w:t>
        <w:br/>
        <w:t>Гуга! Гуга! В танець! Гуляймо безнадійно —&lt;br /&gt;</w:t>
        <w:br/>
        <w:t>Се нині день різдва — наш бажаний конець.&lt;br /&gt;</w:t>
        <w:br/>
        <w:t>Там за вікном стоїть іронія спокійно&lt;br /&gt;</w:t>
        <w:br/>
        <w:t>І кличе пальцем смерть… В танець! В танець, в танець!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