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Фігурні (курйозні) вірші</w:t>
      </w:r>
    </w:p>
    <w:p>
      <w:r>
        <w:br/>
        <w:t xml:space="preserve"> Іван Величковський&lt;br /&gt;</w:t>
        <w:br/>
        <w:t>Фігурні (курйозні) вірші&lt;br /&gt;</w:t>
        <w:br/>
        <w:t>(із рукописних книг "Зегар з полузегарком" і "Млеко"</w:t>
      </w:r>
    </w:p>
    <w:p>
      <w:r>
        <w:br/>
        <w:t>ІЗ КНИЖЕЧКИ "ЗЕГАР З ПОЛУЗЕГАРКОМ..."</w:t>
      </w:r>
    </w:p>
    <w:p>
      <w:r>
        <w:br/>
        <w:t>АВТОР КО ЧИТАТЕЛЮ</w:t>
      </w:r>
    </w:p>
    <w:p>
      <w:r>
        <w:br/>
        <w:t>І О смерті пАм’ятай, і На суд будь чуткий,&lt;br /&gt;</w:t>
        <w:br/>
        <w:t>ВЕЛьмИ Час біжить сКоро, В бігу Своєм прудКИЙ.&lt;br /&gt;</w:t>
        <w:br/>
        <w:t>МИНУТИ</w:t>
      </w:r>
    </w:p>
    <w:p>
      <w:r>
        <w:br/>
        <w:t>До Зегарка належать єще і минути,&lt;br /&gt;</w:t>
        <w:br/>
        <w:t>прето подобно і тих не треба минути.</w:t>
      </w:r>
    </w:p>
    <w:p>
      <w:r>
        <w:br/>
        <w:t>Минути всіх общії</w:t>
      </w:r>
    </w:p>
    <w:p>
      <w:r>
        <w:br/>
        <w:t>Минет младенчество.&lt;br /&gt;</w:t>
        <w:br/>
        <w:t>Минет отрочество.&lt;br /&gt;</w:t>
        <w:br/>
        <w:t>Минет юношество.&lt;br /&gt;</w:t>
        <w:br/>
        <w:t>Минет мужество.&lt;br /&gt;</w:t>
        <w:br/>
        <w:t>Минет старчество.&lt;br /&gt;</w:t>
        <w:br/>
        <w:t>Минет престарілость.&lt;br /&gt;</w:t>
        <w:br/>
        <w:t>Минет весна.&lt;br /&gt;</w:t>
        <w:br/>
        <w:t>Минет літо.&lt;br /&gt;</w:t>
        <w:br/>
        <w:t>Минет осінь.&lt;br /&gt;</w:t>
        <w:br/>
        <w:t>Минет зима.&lt;br /&gt;</w:t>
        <w:br/>
        <w:t>Минуть всі літа.&lt;br /&gt;</w:t>
        <w:br/>
        <w:t>Минуть всі времена.&lt;br /&gt;</w:t>
        <w:br/>
        <w:t>А над все минет час покаянія.</w:t>
      </w:r>
    </w:p>
    <w:p>
      <w:r>
        <w:br/>
        <w:t>Минути злих</w:t>
      </w:r>
    </w:p>
    <w:p>
      <w:r>
        <w:br/>
        <w:t>Минет слава.&lt;br /&gt;</w:t>
        <w:br/>
        <w:t>Минет багатство.&lt;br /&gt;</w:t>
        <w:br/>
        <w:t>Минет честь.&lt;br /&gt;</w:t>
        <w:br/>
        <w:t>Минет п’янство.&lt;br /&gt;</w:t>
        <w:br/>
        <w:t>Минет помпа.&lt;br /&gt;</w:t>
        <w:br/>
        <w:t>Минет гордость.&lt;br /&gt;</w:t>
        <w:br/>
        <w:t>Минет пиха.&lt;br /&gt;</w:t>
        <w:br/>
        <w:t>Минет тщеславіє.&lt;br /&gt;</w:t>
        <w:br/>
        <w:t>Минуть високії думи.&lt;br /&gt;</w:t>
        <w:br/>
        <w:t>Минуть похлібства.&lt;br /&gt;</w:t>
        <w:br/>
        <w:t>Минуть пещоти.&lt;br /&gt;</w:t>
        <w:br/>
        <w:t>Минуть банкети, піятики&lt;br /&gt;</w:t>
        <w:br/>
        <w:t>Минуть служби.&lt;br /&gt;</w:t>
        <w:br/>
        <w:t>Минуть дружби.&lt;br /&gt;</w:t>
        <w:br/>
        <w:t>Минуть жарти.&lt;br /&gt;</w:t>
        <w:br/>
        <w:t>Минуть сміхи.&lt;br /&gt;</w:t>
        <w:br/>
        <w:t>Минуть утіхи.&lt;br /&gt;</w:t>
        <w:br/>
        <w:t>Минуть роскоші.&lt;br /&gt;</w:t>
        <w:br/>
        <w:t>Минуть скарби.&lt;br /&gt;</w:t>
        <w:br/>
        <w:t>Минуть ради.&lt;br /&gt;</w:t>
        <w:br/>
        <w:t>Минуть зради.&lt;br /&gt;</w:t>
        <w:br/>
        <w:t>Минет хитрость.&lt;br /&gt;</w:t>
        <w:br/>
        <w:t>Минет ошуканство.&lt;br /&gt;</w:t>
        <w:br/>
        <w:t>Минет клямство.&lt;br /&gt;</w:t>
        <w:br/>
        <w:t>Минет зайзрость.&lt;br /&gt;</w:t>
        <w:br/>
        <w:t>Минет ненависть.&lt;br /&gt;</w:t>
        <w:br/>
        <w:t>Минет урода.&lt;br /&gt;</w:t>
        <w:br/>
        <w:t>Минет тілесная красота.&lt;br /&gt;</w:t>
        <w:br/>
        <w:t>Минет мужность.&lt;br /&gt;</w:t>
        <w:br/>
        <w:t>Минет сила.&lt;br /&gt;</w:t>
        <w:br/>
        <w:t>Минет красномовство.&lt;br /&gt;</w:t>
        <w:br/>
        <w:t>Минет удатность.&lt;br /&gt;</w:t>
        <w:br/>
        <w:t>Минет справность.&lt;br /&gt;</w:t>
        <w:br/>
        <w:t>Минуть драпіжства.&lt;br /&gt;</w:t>
        <w:br/>
        <w:t>Минуть кривоприсяжства.&lt;br /&gt;</w:t>
        <w:br/>
        <w:t>Минуть і прочая безчисленная суєтная,&lt;br /&gt;</w:t>
        <w:br/>
        <w:t>Альбовім все суєтіє чоловічеськоє,&lt;br /&gt;</w:t>
        <w:br/>
        <w:t>Єлико не будет по смерті,&lt;br /&gt;</w:t>
        <w:br/>
        <w:t>Не пребудет багатство, не снійдет слава,&lt;br /&gt;</w:t>
        <w:br/>
        <w:t>Нашедши бо смерть, вся сія погубить.</w:t>
      </w:r>
    </w:p>
    <w:p>
      <w:r>
        <w:br/>
        <w:t>Минути добрих</w:t>
      </w:r>
    </w:p>
    <w:p>
      <w:r>
        <w:br/>
        <w:t>Минуть хороби.&lt;br /&gt;</w:t>
        <w:br/>
        <w:t>Минуть преслідування.&lt;br /&gt;</w:t>
        <w:br/>
        <w:t>Минуть мученія.&lt;br /&gt;</w:t>
        <w:br/>
        <w:t>Минуть біди.&lt;br /&gt;</w:t>
        <w:br/>
        <w:t>Минуть скорбі.&lt;br /&gt;</w:t>
        <w:br/>
        <w:t>Минуть сльози.&lt;br /&gt;</w:t>
        <w:br/>
        <w:t>Минуть обиди.&lt;br /&gt;</w:t>
        <w:br/>
        <w:t>Минуть рани.&lt;br /&gt;</w:t>
        <w:br/>
        <w:t>Минуть наруганія.&lt;br /&gt;</w:t>
        <w:br/>
        <w:t>Минет голод.&lt;br /&gt;</w:t>
        <w:br/>
        <w:t>Минет прагненнє.&lt;br /&gt;</w:t>
        <w:br/>
        <w:t>Минет нагота.&lt;br /&gt;</w:t>
        <w:br/>
        <w:t>Минет убозство.&lt;br /&gt;</w:t>
        <w:br/>
        <w:t>Минет каліцтво.&lt;br /&gt;</w:t>
        <w:br/>
        <w:t>Минет сліпота.&lt;br /&gt;</w:t>
        <w:br/>
        <w:t>Минет німота.&lt;br /&gt;</w:t>
        <w:br/>
        <w:t>Минет хромота.&lt;br /&gt;</w:t>
        <w:br/>
        <w:t>Минуть труди, невчаси, невпокої.&lt;br /&gt;</w:t>
        <w:br/>
        <w:t>Минет всякоє злоє.</w:t>
      </w:r>
    </w:p>
    <w:p>
      <w:r>
        <w:br/>
        <w:t>Дві страшнії минути</w:t>
      </w:r>
    </w:p>
    <w:p>
      <w:r>
        <w:br/>
        <w:t>Мовить бовім господь: "Небо і земля мимо ідуть".&lt;br /&gt;</w:t>
        <w:br/>
        <w:t>ІЗ КНИЖЕЧКИ "МЛЕКО, ОД ОВЦІ ПАСТИРУ НАЛЕЖНОЄ, АБО ТРУДИ ПОЕТИЦЬКІЇ, ВО ЧЕСТЬ ПРЕБЛАГОСЛОВЕННОЇ ДІВИ МАРІЇ СОСТАВЛЕННІЇ..."</w:t>
      </w:r>
    </w:p>
    <w:p>
      <w:r>
        <w:br/>
        <w:t>Р&lt;br /&gt;</w:t>
        <w:br/>
        <w:t>о&lt;br /&gt;</w:t>
        <w:br/>
        <w:t>к&lt;br /&gt;</w:t>
        <w:br/>
        <w:t>у&lt;br /&gt;</w:t>
        <w:br/>
        <w:t>Аз млеком питала&lt;br /&gt;</w:t>
        <w:br/>
        <w:t>Христа в літєх мала,&lt;br /&gt;</w:t>
        <w:br/>
        <w:t>Чистаго младенця&lt;br /&gt;</w:t>
        <w:br/>
        <w:t>А тварєм первенця.</w:t>
      </w:r>
    </w:p>
    <w:p>
      <w:r>
        <w:br/>
        <w:t>Перші літери означають цифри (1691).&lt;br /&gt;</w:t>
        <w:br/>
        <w:t>ПРЕДМОВА ДО ЧИТЕЛЬНИКА</w:t>
      </w:r>
    </w:p>
    <w:p>
      <w:r>
        <w:br/>
        <w:t>Уважаючи я, іж многії народове, звлаща в науках обфітуючії, много мають не тілько ораторських, але і поетицьких, чудне а містерне, природним їх язиком, од високих разумов составленних трудолюбій, которими і самі ся тішать, і потомков своїх довціпи острять, я, яко істинний син Малоросійської отчизни нашої, боліючи на то серцем, іж в Малой нашой Росії до сих час такових ні од кого типом виданих не оглядаю трудов, з горливості моєї ку милой отчизні, призвавши бога і божію матку і [святих], умислив-єм, іле зможность подлого [довці] пу мойого позволяла, нікоторії значнійшії штуки поетицькії руським язиком виразити, не з якого язика на руський онії переводячи, але власною працею моєю ново на подобенство інородних составляючи, а нікоторії і ціле руськії способи винайдуючи, которії і іншим язиком ані ся могуть виразити.&lt;br /&gt;</w:t>
        <w:br/>
        <w:t>Найдовав-єм теж в штучках іноземних многії оздобнії і містернії штучки, але не на славу божію, тілько на марнії сьогосвітнії жарти виданії, з которих я, тілько способ взявши, ложив-єм труд не ку якому, не дай боже, тщеславію, але щегульне ку славі бога слави і славної владичиці нашої богородиці і прісно діви Марії а на оздобу отчизни нашої і утіху малоросійським сином її, звлаща до читання охочим і любомудрим.&lt;br /&gt;</w:t>
        <w:br/>
        <w:t>Упевняю теж ласкавого [читат] еля, іж єсли сії вірші мої скоро [про] йдет, не уважаючи, що ся в кождом за штучка замикаєт, мало, або жодного не однесет пожитку. Леч єсли над кождим віршиком так ся много забавить, аж поки зрозумієт, що ся в нім за штучка замикаєт, вельце ся в них закохаєт. Гди ж тут жадних простих (которих і простаки складати могуть) не маш віршов, тілько штучки поетицькії, которії любо суть короткії, маленькії, але великую компонуючим їх задають трудность і довгого, поки ся зложать, потребують часу. Суть з них нікоторії, яко то рак літеральний і вірш чворогранистий, которії і за місяць ледво ся зложать. Хто [спробу]єт, певне мі то признаєт. А прето, ласка [вий ч]ительнику, єсли з них хочеш однести утіху, довго поймуй їх, і єсли би ся которая штучка здала бути до поймовання претрудною, слушная річ, єдного і другого призвавши, спольне ся домишляти. Гди ж всі все можем, а єдин всього знати не может, кроме всемогущаго бога, которий як дав мні охочо попрацьовати, так і любві твоїй да подасть охочо читати і поймовати. В недостойних молитвах моїх горячо о тоє всемогущую його помощ благаю.</w:t>
      </w:r>
    </w:p>
    <w:p>
      <w:r>
        <w:br/>
        <w:t>Любві твоїй всіх благ желатель і бого[молець]&lt;br /&gt;</w:t>
        <w:br/>
        <w:t>Іоанн В[еличков]ський, недостойний з пресвітеров&lt;br /&gt;</w:t>
        <w:br/>
        <w:t>ЕХО</w:t>
      </w:r>
    </w:p>
    <w:p>
      <w:r>
        <w:br/>
        <w:t>єст вірш, в котором, якоби нікоє ехо, то єст одзов, до кождого стихав конця дві силяби, з конечних же літер уформованії, одзиваються</w:t>
      </w:r>
    </w:p>
    <w:p>
      <w:r>
        <w:br/>
        <w:t>— Что плачеши, Адаме? Земнаго ли края?&lt;br /&gt;</w:t>
        <w:br/>
        <w:t>— Рая.&lt;br /&gt;</w:t>
        <w:br/>
        <w:t>— Чому в онь не внійдени? Боїш ли ся брани?&lt;br /&gt;</w:t>
        <w:br/>
        <w:t>— Рани.&lt;br /&gt;</w:t>
        <w:br/>
        <w:t>— Не можеши ли внійти внутр його побідно?&lt;br /&gt;</w:t>
        <w:br/>
        <w:t>— Бідно.&lt;br /&gt;</w:t>
        <w:br/>
        <w:t>— Іли возбранен тобі вход єст херувими?&lt;br /&gt;</w:t>
        <w:br/>
        <w:t>— Іми.&lt;br /&gt;</w:t>
        <w:br/>
        <w:t>— Одкуду дієт ті ся сицевая досада?&lt;br /&gt;</w:t>
        <w:br/>
        <w:t>— 3 сада.&lt;br /&gt;</w:t>
        <w:br/>
        <w:t>— Кто ті в саді снідь смертну подаде од древа?&lt;br /&gt;</w:t>
        <w:br/>
        <w:t>— Єва.&lt;br /&gt;</w:t>
        <w:br/>
        <w:t>— Кто же Єву в том прельсти? Змій ли вертоградський?&lt;br /&gt;</w:t>
        <w:br/>
        <w:t>— Адський.&lt;br /&gt;</w:t>
        <w:br/>
        <w:t>— То сієши сльозами не без вини поле?&lt;br /&gt;</w:t>
        <w:br/>
        <w:t>— Оле!&lt;br /&gt;</w:t>
        <w:br/>
        <w:t>— Одселі вся будеши со трудом стяжати?&lt;br /&gt;</w:t>
        <w:br/>
        <w:t>— Жати.&lt;br /&gt;</w:t>
        <w:br/>
        <w:t>— Одселі тебе, чаю, смерть возьмет ко гробу?&lt;br /&gt;</w:t>
        <w:br/>
        <w:t>— Обу.&lt;br /&gt;</w:t>
        <w:br/>
        <w:t>— То смерті уже єсте во віки предані?&lt;br /&gt;</w:t>
        <w:br/>
        <w:t>— Ані.&lt;br /&gt;</w:t>
        <w:br/>
        <w:t>— Одкуду же жизнь паки начнете взимати?&lt;br /&gt;</w:t>
        <w:br/>
        <w:t>— Мати.&lt;br /&gt;</w:t>
        <w:br/>
        <w:t>— Мати, чаю, одродить вас, [чи смерть] Христова?&lt;br /&gt;</w:t>
        <w:br/>
        <w:t>— [О]ва.&lt;br /&gt;</w:t>
        <w:br/>
        <w:t>— Плодом ли пречистия матері ожисте?&lt;br /&gt;</w:t>
        <w:br/>
        <w:t>— Істе.&lt;br /&gt;</w:t>
        <w:br/>
        <w:t>— О би і нас спасл тот плод дівия утроби!&lt;br /&gt;</w:t>
        <w:br/>
        <w:t>— О би.&lt;br /&gt;</w:t>
        <w:br/>
        <w:t>РАК ЛІТЕРАЛЬНИЙ</w:t>
      </w:r>
    </w:p>
    <w:p>
      <w:r>
        <w:br/>
        <w:t>єст вірш, котрого літери, і вспак читаючися, той же&lt;br /&gt;</w:t>
        <w:br/>
        <w:t>текст виражають</w:t>
      </w:r>
    </w:p>
    <w:p>
      <w:r>
        <w:br/>
        <w:t>Мене ради на радость богом міру данна&lt;br /&gt;</w:t>
        <w:br/>
        <w:t>Анна во дар бо ім’я мі обрадованна,&lt;br /&gt;</w:t>
        <w:br/>
        <w:t>Анна дар і мні сін мира данна,&lt;br /&gt;</w:t>
        <w:br/>
        <w:t>Анна пита мя я мати панна.&lt;br /&gt;</w:t>
        <w:br/>
        <w:t>Знай всяк, аз в небі єсм чиста нива,&lt;br /&gt;</w:t>
        <w:br/>
        <w:t>А відай там я мати а діва.&lt;br /&gt;</w:t>
        <w:br/>
        <w:t>Знай о [нас в] небі, чистая ниво,&lt;br /&gt;</w:t>
        <w:br/>
        <w:t>[О відай] тамо мати а діво.&lt;br /&gt;</w:t>
        <w:br/>
        <w:t>Тебі силной все небо отверзеся само,&lt;br /&gt;</w:t>
        <w:br/>
        <w:t>О мати великая аки лев і тамо.&lt;br /&gt;</w:t>
        <w:br/>
        <w:t>Аки лев і тамо о мати велика&lt;br /&gt;</w:t>
        <w:br/>
        <w:t>Аки Лот о мати і тамо толика&lt;br /&gt;</w:t>
        <w:br/>
        <w:t>Лот — з святих чина, ти — з святійших лика.&lt;br /&gt;</w:t>
        <w:br/>
        <w:t>Марія в небі і по смерті жива,&lt;br /&gt;</w:t>
        <w:br/>
        <w:t>А відай тамо то мати а діва...&lt;br /&gt;</w:t>
        <w:br/>
        <w:t>Аще би і під морем могл люд пребивати&lt;br /&gt;</w:t>
        <w:br/>
        <w:t>І тамо відом Ісус ім, о діво мати.&lt;br /&gt;</w:t>
        <w:br/>
        <w:t>Од гроба Климентія мощно то познати...&lt;br /&gt;</w:t>
        <w:br/>
        <w:t>РАК СЛОВНИЙ</w:t>
      </w:r>
    </w:p>
    <w:p>
      <w:r>
        <w:br/>
        <w:t>єст вірш, которого не літери, але слова вспак читаються</w:t>
      </w:r>
    </w:p>
    <w:p>
      <w:r>
        <w:br/>
        <w:t>Високо діва єст вознесенна,&lt;br /&gt;</w:t>
        <w:br/>
        <w:t>Глубоко яко бяше смиренна.&lt;br /&gt;</w:t>
        <w:br/>
        <w:t>РАК ПРЕКОСЛОВНИЙ</w:t>
      </w:r>
    </w:p>
    <w:p>
      <w:r>
        <w:br/>
        <w:t>єст вірш, которого слова, вспак читаючися, противний текст виражають</w:t>
      </w:r>
    </w:p>
    <w:p>
      <w:r>
        <w:br/>
        <w:t>Бця Со мною жизнь не страх смерті,&lt;br /&gt;</w:t>
        <w:br/>
        <w:t>Мною жити не умерти. Єва&lt;br /&gt;</w:t>
        <w:br/>
        <w:t>Авель Богу пожру жертву тучну не худую,&lt;br /&gt;</w:t>
        <w:br/>
        <w:t>Многу не малую, благую не злую. Каїн&lt;br /&gt;</w:t>
        <w:br/>
        <w:t>Abel Sacrum pingue dabo non macrum sacrificabo Cain</w:t>
      </w:r>
    </w:p>
    <w:p>
      <w:r>
        <w:br/>
        <w:t>ЧВОРОГРАНИСТИЙ</w:t>
      </w:r>
    </w:p>
    <w:p>
      <w:r>
        <w:br/>
        <w:t>єст вірш, в котором так вздлуж, яко і вшир&lt;br /&gt;</w:t>
        <w:br/>
        <w:t>єден же текст виражається</w:t>
      </w:r>
    </w:p>
    <w:p>
      <w:r>
        <w:br/>
        <w:t>Маріє&lt;br /&gt;</w:t>
        <w:br/>
        <w:t>Ти&lt;br /&gt;</w:t>
        <w:br/>
        <w:t>Єдина&lt;br /&gt;</w:t>
        <w:br/>
        <w:t>Мати&lt;br /&gt;</w:t>
        <w:br/>
        <w:t>Богу&lt;br /&gt;</w:t>
        <w:br/>
        <w:t>Сину Ти&lt;br /&gt;</w:t>
        <w:br/>
        <w:t>паче&lt;br /&gt;</w:t>
        <w:br/>
        <w:t>всіх&lt;br /&gt;</w:t>
        <w:br/>
        <w:t>вишшему&lt;br /&gt;</w:t>
        <w:br/>
        <w:t>возлюбленна&lt;br /&gt;</w:t>
        <w:br/>
        <w:t>вину Єдина&lt;br /&gt;</w:t>
        <w:br/>
        <w:t>всіх&lt;br /&gt;</w:t>
        <w:br/>
        <w:t>надеждо&lt;br /&gt;</w:t>
        <w:br/>
        <w:t>творцу&lt;br /&gt;</w:t>
        <w:br/>
        <w:t>ти&lt;br /&gt;</w:t>
        <w:br/>
        <w:t>предстани Мати&lt;br /&gt;</w:t>
        <w:br/>
        <w:t>вишньому&lt;br /&gt;</w:t>
        <w:br/>
        <w:t>творцю&lt;br /&gt;</w:t>
        <w:br/>
        <w:t>стани&lt;br /&gt;</w:t>
        <w:br/>
        <w:t>прісно&lt;br /&gt;</w:t>
        <w:br/>
        <w:t>за ни Богу&lt;br /&gt;</w:t>
        <w:br/>
        <w:t>возлюбленна&lt;br /&gt;</w:t>
        <w:br/>
        <w:t>ти&lt;br /&gt;</w:t>
        <w:br/>
        <w:t>прісно&lt;br /&gt;</w:t>
        <w:br/>
        <w:t>діво&lt;br /&gt;</w:t>
        <w:br/>
        <w:t>зіло Сину&lt;br /&gt;</w:t>
        <w:br/>
        <w:t>вину&lt;br /&gt;</w:t>
        <w:br/>
        <w:t>предстани&lt;br /&gt;</w:t>
        <w:br/>
        <w:t>за ни&lt;br /&gt;</w:t>
        <w:br/>
        <w:t>зіло&lt;br /&gt;</w:t>
        <w:br/>
        <w:t>сміло</w:t>
      </w:r>
    </w:p>
    <w:p>
      <w:r>
        <w:br/>
        <w:t>ЗГОЖАЮЧІЙСЯ</w:t>
      </w:r>
    </w:p>
    <w:p>
      <w:r>
        <w:br/>
        <w:t>єст вірш, в котором обі строки средніх слов згодне заживають</w:t>
      </w:r>
    </w:p>
    <w:p>
      <w:r>
        <w:br/>
        <w:t>Єст Марія&lt;br /&gt;</w:t>
        <w:br/>
        <w:t>Арія без&lt;br /&gt;</w:t>
        <w:br/>
        <w:t>полн гріха та&lt;br /&gt;</w:t>
        <w:br/>
        <w:t>той душі&lt;br /&gt;</w:t>
        <w:br/>
        <w:t>в рай&lt;br /&gt;</w:t>
        <w:br/>
        <w:t>в ад водить&lt;br /&gt;</w:t>
        <w:br/>
        <w:t>зводить</w:t>
      </w:r>
    </w:p>
    <w:p>
      <w:r>
        <w:br/>
        <w:t>ПОРЯДНИЙ НЕПОРЯДОК</w:t>
      </w:r>
    </w:p>
    <w:p>
      <w:r>
        <w:br/>
        <w:t>єст вірш складне помішаного порядку, которий як ся маєт винайдовати, нижей указано єст</w:t>
      </w:r>
    </w:p>
    <w:p>
      <w:r>
        <w:br/>
        <w:t>Отець,&lt;br /&gt;</w:t>
        <w:br/>
        <w:t>ізбра, син,&lt;br /&gt;</w:t>
        <w:br/>
        <w:t>возлюби, утішитель,&lt;br /&gt;</w:t>
        <w:br/>
        <w:t>сниска, дшер,&lt;br /&gt;</w:t>
        <w:br/>
        <w:t>красну, матер,&lt;br /&gt;</w:t>
        <w:br/>
        <w:t>благу, невісту,&lt;br /&gt;</w:t>
        <w:br/>
        <w:t>чисту.</w:t>
      </w:r>
    </w:p>
    <w:p>
      <w:r>
        <w:br/>
        <w:t>Тут такий порядок маєт бути :</w:t>
      </w:r>
    </w:p>
    <w:p>
      <w:r>
        <w:br/>
        <w:t>Отець дщер ізбра красну,&lt;br /&gt;</w:t>
        <w:br/>
        <w:t>Сын матер возлюби благу,&lt;br /&gt;</w:t>
        <w:br/>
        <w:t>Утішитель невісту сниска чисту.&lt;br /&gt;</w:t>
        <w:br/>
        <w:t>ЄДИНОГЛАСНИЙ</w:t>
      </w:r>
    </w:p>
    <w:p>
      <w:r>
        <w:br/>
        <w:t>єст вірш, в котором каждая силяба єдиною гласною&lt;br /&gt;</w:t>
        <w:br/>
        <w:t>літерою замикається, іменна сею: О</w:t>
      </w:r>
    </w:p>
    <w:p>
      <w:r>
        <w:br/>
        <w:t>СлОвО плОтОнОснО&lt;br /&gt;</w:t>
        <w:br/>
        <w:t>МнОгО плОдОнОснО</w:t>
      </w:r>
    </w:p>
    <w:p>
      <w:r>
        <w:br/>
        <w:t>Много плода бог слово в рай приносить,&lt;br /&gt;</w:t>
        <w:br/>
        <w:t>Вся тім биша, вся даєт, чесомо кто просить.&lt;br /&gt;</w:t>
        <w:br/>
        <w:t>ЄДИНОПАДЕЖНИЙ</w:t>
      </w:r>
    </w:p>
    <w:p>
      <w:r>
        <w:br/>
        <w:t>єст вірш, на єдину каденцію кончаючийся,&lt;br /&gt;</w:t>
        <w:br/>
        <w:t>в котором всі стишки в єдно сеє ім’я АННА впадають</w:t>
      </w:r>
    </w:p>
    <w:p>
      <w:r>
        <w:br/>
        <w:t>Роди, ізбранна&lt;br /&gt;</w:t>
        <w:br/>
        <w:t>Пречистую, Анна.&lt;br /&gt;</w:t>
        <w:br/>
        <w:t>В цнотах пространна,&lt;br /&gt;</w:t>
        <w:br/>
        <w:t>Порока странна,&lt;br /&gt;</w:t>
        <w:br/>
        <w:t>Сладкая манна,&lt;br /&gt;</w:t>
        <w:br/>
        <w:t>Чистая панна,&lt;br /&gt;</w:t>
        <w:br/>
        <w:t>Яко нам данна,&lt;br /&gt;</w:t>
        <w:br/>
        <w:t>Богу осанна.</w:t>
      </w:r>
    </w:p>
    <w:p>
      <w:r>
        <w:br/>
        <w:t>За корень сей купині предложенно Анну,&lt;br /&gt;</w:t>
        <w:br/>
        <w:t>Яко сія ізрасти пречистую панну.&lt;br /&gt;</w:t>
        <w:br/>
        <w:t>АЗБУЧНИЙ</w:t>
      </w:r>
    </w:p>
    <w:p>
      <w:r>
        <w:br/>
        <w:t>єст вірш, которий кождое слово од азбучних літер порядком&lt;br /&gt;</w:t>
        <w:br/>
        <w:t>азбучним зачинает. Не положені теж в нем ъ, ы, ь, Ђ, бо то&lt;br /&gt;</w:t>
        <w:br/>
        <w:t>літери конечнії, а не початковії. Над то не положені суть і тії:&lt;br /&gt;</w:t>
        <w:br/>
        <w:t>&amp;#950;, &amp;#968;, &amp;#920;, бо то літери грецькії, а не руськії</w:t>
      </w:r>
    </w:p>
    <w:p>
      <w:r>
        <w:br/>
        <w:t>Тут мова пресвятої богородиці:</w:t>
      </w:r>
    </w:p>
    <w:p>
      <w:r>
        <w:br/>
        <w:t>А з Благ Всіх Глубина&lt;br /&gt;</w:t>
        <w:br/>
        <w:t>Дівая Єдина&lt;br /&gt;</w:t>
        <w:br/>
        <w:t>Живот Зачах Званним&lt;br /&gt;</w:t>
        <w:br/>
        <w:t>Ісуса Избранним,&lt;br /&gt;</w:t>
        <w:br/>
        <w:t>Которий Людей Мною&lt;br /&gt;</w:t>
        <w:br/>
        <w:t>На Обід Покою&lt;br /&gt;</w:t>
        <w:br/>
        <w:t>Райська Собираєт,&lt;br /&gt;</w:t>
        <w:br/>
        <w:t>Тунє ОУщедряєт.</w:t>
      </w:r>
    </w:p>
    <w:p>
      <w:r>
        <w:br/>
        <w:t>А тут мова наша ко Христу:</w:t>
      </w:r>
    </w:p>
    <w:p>
      <w:r>
        <w:br/>
        <w:t>Умне Фенікс Христе,&lt;br /&gt;</w:t>
        <w:br/>
        <w:t>Отче Царю Чисте,&lt;br /&gt;</w:t>
        <w:br/>
        <w:t>Шествуй Щедротами,&lt;br /&gt;</w:t>
        <w:br/>
        <w:t>Матерє Мольбами.&lt;br /&gt;</w:t>
        <w:br/>
        <w:t>АКРОСТИХІС</w:t>
      </w:r>
    </w:p>
    <w:p>
      <w:r>
        <w:br/>
        <w:t>єст вірш, котрий краєгранесієм, то єст початковими літерами,&lt;br /&gt;</w:t>
        <w:br/>
        <w:t>ім’я сіє МАРІЯ ізображает, а до того і літери, яко то М, А, Р&lt;br /&gt;</w:t>
        <w:br/>
        <w:t>і прочії, що значать, прозвиськом виражаєт</w:t>
      </w:r>
    </w:p>
    <w:p>
      <w:r>
        <w:br/>
        <w:t>Мисліте, мисль імійте, но не мощно знати,&lt;br /&gt;</w:t>
        <w:br/>
        <w:t>Аз, діва, како могох господа зачати.&lt;br /&gt;</w:t>
        <w:br/>
        <w:t>Рци токмо со вірою, всяк христіянине,&lt;br /&gt;</w:t>
        <w:br/>
        <w:t>Іже вся свідий, боже, ти віси єдине,&lt;br /&gt;</w:t>
        <w:br/>
        <w:t>Аз, чиста єдина, діва ношу сина.</w:t>
      </w:r>
    </w:p>
    <w:p>
      <w:r>
        <w:br/>
        <w:t>Таковий вірш не может зложитися римським язиком, бо у них літери не виражають слов.&lt;br /&gt;</w:t>
        <w:br/>
        <w:t>АКРОСТИХІС ВТОРИЙ</w:t>
      </w:r>
    </w:p>
    <w:p>
      <w:r>
        <w:br/>
        <w:t>так же краєгранесієм тоє ж пречесное ім’я МАРІЯ виражаючий,&lt;br /&gt;</w:t>
        <w:br/>
        <w:t>тілько першії мови в літерах числом замикаючий, яко то: М&lt;br /&gt;</w:t>
        <w:br/>
        <w:t>значить "четиридесять", А — "єден", Р — "сто", і проч.</w:t>
      </w:r>
    </w:p>
    <w:p>
      <w:r>
        <w:br/>
        <w:t>М. деньми землю одождивий&lt;br /&gt;</w:t>
        <w:br/>
        <w:t>А. тойжде, Маріє, бог син твой правдивий.&lt;br /&gt;</w:t>
        <w:br/>
        <w:t>Р. імат овець, причти к ним і мя, єдину,&lt;br /&gt;</w:t>
        <w:br/>
        <w:t>І. дів со мудрими представ ‘свому сину.&lt;br /&gt;</w:t>
        <w:br/>
        <w:t>Я. любо і не в числі, бо без числа грішний,&lt;br /&gt;</w:t>
        <w:br/>
        <w:t>Обаче числа святих да не буду внішний.&lt;br /&gt;</w:t>
        <w:br/>
        <w:t>АКРОСТИХІС ТРЕТІЙ</w:t>
      </w:r>
    </w:p>
    <w:p>
      <w:r>
        <w:br/>
        <w:t>в котором не предніми літерами виражається тоє ім’я МАРІЯ,&lt;br /&gt;</w:t>
        <w:br/>
        <w:t>як у вищих, але встяж в обох строках. Розділяється те ж ім’я&lt;br /&gt;</w:t>
        <w:br/>
        <w:t>на силяби, а по кождой силябі починається мова подобною&lt;br /&gt;</w:t>
        <w:br/>
        <w:t>силябою прешедшей силябі, якоби кождая силяба, що значить,&lt;br /&gt;</w:t>
        <w:br/>
        <w:t>толкується</w:t>
      </w:r>
    </w:p>
    <w:p>
      <w:r>
        <w:br/>
        <w:t>МА — мати блага, РІ — риза драга, Я — яже нас криєт,&lt;br /&gt;</w:t>
        <w:br/>
        <w:t>МА — малодушних, РІ — ризонужних, Я — як руно, грієт.&lt;br /&gt;</w:t>
        <w:br/>
        <w:t>МНОГОПРЕМІНИТЕЛЬНИЙ</w:t>
      </w:r>
    </w:p>
    <w:p>
      <w:r>
        <w:br/>
        <w:t>єст вірш, которий кілька десять разій перемінятися может,&lt;br /&gt;</w:t>
        <w:br/>
        <w:t>яко нижей обачиш. У римлян називається тот вірш протеус</w:t>
      </w:r>
    </w:p>
    <w:p>
      <w:r>
        <w:br/>
        <w:t>Яко ниву рясно плоди украшають,&lt;br /&gt;</w:t>
        <w:br/>
        <w:t>Тако діву красно роди ублажають.&lt;br /&gt;</w:t>
        <w:br/>
        <w:t>Ниву рясно плоди украшають яко,&lt;br /&gt;</w:t>
        <w:br/>
        <w:t>Діву красно роди ублажають тако.&lt;br /&gt;</w:t>
        <w:br/>
        <w:t>Рясно плоди украшають яко ниву,&lt;br /&gt;</w:t>
        <w:br/>
        <w:t>Красно роди ублажають тако діву.&lt;br /&gt;</w:t>
        <w:br/>
        <w:t>Плоди украшають яко ниву рясно,&lt;br /&gt;</w:t>
        <w:br/>
        <w:t>Роди ублажають тако діву красно.&lt;br /&gt;</w:t>
        <w:br/>
        <w:t>Украшають яко ниву рясно плоди,&lt;br /&gt;</w:t>
        <w:br/>
        <w:t>Ублажають тако діву красно роди.&lt;br /&gt;</w:t>
        <w:br/>
        <w:t>Яко плоди рясно ниву украшають,&lt;br /&gt;</w:t>
        <w:br/>
        <w:t>Тако роди красно діву ублажають.&lt;br /&gt;</w:t>
        <w:br/>
        <w:t>Ниву украшають рясно плоди яко,&lt;br /&gt;</w:t>
        <w:br/>
        <w:t>Діву ублажають красно роди тако.&lt;br /&gt;</w:t>
        <w:br/>
        <w:t>Рясно яко плоди украшають ниву,&lt;br /&gt;</w:t>
        <w:br/>
        <w:t>Красно тако роди ублажають діву.&lt;br /&gt;</w:t>
        <w:br/>
        <w:t>Плоди яко ниву украшають рясно,&lt;br /&gt;</w:t>
        <w:br/>
        <w:t>Роди тако діву ублажають красно.&lt;br /&gt;</w:t>
        <w:br/>
        <w:t>СТОВП</w:t>
      </w:r>
    </w:p>
    <w:p>
      <w:r>
        <w:br/>
        <w:t>В сем стовпі виражаються вірші од двох силяб&lt;br /&gt;</w:t>
        <w:br/>
        <w:t>аж до тринадцяти</w:t>
      </w:r>
    </w:p>
    <w:p>
      <w:r>
        <w:br/>
        <w:t>2. Діво, диво&lt;br /&gt;</w:t>
        <w:br/>
        <w:t>3. всей землі! Приємлі&lt;br /&gt;</w:t>
        <w:br/>
        <w:t>4. сію хвалу, любо малу,&lt;br /&gt;</w:t>
        <w:br/>
        <w:t>5. праці моєя во честь твоєя&lt;br /&gt;</w:t>
        <w:br/>
        <w:t>6. слави составленну, тебі освященну,&lt;br /&gt;</w:t>
        <w:br/>
        <w:t>7. юже раб твой принесе не од мудра словесе,&lt;br /&gt;</w:t>
        <w:br/>
        <w:t>8. но од серця чиста, права, занє твоя права слава.&lt;br /&gt;</w:t>
        <w:br/>
        <w:t>9. Достойно тя ніктоже может восхвалити, всяк не возможет.&lt;br /&gt;</w:t>
        <w:br/>
        <w:t>10. Твоя бо слава вишше всіх земних і наднебесних благоприємних&lt;br /&gt;</w:t>
        <w:br/>
        <w:t>11. жителей уми, первая по бозі прісно блажима в роді вірних мнозі.&lt;br /&gt;</w:t>
        <w:br/>
        <w:t>12. Ти єси стовп слави, пречистая діво, дивнійшеє миру над седьм дивов диво!&lt;br /&gt;</w:t>
        <w:br/>
        <w:t>13. Седьм дивов погибоша — твоєя, о мати, стовп кріпості вовіки будет пребувати&lt;br /&gt;</w:t>
        <w:br/>
        <w:t>ПРЕСІКАЄМИЙ</w:t>
      </w:r>
    </w:p>
    <w:p>
      <w:r>
        <w:br/>
        <w:t>єст вірш, которий, єдні імена прєсікши,&lt;br /&gt;</w:t>
        <w:br/>
        <w:t>другії імена посреді їх воміщаєт</w:t>
      </w:r>
    </w:p>
    <w:p>
      <w:r>
        <w:br/>
        <w:t>МногАя Із не СУщих Созда сеї твоРенІА&lt;br /&gt;</w:t>
        <w:br/>
        <w:t>ДаДІм ХеРувИмСькую ТОму піСнь хВАленія.&lt;br /&gt;</w:t>
        <w:br/>
        <w:t>МАю Миру дАТИ Радость І соДІлоВАти слАдость.&lt;br /&gt;</w:t>
        <w:br/>
        <w:t>ОСТАТНЯЯ ШТУЧКА</w:t>
      </w:r>
    </w:p>
    <w:p>
      <w:r>
        <w:br/>
        <w:t>Ісуса Христа ВЕЛИЧаймО, яКО Ввесь єст СлАдКИЙ, зНаймо.&lt;br /&gt;</w:t>
        <w:br/>
        <w:t>І з несОздАННа отця возсіявий чисте,&lt;br /&gt;</w:t>
        <w:br/>
        <w:t>ВЕЛИЧ аю з матКОю тя, ВсеСладКИЙ Христе.&lt;br /&gt;</w:t>
        <w:br/>
        <w:t>АВТОР ДО ЧИТЕЛЬНИКА</w:t>
      </w:r>
    </w:p>
    <w:p>
      <w:r>
        <w:br/>
        <w:t>НАстрОЙ навспак цинобру. Єсли угадаєш,&lt;br /&gt;</w:t>
        <w:br/>
        <w:t>горшИИ Кто з Сих, ВОвК, ЧИ ЛЕВ,&lt;br /&gt;</w:t>
        <w:br/>
        <w:t>То мене познаєш.</w:t>
      </w:r>
    </w:p>
    <w:p>
      <w:r>
        <w:br/>
        <w:t>Копець штучкам поетицьким,&lt;br /&gt;</w:t>
        <w:br/>
        <w:t>составленним во честь божія матері&lt;br /&gt;</w:t>
        <w:br/>
        <w:t>без конця.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Фігурні (курйозні)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