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Фербель</w:t>
      </w:r>
    </w:p>
    <w:p>
      <w:r>
        <w:br/>
        <w:t xml:space="preserve"> &lt;p&gt;ФЕРБЕЛЬ</w:t>
      </w:r>
    </w:p>
    <w:p>
      <w:r>
        <w:br/>
        <w:t>Попоїли і випили так, як на празнику годиться. І ще лишилося стільки страви, що можна було двадцять осіб нагодувати. Потім надимили тютюном так, що в хаті стала осіння мряка. Одні допивали ще чорну каву, другі кінчили пиво або вино, треті вже дякували господареві й господині,— наставала хвилина звичайна на празниках у священиків, коли ніхто не знає, що далі робити. Але се лиш так здається.</w:t>
      </w:r>
    </w:p>
    <w:p>
      <w:r>
        <w:br/>
        <w:t>По хвилині ціле товариство вже знало, що робити. Кільканадцять старших осіб пішло в карти грати,— столики, свічки, папіроси, чарки, вино і карти вже ждали на грачів; а молодь вийшла у сад погуляти, поспівати та пожартувати.</w:t>
      </w:r>
    </w:p>
    <w:p>
      <w:r>
        <w:br/>
        <w:t>За тими молодими, окремо і трохи здалека, мовби до них не належав, вийшов суддя Євген Волинський, ідеал матерів, що мали доньки, мрія панночок, що хотіли віддаватися — що ж з того? коли притім такий завзятий кавалер, що на нього майже не було надії.</w:t>
      </w:r>
    </w:p>
    <w:p>
      <w:r>
        <w:br/>
        <w:t>Вже зі злості говорив дехто, що він картяр і довгів має по вуха, проте не було празника, на котрий його не запрошували би з містечка, все в надії, що чей хлопчисько надумається і опам'ятається.</w:t>
      </w:r>
    </w:p>
    <w:p>
      <w:r>
        <w:br/>
        <w:t>Він зайшов у сад і очима знавця подивився на молоде товариство. Були тут дві учениці з вищої гімназії, обі доньки господаря, були ще дві їх товаришки з сусідства, також студентки,— всі чотири курили папіроси на знак того, що вони діти 20-го століття і далеко більше вчені, ніж їх матері та бабусі; були два богослови, дуже добрі співаки і по-мужицьки солодко-чемні, але неповоротні, як слони, були і три тонконогі гімназисти з фаворитами — всі п'ять не курили тютюну на знак своєї вищості від дівчат; був ще й менший "нарибок", що бігав по саду та зводив незвичайний крик.</w:t>
      </w:r>
    </w:p>
    <w:p>
      <w:r>
        <w:br/>
        <w:t>Суддя Волинський глянув на се товариство і, хоч відразу зміркував, що він у ньому був би найважнішою особою, не прилучився до нього, лише завернув без вагання до хати.</w:t>
      </w:r>
    </w:p>
    <w:p>
      <w:r>
        <w:br/>
        <w:t>Тут старий декан привітав його радісними словами:</w:t>
      </w:r>
    </w:p>
    <w:p>
      <w:r>
        <w:br/>
        <w:t>— А! Добре, що ви прийшли! Нам бракує одного до преферанса.</w:t>
      </w:r>
    </w:p>
    <w:p>
      <w:r>
        <w:br/>
        <w:t>— Дайте йому спокій! — промовив батько одної з дівчат у саду.— Нехай собі йде між молодих! Що він між нами, старими, має робити?</w:t>
      </w:r>
    </w:p>
    <w:p>
      <w:r>
        <w:br/>
        <w:t>— Ех, отче, я вже не молодий! — замітив суддя з тим удаваним жалем кавалерів, котрі знають, що ще їх ніхто не зачислить до старих.</w:t>
      </w:r>
    </w:p>
    <w:p>
      <w:r>
        <w:br/>
        <w:t>— Сідайте! — приказав рішуче декан.— Шкода часу! Судді вже не випадає якогось дурного "пташка" бавитися з дітьми.</w:t>
      </w:r>
    </w:p>
    <w:p>
      <w:r>
        <w:br/>
        <w:t>— І я тої думки,— повторив суддя,— не тому, що "не випадає", лише тому, що всі ті цензури, пташки, збирання меду, забави в квіти і т. п. страшно глупі.</w:t>
      </w:r>
    </w:p>
    <w:p>
      <w:r>
        <w:br/>
        <w:t>— Тепер уже дівчата так не бавляться,— замітив батько доньки в саду, мішаючи карти.— Тепер про що хоч говори з ними! Вчені!</w:t>
      </w:r>
    </w:p>
    <w:p>
      <w:r>
        <w:br/>
        <w:t>— Але борщу зварити не вміють,— додав злобно декан.— Ну, зачинаймо!</w:t>
      </w:r>
    </w:p>
    <w:p>
      <w:r>
        <w:br/>
        <w:t>Почався преферанс. Грали його зо дві години, аж знудилося всім. У комнаті при трьох столиках (при однім грали й пані) тільки й чути було: пас, сім перших, просте три, контра, ре, мізерка, іду, прошу о три карти, я забила адутом, маю чотири леви, рабую...</w:t>
      </w:r>
    </w:p>
    <w:p>
      <w:r>
        <w:br/>
        <w:t>Підвечір дехто від'їхав, але більша частина товариства лишилася. Молодь почала танцювати при грамофоні, а картярі примістилися при двох столиках, але вже замість нудного преферанса та лябета грали фербля. До самої вечері лунали у комнаті слова: візо, три рази, два пси, M&amp;#228;usel, десять ліпше, око, двадцять дев'ять, триста око, Kunstst&amp;#252;ck 1 і т. п. Дівчата кілька разів заглядали до сеї кімнати, дивилися на пана суддю і на купку грошей, що лежала перед ним, та й верталися до богословів і гімназистів. А пан суддя грав спокійно, вираховано, майже байдуже, проте завзято і з охотою. Для його нервів уже справді не "пташка" тре-</w:t>
      </w:r>
    </w:p>
    <w:p>
      <w:r>
        <w:br/>
        <w:t>' Фокус (нім.).</w:t>
      </w:r>
    </w:p>
    <w:p>
      <w:r>
        <w:br/>
        <w:t>ба було, тільки такої гри, як фербель, що давала потіху, і страх, і надію — разом се дике вдоволення, за яким пропадають картярі.</w:t>
      </w:r>
    </w:p>
    <w:p>
      <w:r>
        <w:br/>
        <w:t>Вечеря забрала картярам зо дві години дорогого часу. Зате, щоб наздогнати втрату, потім ставки при ферблю підвищилися, і на двох столиках пересувалися купки грошей, які разом з наріканням на тяжкі часи могли дивувати непривичного чоловіка. Година такої гри вистала, щоб кількох священиків від'їхало додому "сполоканих чисто".</w:t>
      </w:r>
    </w:p>
    <w:p>
      <w:r>
        <w:br/>
        <w:t>Лишився тільки один столик з грачами, які встоялися в боротьбі, між ними й Волинський. Щоби ніхто потім не мав до нього жалю, він на чотири години наперед заповів, що точно о 5 годині рано перестане грати і від'їде, бо о 9 год. має судові розправи. Всі згодилися на се, бо були пресвід-чені, що й самі роз'їдуться скорше.</w:t>
      </w:r>
    </w:p>
    <w:p>
      <w:r>
        <w:br/>
        <w:t>Тим часом уже в сусідніх кімнатах стало тихо, уже молодь роз'їхалася і змучені доматори та слуги спали, вже й літнє сонце зійшло, а картярі не вставали від столика, тільки сиділи, як пугачі, з підпухлими очима, невиспані і втомлені, та кидали по черзі карти на стіл.</w:t>
      </w:r>
    </w:p>
    <w:p>
      <w:r>
        <w:br/>
        <w:t>— Ще півгодини і я їду! — заповідав наперед суддя.</w:t>
      </w:r>
    </w:p>
    <w:p>
      <w:r>
        <w:br/>
        <w:t>Минуло півгодини, і він справді встав, попрощався і від'їхав. Чотирьох грачів лишилося ще при столику, між ними й старий декан, котрий один тримався ще найжва-віше, мовби тільки що встав зі сну.</w:t>
      </w:r>
    </w:p>
    <w:p>
      <w:r>
        <w:br/>
        <w:t>Дома у містечку суддя висипав у столик три великі жмені паперових, срібних та нікелевих грошей, замкнув шухляду, приказав своєму лакеєві, щоби збудив його о восьмій годині, і поклався на годинку спати. Призвичаєний до нічних гулянок, він видумав собі, як часто хвалився, метод прискореного спання, так що йому година-дві спочинку заступали цілу ніч.</w:t>
      </w:r>
    </w:p>
    <w:p>
      <w:r>
        <w:br/>
        <w:t>О восьмій годині він встав досить бадьорий, вмився, випив каву, перечислив гроші у столику (було звиш двісті корон) і пішов до своєї роботи в суд. Перша справа, про яку прочитав в актах, вразила його спочатку немило, потім викликала на уста усміх, далі застановила на хвилинку — так, що він майже не завважив, як перед ним станули чотири парубки і жандарм. Сей жандарм, що мав тепер свідчити, прискаржив перед кількома тижнями парубків, що грали фербля, забрав їм карти і 46 сотиків — карти були в актах — і нині вони мали відповідати перед судом за газардову гру.</w:t>
      </w:r>
    </w:p>
    <w:p>
      <w:r>
        <w:br/>
        <w:t>Суддя подивився на парубків і почав їх випитувати, хто вони. На вдивовижу довідався, що всі вони з села, де ще перед кількома годинами він сам грав фербля на празнику. Один був навіть фірманом у священика — парубок бувалий, що два роки сидів "у Пруса" на зарібках, другий війтів син, що ходив рік до гімназії і покинув її вже давно, третій парубок з двора, а четвертий "урльопник", що недавно вернув з війська.</w:t>
      </w:r>
    </w:p>
    <w:p>
      <w:r>
        <w:br/>
        <w:t>— Ти служиш у священика?</w:t>
      </w:r>
    </w:p>
    <w:p>
      <w:r>
        <w:br/>
        <w:t>— Так! — відповів фірман.</w:t>
      </w:r>
    </w:p>
    <w:p>
      <w:r>
        <w:br/>
        <w:t>— Давно?</w:t>
      </w:r>
    </w:p>
    <w:p>
      <w:r>
        <w:br/>
        <w:t>— Вже з рік.</w:t>
      </w:r>
    </w:p>
    <w:p>
      <w:r>
        <w:br/>
        <w:t>— То ти фербля граєш з другими? Не знаєш, що за се карають?</w:t>
      </w:r>
    </w:p>
    <w:p>
      <w:r>
        <w:br/>
        <w:t>— Ми не грали фербля, тільки візка по грейцару.</w:t>
      </w:r>
    </w:p>
    <w:p>
      <w:r>
        <w:br/>
        <w:t>Інші парубки повторили те саме. Свідок-жандарм оповів, що підглянув вікном, як сі парубки грали. Кождий з них мав по чотири карти в руках і чути було слова, по котрих він пізнав, що грали фербля. Він зайшов у хату і забрав карти та гроші.</w:t>
      </w:r>
    </w:p>
    <w:p>
      <w:r>
        <w:br/>
        <w:t>— Чи вікно було відчинене, коли ви слухали?</w:t>
      </w:r>
    </w:p>
    <w:p>
      <w:r>
        <w:br/>
        <w:t>— Ні.</w:t>
      </w:r>
    </w:p>
    <w:p>
      <w:r>
        <w:br/>
        <w:t>Встав заступник прокурора і зажадав рішуче покарання обжалованих, бо нема сумніву, що вони грали фербля. Але суддя сьогодня не вірив так на слово жандармові і задумався на хвилину. Погладив собі, мовби з клопоту, чуприну, потім взяв карти в руки, вийняв аса, короля, даму-кер і десятку трефову, подержав їх хвилину в руці, а потім показав фірманові священика.</w:t>
      </w:r>
    </w:p>
    <w:p>
      <w:r>
        <w:br/>
        <w:t>— Що то є?</w:t>
      </w:r>
    </w:p>
    <w:p>
      <w:r>
        <w:br/>
        <w:t>— Триста з оком! — відповів фірман з радістю, мовби хотів похвалитися своїми відомостями. Суддя з видимою лютістю кинув картами об стіл і заворкотів щось незрозуміло. Але по хвилині був уже спокійний і знову з карт вийняв три дами і трефового хлопця та показав війтовому синові:</w:t>
      </w:r>
    </w:p>
    <w:p>
      <w:r>
        <w:br/>
        <w:t>— А се що?</w:t>
      </w:r>
    </w:p>
    <w:p>
      <w:r>
        <w:br/>
        <w:t>— А се кунштук, прошу пана сендзі.</w:t>
      </w:r>
    </w:p>
    <w:p>
      <w:r>
        <w:br/>
        <w:t>— Н-ну! — вимовив суддя сердито під носом, стримуючи тим способом якісь інші слова.— Чого ж ти один з другим не признаєшся до фербля, коли знаєш його грати?</w:t>
      </w:r>
    </w:p>
    <w:p>
      <w:r>
        <w:br/>
        <w:t>Парубки мовчали і суддя замовк. В душі був він лютий на їх глупоту: замість не признаватися, ще й хваляться, що знають фербля. За сю глупоту не мине їх кара!</w:t>
      </w:r>
    </w:p>
    <w:p>
      <w:r>
        <w:br/>
        <w:t>— Я бачу,— промовив він знову,— що ви грали фербля. Тут ви не викрутитеся. Розумієте сю гру, отже, грали! Признавайтеся! Кажи ти!</w:t>
      </w:r>
    </w:p>
    <w:p>
      <w:r>
        <w:br/>
        <w:t>— Та ми направду грали фербля,— признався перший фірмам.</w:t>
      </w:r>
    </w:p>
    <w:p>
      <w:r>
        <w:br/>
        <w:t>— Що ж? Се вільно. Можна панам, можна і нам. От у нашого єгомостя сеї ночі грали фербля. Я сам бачив. Та й пан...</w:t>
      </w:r>
    </w:p>
    <w:p>
      <w:r>
        <w:br/>
        <w:t>"Певно, скаже, що й я грав",— блискавкою мигнула думка в голові судді, і він, щоби фірманові перебити бесіду, вдарив кулаком об стіл та скрикнув грізно:</w:t>
      </w:r>
    </w:p>
    <w:p>
      <w:r>
        <w:br/>
        <w:t>— І панам не вільно, і хлопам не вільно! Але пани хоч мають гроші, а хлоп украде курку, забере покладки з гнізда або зробить яку іншу шкоду, аби заграти собі в карти,— і для того хлопові більше не вільно, як панові. Розумієш? Ти мене не вчи!</w:t>
      </w:r>
    </w:p>
    <w:p>
      <w:r>
        <w:br/>
        <w:t>Сим "хлопським" доказом суддя дійсно замкнув рот фірманові і іншим парубкам, і вони вже тепер признавалися за порядком до фербля та ждали на засуд.</w:t>
      </w:r>
    </w:p>
    <w:p>
      <w:r>
        <w:br/>
        <w:t>Суддя Волинський не мав уже чого сумніватися, але заки видав засуд, ще добру хвилину зовсім без потреби перекидав акти, сердився на писаря, заглядав у вікно — і тільки потім встав і засудив кождого парубка на десять корон кари з заміною на два дні арешту.</w:t>
      </w:r>
    </w:p>
    <w:p>
      <w:r>
        <w:br/>
        <w:t>Парубки вийшли помалу з комнати, трохи здивовані, трохи зажурені, і всі, крім війтового сина, укладали собі вже в голові, що не заплатять кари, тільки, очевидно, відсидять в арешті.</w:t>
      </w:r>
    </w:p>
    <w:p>
      <w:r>
        <w:br/>
        <w:t>А суддя Волинський по сій справі цілий день був сердитий і в душі зарікався грати фербля аж до найближчої нагоди... Двісті корон пішки не ходять...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Фербель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