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Фараони</w:t>
      </w:r>
    </w:p>
    <w:p>
      <w:r>
        <w:br/>
        <w:t xml:space="preserve"> &lt;p&gt;ДІЙОВІ ОСОБИ:</w:t>
      </w:r>
    </w:p>
    <w:p>
      <w:r>
        <w:br/>
        <w:t>Т а р а н — завідуючий механізацією.</w:t>
      </w:r>
    </w:p>
    <w:p>
      <w:r>
        <w:br/>
        <w:t>О д а р к а — його дружина.</w:t>
      </w:r>
    </w:p>
    <w:p>
      <w:r>
        <w:br/>
        <w:t>О н и с ь к о — бригадир.</w:t>
      </w:r>
    </w:p>
    <w:p>
      <w:r>
        <w:br/>
        <w:t>У л я н а — його дружина.</w:t>
      </w:r>
    </w:p>
    <w:p>
      <w:r>
        <w:br/>
        <w:t>А р и с т а р х — бухгалтер.</w:t>
      </w:r>
    </w:p>
    <w:p>
      <w:r>
        <w:br/>
        <w:t>Г а н н а — його дружина.</w:t>
      </w:r>
    </w:p>
    <w:p>
      <w:r>
        <w:br/>
        <w:t>О в е р к о — завідуючий птахофермою.</w:t>
      </w:r>
    </w:p>
    <w:p>
      <w:r>
        <w:br/>
        <w:t>К о р н і й — колгоспний сторож.</w:t>
      </w:r>
    </w:p>
    <w:p>
      <w:r>
        <w:br/>
        <w:t>Г р и ц ь к о — обліковець.</w:t>
      </w:r>
    </w:p>
    <w:p>
      <w:r>
        <w:br/>
        <w:t>К а т е р и н а — доярка.</w:t>
      </w:r>
    </w:p>
    <w:p>
      <w:r>
        <w:br/>
        <w:t>О л е н а У с т и м і в н а — дружина голови колгоспу.</w:t>
      </w:r>
    </w:p>
    <w:p>
      <w:r>
        <w:br/>
        <w:t>П а в л и к — виконавець.</w:t>
      </w:r>
    </w:p>
    <w:p>
      <w:r>
        <w:br/>
        <w:t>ДІЯ ПЕРША</w:t>
      </w:r>
    </w:p>
    <w:p>
      <w:r>
        <w:br/>
        <w:t>КАРТИНА ПЕРША</w:t>
      </w:r>
    </w:p>
    <w:p>
      <w:r>
        <w:br/>
        <w:t>Ніч. На сцені напівтемне. Подвір'я Т а р а н а. Між двома деревами прив'язано гамак, застелений рядном, зверху подушка. Чути пісню — співають чоловіки різними голосами, невлад:</w:t>
      </w:r>
    </w:p>
    <w:p>
      <w:r>
        <w:br/>
        <w:t>Гей, наливайте повнії чари,</w:t>
      </w:r>
    </w:p>
    <w:p>
      <w:r>
        <w:br/>
        <w:t>Щоб через вінця лилося,</w:t>
      </w:r>
    </w:p>
    <w:p>
      <w:r>
        <w:br/>
        <w:t>Щоб наша доля нас не цуралась,</w:t>
      </w:r>
    </w:p>
    <w:p>
      <w:r>
        <w:br/>
        <w:t>Щоб краще в світі жилося.</w:t>
      </w:r>
    </w:p>
    <w:p>
      <w:r>
        <w:br/>
        <w:t>На сцену виходять Т а р а н, О н и с ь к о, А р и с т а р х, О в е р к о. Всі напідпитку. Зупиняються біля подвір'я Т а р а н а. Т а р а н — огрядний чоловік у хорошому костюмі, вишитій сорочці. Кашкет зсунувся набік. Рухи повільні, ліниві. О н и с ь к о вдягнений простіше, але теж добре. Без кашкета, чуб скуйовджений. Під час розмови жестикулює, ніби ловить долонями власні слова. А р и с т а р х — товстелезний, з великим животом, у солом'яному капелюсі. Комір сорочки розстебнутий, піджак тримає на руці. О в е р к о — щуплий, рухливий, кожне слово супроводжує відповідним жестом.</w:t>
      </w:r>
    </w:p>
    <w:p>
      <w:r>
        <w:br/>
        <w:t>А р и с т а р х. Що не кажіть, а нас таки доля, хлопці, не цурається.</w:t>
      </w:r>
    </w:p>
    <w:p>
      <w:r>
        <w:br/>
        <w:t>О н и с ь к о. Не цурається, прямо під ручки з нами ходить. Живемо в достатку!</w:t>
      </w:r>
    </w:p>
    <w:p>
      <w:r>
        <w:br/>
        <w:t>А р и с т а р х. Живемо в достатку!</w:t>
      </w:r>
    </w:p>
    <w:p>
      <w:r>
        <w:br/>
        <w:t>О н и с ь к о. В достатку!</w:t>
      </w:r>
    </w:p>
    <w:p>
      <w:r>
        <w:br/>
        <w:t>О в е р к о. Як оті вареники — із сметани та в масло...</w:t>
      </w:r>
    </w:p>
    <w:p>
      <w:r>
        <w:br/>
        <w:t>А р и с т а р х. В керівництві ходимо!</w:t>
      </w:r>
    </w:p>
    <w:p>
      <w:r>
        <w:br/>
        <w:t>О н и с ь к о. Ходимо.</w:t>
      </w:r>
    </w:p>
    <w:p>
      <w:r>
        <w:br/>
        <w:t>О в е р к о. На велоролерах їздимо.</w:t>
      </w:r>
    </w:p>
    <w:p>
      <w:r>
        <w:br/>
        <w:t>Т а р а н. На моторолерах!</w:t>
      </w:r>
    </w:p>
    <w:p>
      <w:r>
        <w:br/>
        <w:t>А р и с т а р х. Люди нас шанують!</w:t>
      </w:r>
    </w:p>
    <w:p>
      <w:r>
        <w:br/>
        <w:t>В с і. Шанують.</w:t>
      </w:r>
    </w:p>
    <w:p>
      <w:r>
        <w:br/>
        <w:t>О в е р к о. І начальство поважає!</w:t>
      </w:r>
    </w:p>
    <w:p>
      <w:r>
        <w:br/>
        <w:t>А р и с т а р х. А тут — тр-р-р!</w:t>
      </w:r>
    </w:p>
    <w:p>
      <w:r>
        <w:br/>
        <w:t>Т а р а н. Чого ж тр-р-р?</w:t>
      </w:r>
    </w:p>
    <w:p>
      <w:r>
        <w:br/>
        <w:t>А р и с т а р х. Кажуть, "собівартість" у нас наче "висока", з механізацією "слабкувато"... Вчора нашому голові дуже різко сказали в районі: "Якщо так і надалі буде, то..." (жест), мовляв, усіх нас чекає коліно... (Жест).</w:t>
      </w:r>
    </w:p>
    <w:p>
      <w:r>
        <w:br/>
        <w:t>Т а р а н. Що ж, по-їхньому, наші трактори за горобцями ганяються?</w:t>
      </w:r>
    </w:p>
    <w:p>
      <w:r>
        <w:br/>
        <w:t>О н и с ь к о. Працюють же!</w:t>
      </w:r>
    </w:p>
    <w:p>
      <w:r>
        <w:br/>
        <w:t>О в е р к о. Працюють! Постоять-постоять — і знову... Др-р-р... (Уявляє себе за кермом).</w:t>
      </w:r>
    </w:p>
    <w:p>
      <w:r>
        <w:br/>
        <w:t>Т а р а н. Не все ж і на техніку покладати. А живі люди нащо? Ентузіазм? Де неуправка буде (хихикнув), на жінок піднажмемо.</w:t>
      </w:r>
    </w:p>
    <w:p>
      <w:r>
        <w:br/>
        <w:t>О н и с ь к о. Жінки будь-яку механіку замінять.</w:t>
      </w:r>
    </w:p>
    <w:p>
      <w:r>
        <w:br/>
        <w:t>Сміх.</w:t>
      </w:r>
    </w:p>
    <w:p>
      <w:r>
        <w:br/>
        <w:t>Т а р а н. Ще й як замінять! Жінки — така техніка, що ні тобі амортизації, ні запасних частин, ні капітального ремонту...</w:t>
      </w:r>
    </w:p>
    <w:p>
      <w:r>
        <w:br/>
        <w:t>О в е р к о. Добірне товариство! Я так розумію: переключимо жінок на підвищені швидкості! І собівартість знизимо.</w:t>
      </w:r>
    </w:p>
    <w:p>
      <w:r>
        <w:br/>
        <w:t>Всі зайшлися сміхом.</w:t>
      </w:r>
    </w:p>
    <w:p>
      <w:r>
        <w:br/>
        <w:t>А р и с т а р х. Мудру голову носиш на плечах, сусіде!</w:t>
      </w:r>
    </w:p>
    <w:p>
      <w:r>
        <w:br/>
        <w:t>О н и с ь к о. Давайте, хлопці, на радощах "Рушника" втнемо. (Затягує). "Рідна мати моя..." (Фальшивить). Затягуй, Аристарше!</w:t>
      </w:r>
    </w:p>
    <w:p>
      <w:r>
        <w:br/>
        <w:t>А р и с т а р х. Не можу. В сон кидає. Покотимо, Оверку, додому!</w:t>
      </w:r>
    </w:p>
    <w:p>
      <w:r>
        <w:br/>
        <w:t>О в е р к о. Покотимо! На добраніч! Дасть бог день...</w:t>
      </w:r>
    </w:p>
    <w:p>
      <w:r>
        <w:br/>
        <w:t>А р и с т а р х. Дасть бог і чарку...</w:t>
      </w:r>
    </w:p>
    <w:p>
      <w:r>
        <w:br/>
        <w:t>Пішли.</w:t>
      </w:r>
    </w:p>
    <w:p>
      <w:r>
        <w:br/>
        <w:t>О н и с ь к о. І ми по хатах, чи що?</w:t>
      </w:r>
    </w:p>
    <w:p>
      <w:r>
        <w:br/>
        <w:t>Т а р а н. Добре тобі, Ониську! Прийдеш додому, вицідиш глечик квасу для прохолоди, простягнешся під яблунею, жінка мовчки чоботи з тебе зніме, подушку підіб'є — і спи собі на здоров'я! А тут... (Безнадійно махнув рукою).</w:t>
      </w:r>
    </w:p>
    <w:p>
      <w:r>
        <w:br/>
        <w:t>О н и с ь к о. На себе ремствуй! Учить жінку треба!.. Моя теж така була, а тепер хоч до рани прикладай. А ти — ліберал!</w:t>
      </w:r>
    </w:p>
    <w:p>
      <w:r>
        <w:br/>
        <w:t>Т а р а н. Я ліберал! (Б'є себе в груди). Я ліберал?! Ні, брат! Я вже твердо вирішив — досить!.. (Таємниче). Кину я свою Одарку! Кину — і край!.. Не до пари вона мені. Дівкою ще наче личила, а тепер занехаялась, постаріла, теплого слова не почуєш від неї. Тільки гир та гир. І по господарству порядку немає, і на роботу ніколи не вийде. Р-р-розведусь!..</w:t>
      </w:r>
    </w:p>
    <w:p>
      <w:r>
        <w:br/>
        <w:t>О н и с ь к о. Розійтись — не штука. Тільки ж мороки до дідька, та й витрати неабиякі...</w:t>
      </w:r>
    </w:p>
    <w:p>
      <w:r>
        <w:br/>
        <w:t>Т а р а н. Яка морока? Ти газети читаєш?</w:t>
      </w:r>
    </w:p>
    <w:p>
      <w:r>
        <w:br/>
        <w:t>О н и с ь к о. Само собою...</w:t>
      </w:r>
    </w:p>
    <w:p>
      <w:r>
        <w:br/>
        <w:t>Т а р а н. Читаєш, мабуть, з п'ятого на десяте. В кожній же газеті пишеться, що хтось "порушує справу про...". (Жест). Та це ж по району... А в області? А в республіці? А в Союзі?.. А на планеті?.. Мільйон мільйонів — і нічого... Да...</w:t>
      </w:r>
    </w:p>
    <w:p>
      <w:r>
        <w:br/>
        <w:t>О н и с ь к о. Воно так, звичайно, тільки чужого собака кусає — тобі не боляче, а на самого комар сяде — вже і руками махаєш.</w:t>
      </w:r>
    </w:p>
    <w:p>
      <w:r>
        <w:br/>
        <w:t>Т а р а н. Ні-чо-го!.. Треба, так і я помахаю.</w:t>
      </w:r>
    </w:p>
    <w:p>
      <w:r>
        <w:br/>
        <w:t>О н и с ь к о (подумавши). Я чув, і голова наш не мириться з жінкою і теж помишляє про... (Жест).</w:t>
      </w:r>
    </w:p>
    <w:p>
      <w:r>
        <w:br/>
        <w:t>Т а р а н (радісно). От бачиш! Хто раніше, хто пізніше — всі, брат, до цього дійдемо! Це тобі не старий режим!..</w:t>
      </w:r>
    </w:p>
    <w:p>
      <w:r>
        <w:br/>
        <w:t>О н и с ь к о. Мо', й таке буде...</w:t>
      </w:r>
    </w:p>
    <w:p>
      <w:r>
        <w:br/>
        <w:t>Т а р а н. Аби жилось погано, то й гиркай собі на здоров'я. А то ж ні. Хату поставив, як дзвін, — три кімнати. Хліб — ще позаторішній лежить. І сало, і до сала... Електрика цілу ніч світить. (Махнув у бік стовпа). Із області по знайомству цілого радіокомбайна припер, хоч так грай, хоч пластинки став. Живи під музику та чоловіка голуб, так ні... (Голосно гикнув). Хвилька нічого не підсипає в горілку? Щось мені той... (Жест).</w:t>
      </w:r>
    </w:p>
    <w:p>
      <w:r>
        <w:br/>
        <w:t>О н и с ь к о. Гріх наговорювати! Дванадцятий рік беру в неї — і кращого самогону для здоров'я не пам ятаю...</w:t>
      </w:r>
    </w:p>
    <w:p>
      <w:r>
        <w:br/>
        <w:t>Т а р а н. Це, мабуть, у мене нервове. Так що я хотів тобі сказати? Ага, згадав. Добре жилось єгипетським фараонам... Я десь чув, що жінки кожного ранку ноги їм цілували...</w:t>
      </w:r>
    </w:p>
    <w:p>
      <w:r>
        <w:br/>
        <w:t>О н и с ь к о. Ще й як цілували! Фараони, брат, уміли своїх жінок у руках тримати.</w:t>
      </w:r>
    </w:p>
    <w:p>
      <w:r>
        <w:br/>
        <w:t>Т а р а н. Молодці фараони!</w:t>
      </w:r>
    </w:p>
    <w:p>
      <w:r>
        <w:br/>
        <w:t>О н и с ь к о. Щось і мені, той, цинком відганяє... Мабуть, Хвилька нові труби поставила... Цс-с!.. Наче хтось іде... Заховаємось?</w:t>
      </w:r>
    </w:p>
    <w:p>
      <w:r>
        <w:br/>
        <w:t>Т а р а н. Хіба хочеш — треба...</w:t>
      </w:r>
    </w:p>
    <w:p>
      <w:r>
        <w:br/>
        <w:t>Відходять, присідають за тином. По дорозі йде сумна Катерина,</w:t>
      </w:r>
    </w:p>
    <w:p>
      <w:r>
        <w:br/>
        <w:t>з протилежного боку — Гриць.</w:t>
      </w:r>
    </w:p>
    <w:p>
      <w:r>
        <w:br/>
        <w:t>К а т е р и н а (злякано). Ой!.. Хто це?!</w:t>
      </w:r>
    </w:p>
    <w:p>
      <w:r>
        <w:br/>
        <w:t>Г р и ц ь к о. Не лякайся, Катю. Це я, Грицько. (Хоче взяти її за руки).</w:t>
      </w:r>
    </w:p>
    <w:p>
      <w:r>
        <w:br/>
        <w:t>К а т е р и н а. Бродиш ночами, як привид. Пусти!</w:t>
      </w:r>
    </w:p>
    <w:p>
      <w:r>
        <w:br/>
        <w:t>Г р и ц ь к о. Зачекай сваритися, Катю! Послухай краще... Сьогодні такий день, найбільше свято на землі!..</w:t>
      </w:r>
    </w:p>
    <w:p>
      <w:r>
        <w:br/>
        <w:t>К а т е р и н а. Яке свято? Он люди вже давно сплять.</w:t>
      </w:r>
    </w:p>
    <w:p>
      <w:r>
        <w:br/>
        <w:t>Г р и ц ь к о (урочисто). Сьогодні минає рівно два роки, три місяці й одинадцять днів, як ми почали стрічатись...</w:t>
      </w:r>
    </w:p>
    <w:p>
      <w:r>
        <w:br/>
        <w:t>К а т е р и н а. Ой помру! (Чмихнула). Стрічатись!.. Та я тебе бачу кожного дня ось уже вісімнадцять років.</w:t>
      </w:r>
    </w:p>
    <w:p>
      <w:r>
        <w:br/>
        <w:t>Г р и ц ь к о. Я маю на увазі той день, коли вперше відчув, що... (Раптом). Загину без тебе! Пам'ятаєш, після випуску ми всім класом пішли на берег Вербички, і там я дістав тобі лілії? Ти ще кричала: "Грицю! Не пливи — там прірва, глибоко! Вернись, рудий бісе, потонеш!" А я таки дістав, хоч плавав поганенько, бо чув, як ти дівчатам говорила, що любиш лілії над усі квіти. Не пам'ятаєш?</w:t>
      </w:r>
    </w:p>
    <w:p>
      <w:r>
        <w:br/>
        <w:t>К а т е р и н а (зітхає). Пам'ятаю. Але де тебе сьогодні носило? Я так чекала.. Може, прийдеш...</w:t>
      </w:r>
    </w:p>
    <w:p>
      <w:r>
        <w:br/>
        <w:t>Г р и ц ь к о. Я приніс тобі... Ось!.. (Подає Катерині пучок білих лілій).</w:t>
      </w:r>
    </w:p>
    <w:p>
      <w:r>
        <w:br/>
        <w:t>К а т е р и н а (вражена, бере лілії. Не вірячи очам). Звідки?</w:t>
      </w:r>
    </w:p>
    <w:p>
      <w:r>
        <w:br/>
        <w:t>Г р и ц ь к о. На Вербичці нарвав.</w:t>
      </w:r>
    </w:p>
    <w:p>
      <w:r>
        <w:br/>
        <w:t>К а т е р и н а. На Вербичці? Так далеко? (Пригортає лілії до грудей, поривчасто цілує Грицька). Спасибі.</w:t>
      </w:r>
    </w:p>
    <w:p>
      <w:r>
        <w:br/>
        <w:t>Г р и ц ь к о (йому перехопило подих). Катю! Хіба дванадцять кілометрів так далеко? Катю! Поцілуй ще раз — і я до світанку позбираю лілії вздовж усієї річки!..</w:t>
      </w:r>
    </w:p>
    <w:p>
      <w:r>
        <w:br/>
        <w:t>К а т е р и н а (схиляє голову до квітів). Помовч! (Пауза).</w:t>
      </w:r>
    </w:p>
    <w:p>
      <w:r>
        <w:br/>
        <w:t>Гриць цілує її.</w:t>
      </w:r>
    </w:p>
    <w:p>
      <w:r>
        <w:br/>
        <w:t>(Хилиться йому на груди). Білі лілії... Я так давно не милувалася ними при місяці! (Пауза). Поглянь, Грицю, вони аж посміхаються до нас...</w:t>
      </w:r>
    </w:p>
    <w:p>
      <w:r>
        <w:br/>
        <w:t>Гриць ствердно хитає головою. Вони завмерли в довгому поцілунку.</w:t>
      </w:r>
    </w:p>
    <w:p>
      <w:r>
        <w:br/>
        <w:t>За тином почувся Таранів стогін.</w:t>
      </w:r>
    </w:p>
    <w:p>
      <w:r>
        <w:br/>
        <w:t>Ходімо!.. Пора!</w:t>
      </w:r>
    </w:p>
    <w:p>
      <w:r>
        <w:br/>
        <w:t>Г р и ц ь к о. Катю! Ну, чого ти поспішаєш! Ходімо в поле... В полі тихо так та гарно: пахнуть хліба, співає перепел, а небо... Ходімо!..</w:t>
      </w:r>
    </w:p>
    <w:p>
      <w:r>
        <w:br/>
        <w:t>К а т е р и н а. Руда моя бухгалтерія, вже другі півні давно відспівали...</w:t>
      </w:r>
    </w:p>
    <w:p>
      <w:r>
        <w:br/>
        <w:t>Г р и ц ь к о. Пройдемо росою аж до Заячого лісу. Люди ранком побачать стежки і скажуть: "Тут ходили закоханії" Навіть у старих залоскоче серце згадкою про юність.</w:t>
      </w:r>
    </w:p>
    <w:p>
      <w:r>
        <w:br/>
        <w:t>К а т е р и н а. І чого ти пішов у конторники?!</w:t>
      </w:r>
    </w:p>
    <w:p>
      <w:r>
        <w:br/>
        <w:t>Г р и ц ь к о. Кепкує! А може, під оцією рудою чуприною така фантазія палахкотить, що й письменникам не снилася...</w:t>
      </w:r>
    </w:p>
    <w:p>
      <w:r>
        <w:br/>
        <w:t>К а т е р и н а. Милий мій Грицю! Добре тобі після конторської задухи та в поле ринути, а мені в п'ять годин треба на фермі бути. За день так накрутишся, що ждеш того вечора, як свята. Кидай бухгалтерію та йди до нас, тоді не такої заспіваєш. Кинеш?</w:t>
      </w:r>
    </w:p>
    <w:p>
      <w:r>
        <w:br/>
        <w:t>Г р и ц ь к о. І кину.</w:t>
      </w:r>
    </w:p>
    <w:p>
      <w:r>
        <w:br/>
        <w:t>К а т е р и н а. І перейдеш?</w:t>
      </w:r>
    </w:p>
    <w:p>
      <w:r>
        <w:br/>
        <w:t>Г р и ц ь к о. І перейду.</w:t>
      </w:r>
    </w:p>
    <w:p>
      <w:r>
        <w:br/>
        <w:t>К а т е р и н а. Слово?</w:t>
      </w:r>
    </w:p>
    <w:p>
      <w:r>
        <w:br/>
        <w:t>Г р и ц ь к о. Слово. Ферми механізуємо, електродоїлки встановимо.</w:t>
      </w:r>
    </w:p>
    <w:p>
      <w:r>
        <w:br/>
        <w:t>К а т е р и н а. В людей давно вже є, а в нас, може, тільки при комунізмі встановлять. Он твій дядько Таран третій рік обіцяє. Я б такого і дня не тримала завідуючим механізацією...</w:t>
      </w:r>
    </w:p>
    <w:p>
      <w:r>
        <w:br/>
        <w:t>Г р и ц ь к о. Тихше, ми ж біля його хати!</w:t>
      </w:r>
    </w:p>
    <w:p>
      <w:r>
        <w:br/>
        <w:t>К а т е р и н а. Не почує. Це барило, мабуть, насмокталося та спить, а може, десь швендяє — чарку шукає.</w:t>
      </w:r>
    </w:p>
    <w:p>
      <w:r>
        <w:br/>
        <w:t>Г р и ц ь к о. Та кинь про нього... Підемо в поле...</w:t>
      </w:r>
    </w:p>
    <w:p>
      <w:r>
        <w:br/>
        <w:t>К а т е р и н а. Ні, я — додому. Відпочити треба, та й мати сердяться, коли я пізно приходжу.</w:t>
      </w:r>
    </w:p>
    <w:p>
      <w:r>
        <w:br/>
        <w:t>Повільно пішли вулицею.</w:t>
      </w:r>
    </w:p>
    <w:p>
      <w:r>
        <w:br/>
        <w:t>Таран і Онисько вилазять із схованки, дивляться їм услід.</w:t>
      </w:r>
    </w:p>
    <w:p>
      <w:r>
        <w:br/>
        <w:t>Т а р а н. Ти не впізнав, чия то мудра така?</w:t>
      </w:r>
    </w:p>
    <w:p>
      <w:r>
        <w:br/>
        <w:t>О н и с ь к о. Катерина Чипчина.</w:t>
      </w:r>
    </w:p>
    <w:p>
      <w:r>
        <w:br/>
        <w:t>Т а р а н. Я їй покажу — "барило". Бач, переробилася — електродоїлку їй подавай! Грамотна! "При комунізмі встановлять..." Ониську, я так вважаю. Оце кажуть, поступово переходимо до комунізму. Поступово — значить, не всі разом? Спочатку чоловіки, а потім жінки. І то не всі, а поодинці пускати будемо.</w:t>
      </w:r>
    </w:p>
    <w:p>
      <w:r>
        <w:br/>
        <w:t>О н и с ь к о. Якби нас на воротях поставили, через які в комунізм проходитимуть, ми б маху не дали — не пустили б жодної.</w:t>
      </w:r>
    </w:p>
    <w:p>
      <w:r>
        <w:br/>
        <w:t>Т а р а н. Не знаєш ти моєї Одарки. Попід носом, а проскочить!..</w:t>
      </w:r>
    </w:p>
    <w:p>
      <w:r>
        <w:br/>
        <w:t>О н и с ь к о. Клята вона в тебе.</w:t>
      </w:r>
    </w:p>
    <w:p>
      <w:r>
        <w:br/>
        <w:t>Т а р а н. Клята, проклятющаі Поїдом їсть, навіть якщо вип'єш інколи. А ми ж без причини не п'ємо? Ні! От сьогодні випили. Чому?</w:t>
      </w:r>
    </w:p>
    <w:p>
      <w:r>
        <w:br/>
        <w:t>О н и с ь к о. А чому?</w:t>
      </w:r>
    </w:p>
    <w:p>
      <w:r>
        <w:br/>
        <w:t>Т а р а н. А чому? Трактора відремонтували! То не працював, а тепер працюватиме. На радощах і випили. Не свої шкурні інтереси нас хвилюють, а державні! А жінки цього не розуміють!</w:t>
      </w:r>
    </w:p>
    <w:p>
      <w:r>
        <w:br/>
        <w:t>О н и с ь к о. Відсталий елемент — що з них візьмеш? Ще якусь бенерю несе. Може, знову той... (Жест).</w:t>
      </w:r>
    </w:p>
    <w:p>
      <w:r>
        <w:br/>
        <w:t>Т а р а н. Не хочу. На щось колюче сів, коли оті цілувались... Бач, яка жінка в мене, нема того, щоб під тином прибрати.</w:t>
      </w:r>
    </w:p>
    <w:p>
      <w:r>
        <w:br/>
        <w:t>Входить Корній, широкоплечий, здоровенний дядюга.В руках величезний дрючок, під пахвою згорнутий лантух. Говорить крізь зуби, ходить трохи нагнувшись, наче когось підстерігає.</w:t>
      </w:r>
    </w:p>
    <w:p>
      <w:r>
        <w:br/>
        <w:t>Корній!</w:t>
      </w:r>
    </w:p>
    <w:p>
      <w:r>
        <w:br/>
        <w:t>О н и с ь к о. Заховаймось!</w:t>
      </w:r>
    </w:p>
    <w:p>
      <w:r>
        <w:br/>
        <w:t>К о р н і й. Хто тут, признавайсь! Що я вам, мальчик?!</w:t>
      </w:r>
    </w:p>
    <w:p>
      <w:r>
        <w:br/>
        <w:t>О н и с ь к о. Ти що?</w:t>
      </w:r>
    </w:p>
    <w:p>
      <w:r>
        <w:br/>
        <w:t>К о р н і й. Доброї ночі...</w:t>
      </w:r>
    </w:p>
    <w:p>
      <w:r>
        <w:br/>
        <w:t>Т а р а н. Здоров! На варту йдеш?</w:t>
      </w:r>
    </w:p>
    <w:p>
      <w:r>
        <w:br/>
        <w:t>К о р н і й. А куди ж — на вечорниці?!</w:t>
      </w:r>
    </w:p>
    <w:p>
      <w:r>
        <w:br/>
        <w:t>О н и с ь к о. Може, там від комори тільки дух лишився, а ти сунеш так пізно.</w:t>
      </w:r>
    </w:p>
    <w:p>
      <w:r>
        <w:br/>
        <w:t>К о р н і й. Чужі не прийдуть, а свої багато не візьмуть!</w:t>
      </w:r>
    </w:p>
    <w:p>
      <w:r>
        <w:br/>
        <w:t>Т а р а н. Воно так. Ти теж, бачу, мішечка прихватив?</w:t>
      </w:r>
    </w:p>
    <w:p>
      <w:r>
        <w:br/>
        <w:t>К о р н і й (спідлоба блимнув очима). Твої трактори в мішок не повкидаю, не бійся! Бувайте!.. (Пішов нагнувшись).</w:t>
      </w:r>
    </w:p>
    <w:p>
      <w:r>
        <w:br/>
        <w:t>О н и с ь к о. Корній — страшенної сили чоловік. Позаминулого року спав під скиртою. Мабуть, теж сторожував. Коли це підійшов бичок-бузівок і наступив йому на спину. Корній як схопиться, як свисне бузівка у вухо, так бідолашна скотина і впала з усіх чотирьох.</w:t>
      </w:r>
    </w:p>
    <w:p>
      <w:r>
        <w:br/>
        <w:t>Т а р а н. Ото сила!</w:t>
      </w:r>
    </w:p>
    <w:p>
      <w:r>
        <w:br/>
        <w:t>О н и с ь к о. Ледве відходили. І досі в бика контузія. То ні з того ні з сього почне головою мотати, ніби його гедзі кусають, то стане серед дороги і реве мов навіжений. А побаче Корнія — в ліс тікає, сердега.</w:t>
      </w:r>
    </w:p>
    <w:p>
      <w:r>
        <w:br/>
        <w:t>Т а р а н. І не дивно, що в Корнія здоров'я, — шостий рік сторожує. Вночі на роботі спить, а вдень — дома. Правда, й заробітки такі...</w:t>
      </w:r>
    </w:p>
    <w:p>
      <w:r>
        <w:br/>
        <w:t>О н и с ь к о. В нього жінка ланкова. Щороку трудоднів по шістсот виганя.</w:t>
      </w:r>
    </w:p>
    <w:p>
      <w:r>
        <w:br/>
        <w:t>Т а р а н. Коли жінка хороша — можна бути при здоров'ї! (Позіхає). Бувай!.. В сон кидає...</w:t>
      </w:r>
    </w:p>
    <w:p>
      <w:r>
        <w:br/>
        <w:t>О н и с ь к о. А мо', заспіваємо? На пісню тягне.</w:t>
      </w:r>
    </w:p>
    <w:p>
      <w:r>
        <w:br/>
        <w:t>Т а р а н. Мені ще дома доведеться співати, бодай не діждати ворогові такої пісні.</w:t>
      </w:r>
    </w:p>
    <w:p>
      <w:r>
        <w:br/>
        <w:t>О н и с ь к о. Бувай. Жаль мені тебе, до сліз жаль! Але сам винуватий — ліберал!.. (Виходить).</w:t>
      </w:r>
    </w:p>
    <w:p>
      <w:r>
        <w:br/>
        <w:t>Т а р а н. Тьху! І видере ж таке противне слово — "ліберал"! Чортзна-що! (Відчиняє хвіртку).</w:t>
      </w:r>
    </w:p>
    <w:p>
      <w:r>
        <w:br/>
        <w:t>В цей час чути голосне: "Ку-ку-рі-куі"</w:t>
      </w:r>
    </w:p>
    <w:p>
      <w:r>
        <w:br/>
        <w:t>А здох би ти, проклятющий, розкричався!..</w:t>
      </w:r>
    </w:p>
    <w:p>
      <w:r>
        <w:br/>
        <w:t>З хати виходить Одарка, легко одягнена, коса впала на плече.</w:t>
      </w:r>
    </w:p>
    <w:p>
      <w:r>
        <w:br/>
        <w:t>О д а р к а. Знову лементуєш серед ночі?</w:t>
      </w:r>
    </w:p>
    <w:p>
      <w:r>
        <w:br/>
        <w:t>Т а р а н (обурено). І коли ти того півня заріжеш? Скільки разів треба наказувать?!</w:t>
      </w:r>
    </w:p>
    <w:p>
      <w:r>
        <w:br/>
        <w:t>О д а р к а. Причепився до півня! Поперек горла він тобі став?!</w:t>
      </w:r>
    </w:p>
    <w:p>
      <w:r>
        <w:br/>
        <w:t>Т а р а н. Це не півень, а диявол з кнопкою. Тільки відчиниш хвіртку, вже й горланить.</w:t>
      </w:r>
    </w:p>
    <w:p>
      <w:r>
        <w:br/>
        <w:t>О д а р к а. Північ, то й горланить.</w:t>
      </w:r>
    </w:p>
    <w:p>
      <w:r>
        <w:br/>
        <w:t>Т а р а н. Чого ж сусідський мовчить?</w:t>
      </w:r>
    </w:p>
    <w:p>
      <w:r>
        <w:br/>
        <w:t>О д а р к а. У сусідів немає півня.</w:t>
      </w:r>
    </w:p>
    <w:p>
      <w:r>
        <w:br/>
        <w:t>Т а р а н. І нам він ні до чого!</w:t>
      </w:r>
    </w:p>
    <w:p>
      <w:r>
        <w:br/>
        <w:t>Далеко на селі чути півнячий переспів.</w:t>
      </w:r>
    </w:p>
    <w:p>
      <w:r>
        <w:br/>
        <w:t>О д а р к а. Чуєш, скрізь співають.</w:t>
      </w:r>
    </w:p>
    <w:p>
      <w:r>
        <w:br/>
        <w:t>Т а р а н. Мені до чужих півнів діла немає, а своєму я господар! Сказав заріж — і крапка!</w:t>
      </w:r>
    </w:p>
    <w:p>
      <w:r>
        <w:br/>
        <w:t>О д а р к а. Вгамуйся, люди почують.</w:t>
      </w:r>
    </w:p>
    <w:p>
      <w:r>
        <w:br/>
        <w:t>Т а р а н. Хай чують, яка в мене жінка. На роботі не була?</w:t>
      </w:r>
    </w:p>
    <w:p>
      <w:r>
        <w:br/>
        <w:t>О д а р к а. Ні.</w:t>
      </w:r>
    </w:p>
    <w:p>
      <w:r>
        <w:br/>
        <w:t>Т а р а н. Соромиш мене перед людьми!</w:t>
      </w:r>
    </w:p>
    <w:p>
      <w:r>
        <w:br/>
        <w:t>О д а р к а. Дома тієї роботи зібралось — на трьох стане. Хліб пекла, білизну попрала, Наталочці плаття пошила, хату підмазала, поприбирала...</w:t>
      </w:r>
    </w:p>
    <w:p>
      <w:r>
        <w:br/>
        <w:t>Т а р а н (перебиває). Та-та-та! Заторохтіла! Переробилася! Знаю — в холодочку вилежувалася! В гамаку гойдалася?! Купив я його, дурень, на свою голову! Сама хоч би причепурилася...</w:t>
      </w:r>
    </w:p>
    <w:p>
      <w:r>
        <w:br/>
        <w:t>О д а р к а. Покрутився б, як я, та спробував чепурним та охайним в холодочку вилежуватися! Побачила б я, на кого ти був би схожий... коли б був на моєму місці.</w:t>
      </w:r>
    </w:p>
    <w:p>
      <w:r>
        <w:br/>
        <w:t>Т а р а н (сміється). На твоєму місці? Оце налякала! Та якби я був на твоєму місці, у мене б усе (жест)... кипіло, а я лежав би та посвистував. (Сміється). Придумала, що сказати. (Іде до гамака, знімає піджак, кидає його на гілку дерева, лягає). Оце так втнула — "на моєму місці". (Сміється).</w:t>
      </w:r>
    </w:p>
    <w:p>
      <w:r>
        <w:br/>
        <w:t>Одарка виносить з хати ковдру, кидає в гамак.</w:t>
      </w:r>
    </w:p>
    <w:p>
      <w:r>
        <w:br/>
        <w:t>О д а р к а. Вкрийся, під ранок холодно буде.</w:t>
      </w:r>
    </w:p>
    <w:p>
      <w:r>
        <w:br/>
        <w:t>Т а р а н. Кажеш, якби побув... хе-хе-хе... (Вже крізь сон). На... тво...єму... міс...ці... Гм-м-м!..</w:t>
      </w:r>
    </w:p>
    <w:p>
      <w:r>
        <w:br/>
        <w:t>Затемнення</w:t>
      </w:r>
    </w:p>
    <w:p>
      <w:r>
        <w:br/>
        <w:t>КАРТИНА ДРУГА</w:t>
      </w:r>
    </w:p>
    <w:p>
      <w:r>
        <w:br/>
        <w:t>Пізній ранок. Таран сидить на ослінчику біля столика. Ще не проспався, ніяк не второпає,</w:t>
      </w:r>
    </w:p>
    <w:p>
      <w:r>
        <w:br/>
        <w:t>що йому каже Онисько.</w:t>
      </w:r>
    </w:p>
    <w:p>
      <w:r>
        <w:br/>
        <w:t>О н и с ь к о. Миколо! Миколо! Миколо! Та прокинься ти, голова — два вуха. (Трясе його за плечі).</w:t>
      </w:r>
    </w:p>
    <w:p>
      <w:r>
        <w:br/>
        <w:t>Т а р а н. Не буркай мене. Вчора обійшов техніку — все в ажурі...</w:t>
      </w:r>
    </w:p>
    <w:p>
      <w:r>
        <w:br/>
        <w:t>О н и с ь к о. Ти можеш розплющити очі і вислухати мою трагічну звістку?</w:t>
      </w:r>
    </w:p>
    <w:p>
      <w:r>
        <w:br/>
        <w:t>Т а р а н. Не можу. Голова! (Жест). А в голові — трибки крутяться нахолосту, свічки замокли, зажиганіє не працює — потрібен капітальний ремонт. (Хапає пляшку зі столу).</w:t>
      </w:r>
    </w:p>
    <w:p>
      <w:r>
        <w:br/>
        <w:t>Онисько (вириває пляшку з рук Тарана). Вгамуйся, зараз не до цього... (Понюхав). І потім — це олія!</w:t>
      </w:r>
    </w:p>
    <w:p>
      <w:r>
        <w:br/>
        <w:t>Т а р а н. Так що сталося?</w:t>
      </w:r>
    </w:p>
    <w:p>
      <w:r>
        <w:br/>
        <w:t>О н и с ь к о. Повний переворот!..</w:t>
      </w:r>
    </w:p>
    <w:p>
      <w:r>
        <w:br/>
        <w:t>Т а р а н. Який переворот?</w:t>
      </w:r>
    </w:p>
    <w:p>
      <w:r>
        <w:br/>
        <w:t>О н и с ь к о. Чи хтось написав, чи наговорив на нас. Словом — біда. Скликають сьогодні чуть світ правління, представник з району приїхав, і почалось...</w:t>
      </w:r>
    </w:p>
    <w:p>
      <w:r>
        <w:br/>
        <w:t>Т а р а н. Переворот, біда, представник... Нічого не второпаю. Кажи толком.</w:t>
      </w:r>
    </w:p>
    <w:p>
      <w:r>
        <w:br/>
        <w:t>О н и с ь к о. Сказали так: чоловіки стають тепер жінками, а жінки — чоловіками. От!</w:t>
      </w:r>
    </w:p>
    <w:p>
      <w:r>
        <w:br/>
        <w:t>Т а р а н (очманіло дивиться на Ониська, трохи відсовується від нього, потім встає, знімає рушник, який лежав на перильцях ганку, вмочує у відро, кладе Ониськові на голову). Біла гарячка, брат, діло погане. Та не журись, пройде!</w:t>
      </w:r>
    </w:p>
    <w:p>
      <w:r>
        <w:br/>
        <w:t>О н и с ь к о (намагається зірвати рушника). На біса мені твої компреси? Діло говори, що робити маємо?</w:t>
      </w:r>
    </w:p>
    <w:p>
      <w:r>
        <w:br/>
        <w:t>Т а р а н (тримає його за руки). Заспокойся! Мені теж таке було після звітно-виборних, пам'ятаєш? Ми тоді критику замочили добренько. Прийшов я додому, ліг, дивлюсь — в усіх закапелках сидять чортенята і лущать насіння. От де страху набрався, ледве не вив. Так що сиди тихо — повинно пройти.</w:t>
      </w:r>
    </w:p>
    <w:p>
      <w:r>
        <w:br/>
        <w:t>О н и с ь к о. Та не здурів я, хочеш — перевір; у мене в бригаді сімсот п'ятдесят гектарів землі, сто тридцять працездатних, чотири трактори, в двох поплавились підшипники...</w:t>
      </w:r>
    </w:p>
    <w:p>
      <w:r>
        <w:br/>
        <w:t>Т а р а н (здивовано). Говориш ніби нормально. Але як же це, що ми будемо жінками?</w:t>
      </w:r>
    </w:p>
    <w:p>
      <w:r>
        <w:br/>
        <w:t>О н и с ь к о. Та не жінками, а просто: де були ми — там стають вони, де були вони — там стаємо ми.</w:t>
      </w:r>
    </w:p>
    <w:p>
      <w:r>
        <w:br/>
        <w:t>Т а р а н. Хто "вони"?</w:t>
      </w:r>
    </w:p>
    <w:p>
      <w:r>
        <w:br/>
        <w:t>О н и с ь к о. Жінки!</w:t>
      </w:r>
    </w:p>
    <w:p>
      <w:r>
        <w:br/>
        <w:t>Т а р а н. Жінки? Як?</w:t>
      </w:r>
    </w:p>
    <w:p>
      <w:r>
        <w:br/>
        <w:t>О н и с ь к о. А ось так: головиха вже стала головою.</w:t>
      </w:r>
    </w:p>
    <w:p>
      <w:r>
        <w:br/>
        <w:t>Т а р а н. А він?</w:t>
      </w:r>
    </w:p>
    <w:p>
      <w:r>
        <w:br/>
        <w:t>О н и с ь к о. Дома сидітиме.</w:t>
      </w:r>
    </w:p>
    <w:p>
      <w:r>
        <w:br/>
        <w:t>Т а р а н. Чим же йому погано?</w:t>
      </w:r>
    </w:p>
    <w:p>
      <w:r>
        <w:br/>
        <w:t>О н и с ь к о. Йому — ні. А іншим? Корній, приміром, буде ланковим, а Корніїха — сторожем.</w:t>
      </w:r>
    </w:p>
    <w:p>
      <w:r>
        <w:br/>
        <w:t>Т а р а н (зайшовся сміхом). Здорово! Давно б так!</w:t>
      </w:r>
    </w:p>
    <w:p>
      <w:r>
        <w:br/>
        <w:t>О н и с ь к о. Зачекай сміятися, я не про всіх сказав. Бухгалтером буде Аристархова жінка, а його — на свиноферму.</w:t>
      </w:r>
    </w:p>
    <w:p>
      <w:r>
        <w:br/>
        <w:t>Т а р а н (ще більше сміється). Аристарха?.. На свиноферму?.. Туди к бісовому батькові — він же не зможе нагнутися! З його фігурою він усіх свиней поперелякує.</w:t>
      </w:r>
    </w:p>
    <w:p>
      <w:r>
        <w:br/>
        <w:t>О н и с ь к о. Свирид-обліковець пішов на інкубатор.</w:t>
      </w:r>
    </w:p>
    <w:p>
      <w:r>
        <w:br/>
        <w:t>Т а р а н. Чекай, чекай! Обліковці?</w:t>
      </w:r>
    </w:p>
    <w:p>
      <w:r>
        <w:br/>
        <w:t>О н и с ь к о. Жінки!</w:t>
      </w:r>
    </w:p>
    <w:p>
      <w:r>
        <w:br/>
        <w:t>Т а р а н. Сторожі?</w:t>
      </w:r>
    </w:p>
    <w:p>
      <w:r>
        <w:br/>
        <w:t>О н и с ь к о. Жінки!</w:t>
      </w:r>
    </w:p>
    <w:p>
      <w:r>
        <w:br/>
        <w:t>Т а р а н. Актив? Керівний склад? Командування колгоспу?</w:t>
      </w:r>
    </w:p>
    <w:p>
      <w:r>
        <w:br/>
        <w:t>О н и с ь к о. Жінки!</w:t>
      </w:r>
    </w:p>
    <w:p>
      <w:r>
        <w:br/>
        <w:t>Т а р а н (сміється). Жартуєш.</w:t>
      </w:r>
    </w:p>
    <w:p>
      <w:r>
        <w:br/>
        <w:t>О н и с ь к о (сердито). Гиготиш, а мені не до жартів. Думаєш, легко буде оцими руками вим'я коровам викручувать?</w:t>
      </w:r>
    </w:p>
    <w:p>
      <w:r>
        <w:br/>
        <w:t>Т а р а н. Замість Уляни?</w:t>
      </w:r>
    </w:p>
    <w:p>
      <w:r>
        <w:br/>
        <w:t>О н и с ь к о. Ну да! Уляна — бригадиром тепер.</w:t>
      </w:r>
    </w:p>
    <w:p>
      <w:r>
        <w:br/>
        <w:t>Т а р а н. От сміхота! Одарко, а йди-но сюди, послухай, що Онисько розповідає. Одарко!!</w:t>
      </w:r>
    </w:p>
    <w:p>
      <w:r>
        <w:br/>
        <w:t>О н и с ь к о. Кричи дужче!</w:t>
      </w:r>
    </w:p>
    <w:p>
      <w:r>
        <w:br/>
        <w:t>Т а р а н (кричить). Одар-ко-о! Де ти там запропастилася? От клята жінка, мабуть, спить?!</w:t>
      </w:r>
    </w:p>
    <w:p>
      <w:r>
        <w:br/>
        <w:t>О н и с ь к о. Вона вже давно ходить по колгоспу гоголем. Як-не-як — завмеханізацією!</w:t>
      </w:r>
    </w:p>
    <w:p>
      <w:r>
        <w:br/>
        <w:t>Т а р а н. Моя Одарка?</w:t>
      </w:r>
    </w:p>
    <w:p>
      <w:r>
        <w:br/>
        <w:t>О н и с ь к о. Та твоя ж...</w:t>
      </w:r>
    </w:p>
    <w:p>
      <w:r>
        <w:br/>
        <w:t>Т а р а н. А я?..</w:t>
      </w:r>
    </w:p>
    <w:p>
      <w:r>
        <w:br/>
        <w:t>О н и с ь к о. Ти будеш на різних роботах — старшим куди пошлють. Бери, чоловіче, сапу — і в поле!</w:t>
      </w:r>
    </w:p>
    <w:p>
      <w:r>
        <w:br/>
        <w:t>Т а р а н. Я?</w:t>
      </w:r>
    </w:p>
    <w:p>
      <w:r>
        <w:br/>
        <w:t>О н и с ь к о. Ти!</w:t>
      </w:r>
    </w:p>
    <w:p>
      <w:r>
        <w:br/>
        <w:t>Т а р а н. Сапу?</w:t>
      </w:r>
    </w:p>
    <w:p>
      <w:r>
        <w:br/>
        <w:t>О н и с ь к о. Сапу!</w:t>
      </w:r>
    </w:p>
    <w:p>
      <w:r>
        <w:br/>
        <w:t>Т а р а н (зриває з Ониськової голови рушника, обмотує собі голову). Хи-хи-хиІ А ти часом не той... Не з похмілля? Поклянись!</w:t>
      </w:r>
    </w:p>
    <w:p>
      <w:r>
        <w:br/>
        <w:t>Онисько робить виразний жест клятви.</w:t>
      </w:r>
    </w:p>
    <w:p>
      <w:r>
        <w:br/>
        <w:t>(Схоплюється, біжить до хати, виносить у тремтячій руці папірець). Читай-но, що вона пише.</w:t>
      </w:r>
    </w:p>
    <w:p>
      <w:r>
        <w:br/>
        <w:t>О н и с ь к о (бере папірця, читає). "Микольцю..." (До Тарана). Ач яка ласкава стала. (Читає далі). "На сніданок звари куліш, на обід — борщ. Заріж зозулясту курку, вона не несеться. Кашу молочну звари. Та не забудь нагодувати порося. Для корови нарви трави в лузі. Курям намни кукурудзи, каченятам змішай сир з вареною картоплею. Вранішнє молоко не забудь поставити в погріб. Поки Наталочка спить, город прополи, а то забур'янився. Коли Наталочку у дитсадок вестимеш, умий, причеши, кісники випрасуй. Та гляди, щоб на роботу не запізнився..."</w:t>
      </w:r>
    </w:p>
    <w:p>
      <w:r>
        <w:br/>
        <w:t>Т а р а н (поки Онисько читає, загинає пальці, перераховує, що треба зробити, потім сердито). Та що вона?..</w:t>
      </w:r>
    </w:p>
    <w:p>
      <w:r>
        <w:br/>
        <w:t>О н и с ь к о. Ах, патлате плем'я! Слухай, що далі пише:</w:t>
      </w:r>
    </w:p>
    <w:p>
      <w:r>
        <w:br/>
        <w:t>"Збігай до Ониська, розбуди! То ж таке ледащо, що до півдня спатиме і на ферму запізниться".</w:t>
      </w:r>
    </w:p>
    <w:p>
      <w:r>
        <w:br/>
        <w:t>Т а р а н. А скільки воно зараз?</w:t>
      </w:r>
    </w:p>
    <w:p>
      <w:r>
        <w:br/>
        <w:t>О н и с ь к о. Пів на десяту.</w:t>
      </w:r>
    </w:p>
    <w:p>
      <w:r>
        <w:br/>
        <w:t>Т а р а н ( хапається за голову). Що ж його робить?</w:t>
      </w:r>
    </w:p>
    <w:p>
      <w:r>
        <w:br/>
        <w:t>Реве корова.</w:t>
      </w:r>
    </w:p>
    <w:p>
      <w:r>
        <w:br/>
        <w:t>О н и с ь к о. Корову доїти пора.</w:t>
      </w:r>
    </w:p>
    <w:p>
      <w:r>
        <w:br/>
        <w:t>Т а р а н Кажеш, доїти треба? (На хвилинку замислюється, потім рішуче). Добре, Одарочко, подивимось, якої ти ввечері заспіваєш! Побачимо, чия зверху буде!.. А мені... Доїти так доїти!</w:t>
      </w:r>
    </w:p>
    <w:p>
      <w:r>
        <w:br/>
        <w:t>( Хапає відро, хоче бігти).</w:t>
      </w:r>
    </w:p>
    <w:p>
      <w:r>
        <w:br/>
        <w:t>О н и с ь к о (бере його під руку). Стривай!</w:t>
      </w:r>
    </w:p>
    <w:p>
      <w:r>
        <w:br/>
        <w:t>Т а р а н. Чого?</w:t>
      </w:r>
    </w:p>
    <w:p>
      <w:r>
        <w:br/>
        <w:t>О н и с ь к о. Дихни!</w:t>
      </w:r>
    </w:p>
    <w:p>
      <w:r>
        <w:br/>
        <w:t>Т а р а н (дихає). Ну?</w:t>
      </w:r>
    </w:p>
    <w:p>
      <w:r>
        <w:br/>
        <w:t>О н и с ь к о (морщиться, відвертає голову). І не думай отак до корови йти. (Нахиляє голову). Помацай!</w:t>
      </w:r>
    </w:p>
    <w:p>
      <w:r>
        <w:br/>
        <w:t>Т а р а н (мацає). Гуля! Звідки?</w:t>
      </w:r>
    </w:p>
    <w:p>
      <w:r>
        <w:br/>
        <w:t>О н и с ь к о. Теж пробував доїти. Пішов на ферму замість жінки. Думаю — не святі горшки ліплять. Підходжу до рябої. Може, знаєш, рекордистка наша?</w:t>
      </w:r>
    </w:p>
    <w:p>
      <w:r>
        <w:br/>
        <w:t>Т а р а н. Ну?</w:t>
      </w:r>
    </w:p>
    <w:p>
      <w:r>
        <w:br/>
        <w:t>О н и с ь к о. Тільки присів біля неї, а вона повертає свою мордяку, дивиться... Я їй по-свійському: "Чого витріщилась?" А вона як дригне та ратицею по голові! Віриш, аж каганці в очах засвітилися. Очуняв трохи — до другої. І та мене почастувала, до третьої — те ж саме. "Чого вони показились?" — думаю. Коли це Лукерка роз'яснила: "Скотина перегару не терпить!" Зрозумів? Тобі, голубе, і близько до корови підходити не можна, від тебе...</w:t>
      </w:r>
    </w:p>
    <w:p>
      <w:r>
        <w:br/>
        <w:t>Т а р а н (затуляє долонею рота, дихає). Справді. Що ж робити? Ага! (Біжить до хати, повертається з пляшечкою одеколону). Зараз заб'ємо вражий дух! (Надпиває). Пахне погано, а на смак нічого.</w:t>
      </w:r>
    </w:p>
    <w:p>
      <w:r>
        <w:br/>
        <w:t>О н и с ь к о. Дай попробую. "Шипр". (П'є). Гу-у-у! Неважне!</w:t>
      </w:r>
    </w:p>
    <w:p>
      <w:r>
        <w:br/>
        <w:t>Т а р а н (плямкає губами). Ще трохи вип'ю, у корови ніздрі великі — почує. (П'є, кривиться менше).</w:t>
      </w:r>
    </w:p>
    <w:p>
      <w:r>
        <w:br/>
        <w:t>О н и с ь к о. Приємно, коли від чоловіка пахне! (П'є).</w:t>
      </w:r>
    </w:p>
    <w:p>
      <w:r>
        <w:br/>
        <w:t>Т а р а н. Годі! (Відбирає пляшку). Його тут лишилося на дні! (Подумав). Однак висохне! (Допиває).</w:t>
      </w:r>
    </w:p>
    <w:p>
      <w:r>
        <w:br/>
        <w:t>О н и с ь к о. Виходить, "Шипр" можна і всередину приймать?!</w:t>
      </w:r>
    </w:p>
    <w:p>
      <w:r>
        <w:br/>
        <w:t>Т а р а н. Тільки дугйе маленькі пляшечки роблять. Воно-то...</w:t>
      </w:r>
    </w:p>
    <w:p>
      <w:r>
        <w:br/>
        <w:t>О н и с ь к о. Що?</w:t>
      </w:r>
    </w:p>
    <w:p>
      <w:r>
        <w:br/>
        <w:t>Т а р а н. На спирту. (Повеселішав). Доїть так доїть.</w:t>
      </w:r>
    </w:p>
    <w:p>
      <w:r>
        <w:br/>
        <w:t>Вбігає Павлик.</w:t>
      </w:r>
    </w:p>
    <w:p>
      <w:r>
        <w:br/>
        <w:t>П а в л и к (захекавшись). Дядьку Ониську! Ху-у-у! Бігом на ферму, бо вас там уже лають. Кажуть: і штраф буде, і в газеті пропечатають!</w:t>
      </w:r>
    </w:p>
    <w:p>
      <w:r>
        <w:br/>
        <w:t>О н и с ь к о. Лечу!..</w:t>
      </w:r>
    </w:p>
    <w:p>
      <w:r>
        <w:br/>
        <w:t>П а в л и к (до Тарана). А ваша Наталочка сидить на вигоні біля калюжі, очей не видно — пиріжки з мулу робить.</w:t>
      </w:r>
    </w:p>
    <w:p>
      <w:r>
        <w:br/>
        <w:t>Т а р а н. Горе мені!</w:t>
      </w:r>
    </w:p>
    <w:p>
      <w:r>
        <w:br/>
        <w:t>П а в л и к. Сьогодні всі чоловіки сердиті і всі кричать: "Горе нам!" Я побіг! Швидше, дядьку, запізнитесь!.. (Вибігає).</w:t>
      </w:r>
    </w:p>
    <w:p>
      <w:r>
        <w:br/>
        <w:t>Входить Корній з сапою в руках.</w:t>
      </w:r>
    </w:p>
    <w:p>
      <w:r>
        <w:br/>
        <w:t>К о р н і й. Дай боже здоров'я і два коропи в ятір.</w:t>
      </w:r>
    </w:p>
    <w:p>
      <w:r>
        <w:br/>
        <w:t>Т а р а н і О н и с ь к о. Здоров, Корнію!</w:t>
      </w:r>
    </w:p>
    <w:p>
      <w:r>
        <w:br/>
        <w:t>К о р н і й (до Тарана). В тебе терпуга немає?!</w:t>
      </w:r>
    </w:p>
    <w:p>
      <w:r>
        <w:br/>
        <w:t>Т а р а н (знайшов терпуг, подає Корнієві). Візьми!</w:t>
      </w:r>
    </w:p>
    <w:p>
      <w:r>
        <w:br/>
        <w:t>К о р н і й. Підгострити треба, бо тупа, як валянок.</w:t>
      </w:r>
    </w:p>
    <w:p>
      <w:r>
        <w:br/>
        <w:t>Т а р а н. Що воно буде?</w:t>
      </w:r>
    </w:p>
    <w:p>
      <w:r>
        <w:br/>
        <w:t>К о р н і й. Нічого! Подумаєш, злякали. Я вісім пудів на плечі скину, а з сапою не вправлюсь? Дурниці! (Люто гострить сапу). Ми ще їм покажемо!</w:t>
      </w:r>
    </w:p>
    <w:p>
      <w:r>
        <w:br/>
        <w:t>О н и с ь к о (прикладає козирком долоню до лоба). Хто то пішов, чи не Аристарх?</w:t>
      </w:r>
    </w:p>
    <w:p>
      <w:r>
        <w:br/>
        <w:t>К о р н і й. І пузатому черга прийшла?</w:t>
      </w:r>
    </w:p>
    <w:p>
      <w:r>
        <w:br/>
        <w:t>Т а р а н. Пузаті, по-твоєму, не люди?</w:t>
      </w:r>
    </w:p>
    <w:p>
      <w:r>
        <w:br/>
        <w:t>Входить Аристарх — у халаті, з вилами.</w:t>
      </w:r>
    </w:p>
    <w:p>
      <w:r>
        <w:br/>
        <w:t>А р и с т а р х (віддихується). Ну й жарище... Моє вам!</w:t>
      </w:r>
    </w:p>
    <w:p>
      <w:r>
        <w:br/>
        <w:t>Т а р а н. Хай живе!</w:t>
      </w:r>
    </w:p>
    <w:p>
      <w:r>
        <w:br/>
        <w:t>К о р н і й (хихикнув, крізь зуби). Хвістіваль! Здоров!</w:t>
      </w:r>
    </w:p>
    <w:p>
      <w:r>
        <w:br/>
        <w:t>Т а р а н. Куди зібрався?</w:t>
      </w:r>
    </w:p>
    <w:p>
      <w:r>
        <w:br/>
        <w:t>А р и с т а р х (люто). На свиноферму!</w:t>
      </w:r>
    </w:p>
    <w:p>
      <w:r>
        <w:br/>
        <w:t>О н и с ь к о. Ну й халат у тебе... (Встав, обійшов Аристарха).</w:t>
      </w:r>
    </w:p>
    <w:p>
      <w:r>
        <w:br/>
        <w:t>Т а р а н. Просили ж колись дівчата з свиноферми, щоб їм по другому халату справили, а ти кричав: "Витрати!"</w:t>
      </w:r>
    </w:p>
    <w:p>
      <w:r>
        <w:br/>
        <w:t>А р и с т а р х. Якби ж то знаття...</w:t>
      </w:r>
    </w:p>
    <w:p>
      <w:r>
        <w:br/>
        <w:t>К о р н і й. Спохватився цуцик, як хвоста врубали.</w:t>
      </w:r>
    </w:p>
    <w:p>
      <w:r>
        <w:br/>
        <w:t>Входить Оверко.</w:t>
      </w:r>
    </w:p>
    <w:p>
      <w:r>
        <w:br/>
        <w:t>О в е р к о (весело). Добірному товариству моє шануваннячко!</w:t>
      </w:r>
    </w:p>
    <w:p>
      <w:r>
        <w:br/>
        <w:t>А р и с т а р х. Чого сяєш, як великоднє яйце?</w:t>
      </w:r>
    </w:p>
    <w:p>
      <w:r>
        <w:br/>
        <w:t>О в е р к о. З магазину біжу. На плаття дівчаткам набрав! Жінка догосподарювалась до того, що діти старченятами ходять.</w:t>
      </w:r>
    </w:p>
    <w:p>
      <w:r>
        <w:br/>
        <w:t>О н и с ь к о. Пошиє хто?</w:t>
      </w:r>
    </w:p>
    <w:p>
      <w:r>
        <w:br/>
        <w:t>О в е р к о. Сам. Не таке це вже мудре діло.</w:t>
      </w:r>
    </w:p>
    <w:p>
      <w:r>
        <w:br/>
        <w:t>Т а р а н. І то правда.</w:t>
      </w:r>
    </w:p>
    <w:p>
      <w:r>
        <w:br/>
        <w:t>А р и с т а р х. Важкувато нам буде!..</w:t>
      </w:r>
    </w:p>
    <w:p>
      <w:r>
        <w:br/>
        <w:t>Т а р а н. Нічого, хлопці! Через три дні на колінах проситимуть, щоб знову помінятись... А дзуськи!..</w:t>
      </w:r>
    </w:p>
    <w:p>
      <w:r>
        <w:br/>
        <w:t>О н и с ь к о. А проситимуть?</w:t>
      </w:r>
    </w:p>
    <w:p>
      <w:r>
        <w:br/>
        <w:t>Т а р а н. Побачиш. Але провчити їх треба. Договір, товариство, такий: не згоджуватись ні на що, наче не до нас мова! Марку тримать! Ясно?</w:t>
      </w:r>
    </w:p>
    <w:p>
      <w:r>
        <w:br/>
        <w:t>О в е р к о. Щоб не кортіло на наше місце!</w:t>
      </w:r>
    </w:p>
    <w:p>
      <w:r>
        <w:br/>
        <w:t>О н и с ь к о. А якщо не попросяться?</w:t>
      </w:r>
    </w:p>
    <w:p>
      <w:r>
        <w:br/>
        <w:t>Т а р а н. Дурний ти, Ониську, хоч об дорогу вдар! Корову кожен видоїть, а бригадиром тепер з головою треба бути.</w:t>
      </w:r>
    </w:p>
    <w:p>
      <w:r>
        <w:br/>
        <w:t>А р и с т а р х. Так-то воно так, тільки ж... (Крутить головою). Там дух дуже далекий від конторського... (Жест).</w:t>
      </w:r>
    </w:p>
    <w:p>
      <w:r>
        <w:br/>
        <w:t>К о р н і й. Від цього духу габарити меншають.</w:t>
      </w:r>
    </w:p>
    <w:p>
      <w:r>
        <w:br/>
        <w:t>А р и с т а р х. "Меншають"! Побачимо, як ти відвикатимеш спати по двадцять годин на добу.</w:t>
      </w:r>
    </w:p>
    <w:p>
      <w:r>
        <w:br/>
        <w:t>Т а р а н. Товариство, нам не сваритись треба, а гурту держатися — допомагати один одному.</w:t>
      </w:r>
    </w:p>
    <w:p>
      <w:r>
        <w:br/>
        <w:t>А р и с т а р х. Спробуємо...</w:t>
      </w:r>
    </w:p>
    <w:p>
      <w:r>
        <w:br/>
        <w:t>О в е р к о. І кожну роботу починати з пісні! Щоб у жінок від заздрості в носі перчило!</w:t>
      </w:r>
    </w:p>
    <w:p>
      <w:r>
        <w:br/>
        <w:t>А р и с т а р х. А якої ж пісні співати?</w:t>
      </w:r>
    </w:p>
    <w:p>
      <w:r>
        <w:br/>
        <w:t>О н и с ь к о. "Рідна мати..."</w:t>
      </w:r>
    </w:p>
    <w:p>
      <w:r>
        <w:br/>
        <w:t>О в е р к о. Ні! Ні! Найбадьорішої! Щоб радість було видно! (Співає).</w:t>
      </w:r>
    </w:p>
    <w:p>
      <w:r>
        <w:br/>
        <w:t>Т а р а н. Корнію, давай ти!</w:t>
      </w:r>
    </w:p>
    <w:p>
      <w:r>
        <w:br/>
        <w:t>К о р н і й. "Если бы парни всей земли..."</w:t>
      </w:r>
    </w:p>
    <w:p>
      <w:r>
        <w:br/>
        <w:t>Всі підтягують.</w:t>
      </w:r>
    </w:p>
    <w:p>
      <w:r>
        <w:br/>
        <w:t>Т а р а н. Коли вони почують пісню і попросяться на свої місця, прикинемось, що не чуємо...</w:t>
      </w:r>
    </w:p>
    <w:p>
      <w:r>
        <w:br/>
        <w:t>О в е р к о. Поглухли.</w:t>
      </w:r>
    </w:p>
    <w:p>
      <w:r>
        <w:br/>
        <w:t>Т а р а н. Попросяться вдруге, а ми ще голосніше.</w:t>
      </w:r>
    </w:p>
    <w:p>
      <w:r>
        <w:br/>
        <w:t>О в е р к о. І коли вже втретє умовлятимуть...</w:t>
      </w:r>
    </w:p>
    <w:p>
      <w:r>
        <w:br/>
        <w:t>Т а р а н. Навколішках!</w:t>
      </w:r>
    </w:p>
    <w:p>
      <w:r>
        <w:br/>
        <w:t>О в е р к о. Тоді згодимось.</w:t>
      </w:r>
    </w:p>
    <w:p>
      <w:r>
        <w:br/>
        <w:t>К о р н і й. Але скажемо: сидіть і не рипайтесь більше!</w:t>
      </w:r>
    </w:p>
    <w:p>
      <w:r>
        <w:br/>
        <w:t>О н и с ь к о. А коли й вони вдарять по голосах?</w:t>
      </w:r>
    </w:p>
    <w:p>
      <w:r>
        <w:br/>
        <w:t>Т а р а н. Не вдарять! Побачиш! Ну, браття, закочуйте рукава! Побачимо, чий козир буде старший! За мною!</w:t>
      </w:r>
    </w:p>
    <w:p>
      <w:r>
        <w:br/>
        <w:t>Виходять.</w:t>
      </w:r>
    </w:p>
    <w:p>
      <w:r>
        <w:br/>
        <w:t>Затемнення</w:t>
      </w:r>
    </w:p>
    <w:p>
      <w:r>
        <w:br/>
        <w:t>КАРТИНА ТРЕТЯ</w:t>
      </w:r>
    </w:p>
    <w:p>
      <w:r>
        <w:br/>
        <w:t>Подвір'я Тарана. У всьому помітна невміла чоловіча рука: сушиться дитяча білизна, простирадло, посеред двору — віник, порожнє відро, перевернуті ночви. Таран у фартусі, рукава сорочки закочені, голова пов'язана рушником. Він оскаженіло місить тісто в діжі, яка стоїть на</w:t>
      </w:r>
    </w:p>
    <w:p>
      <w:r>
        <w:br/>
        <w:t>ослінчику. По радіо чути бадьорий марш.</w:t>
      </w:r>
    </w:p>
    <w:p>
      <w:r>
        <w:br/>
        <w:t>Т а р а н (не виймаючи рук з діжі, важко дихаючи). Господи, за які гріхи отака мука?! (Віддихується). Чи воно борошно погане, чи вчинив не так?..</w:t>
      </w:r>
    </w:p>
    <w:p>
      <w:r>
        <w:br/>
        <w:t>Входить Онисько. На голові у нього хустка.</w:t>
      </w:r>
    </w:p>
    <w:p>
      <w:r>
        <w:br/>
        <w:t>О н и с ь к о (весело). Видно, що Гапка млинці пекла, бо ворота в тісті.</w:t>
      </w:r>
    </w:p>
    <w:p>
      <w:r>
        <w:br/>
        <w:t>Т а р а н. Невже в тісті? Будь другом — витри!</w:t>
      </w:r>
    </w:p>
    <w:p>
      <w:r>
        <w:br/>
        <w:t>О н и с ь к о. Навіщо? Собаки злижуть. Я вчора теж замісив. Таке було, і не кажи: і на воротях, і на порозі, і на перелазі. А сьогодні вже й сліду не лишилось: то кури поклювали, то пси поласували.</w:t>
      </w:r>
    </w:p>
    <w:p>
      <w:r>
        <w:br/>
        <w:t>Т а р а н. Віриш, дві години оце мучусь, а толку ніякого. То було рідке, підсипав борошна, стало таке, що рук не вирву. А чого це ти хустку нап'яв?..</w:t>
      </w:r>
    </w:p>
    <w:p>
      <w:r>
        <w:br/>
        <w:t>О н и с ь к о. Щоб корови не лякались, думатимуть, що Уляна.</w:t>
      </w:r>
    </w:p>
    <w:p>
      <w:r>
        <w:br/>
        <w:t>Т а р а н. Он воно що! Тоді візьми он Одарчину та й мене запни.</w:t>
      </w:r>
    </w:p>
    <w:p>
      <w:r>
        <w:br/>
        <w:t>О н и с ь к о. Тебе як: на потилицю зав'язати чи під бороду?</w:t>
      </w:r>
    </w:p>
    <w:p>
      <w:r>
        <w:br/>
        <w:t>Т а р а н. Давай під бороду: мухи кусають, а одганяти ніяк.</w:t>
      </w:r>
    </w:p>
    <w:p>
      <w:r>
        <w:br/>
        <w:t>О н и с ь к о (зав'язує Тара нові хустку). Та в тебе, голубе, й вуса в тісті!</w:t>
      </w:r>
    </w:p>
    <w:p>
      <w:r>
        <w:br/>
        <w:t>Т а р а н. От морока! Відріж їх! На біса вони мені! Онисько. Здурів, чи що? Ти ж сам говорив колись, що вся краса мужчини в вусах!</w:t>
      </w:r>
    </w:p>
    <w:p>
      <w:r>
        <w:br/>
        <w:t>Т а р а н. А на дідька вона мені тепер — ота краса? Світ не милий. Ріж — і крапка!</w:t>
      </w:r>
    </w:p>
    <w:p>
      <w:r>
        <w:br/>
        <w:t>О н и с ь к о (важко зітхнувши, одрізує вуса). Чи думав я коли, що доведеться тобі таку операцію робить?!</w:t>
      </w:r>
    </w:p>
    <w:p>
      <w:r>
        <w:br/>
        <w:t>Т а р а н (глибоко зітхнувши). Погані наші справи...</w:t>
      </w:r>
    </w:p>
    <w:p>
      <w:r>
        <w:br/>
        <w:t>О н и с ь к о. Води підлий!</w:t>
      </w:r>
    </w:p>
    <w:p>
      <w:r>
        <w:br/>
        <w:t>Т а р а н. Нікуди.</w:t>
      </w:r>
    </w:p>
    <w:p>
      <w:r>
        <w:br/>
        <w:t>О н и с ь к о. То міси жвавіше!</w:t>
      </w:r>
    </w:p>
    <w:p>
      <w:r>
        <w:br/>
        <w:t>Т а р а н. Руки потерпли. (Насилу вириває руки з діжі, витирає об фартух). Будь другом, скрути мені цигарку, бо вже вуха попухли.</w:t>
      </w:r>
    </w:p>
    <w:p>
      <w:r>
        <w:br/>
        <w:t>О н и с ь к о. Сам би радий закурить, та не можу.</w:t>
      </w:r>
    </w:p>
    <w:p>
      <w:r>
        <w:br/>
        <w:t>Т а р а н. Чому?</w:t>
      </w:r>
    </w:p>
    <w:p>
      <w:r>
        <w:br/>
        <w:t>О н и с ь к о. Пальців не зведу докупи. П'ятнадцять корів по чотири дійки — це шістдесят?! І кожну треба видоїти. Повіриш, вночі снилося вим'я таке, як клуня, а дійки, — як голоблі, а я маленький, наче комар, причепився на дійці та й гойдаюсь. Прокинувся від жінчиних стусанів. Кричить на мене: "Не щипайся, дурню!" Я змовчав. Що скажеш?</w:t>
      </w:r>
    </w:p>
    <w:p>
      <w:r>
        <w:br/>
        <w:t>Т а р а н. Погані наші справи!</w:t>
      </w:r>
    </w:p>
    <w:p>
      <w:r>
        <w:br/>
        <w:t>О н и с ь к о. Ой не кажи. Прийшов до тебе просити, чи не позичиш мені хоч паляничку, коли спечеш?</w:t>
      </w:r>
    </w:p>
    <w:p>
      <w:r>
        <w:br/>
        <w:t>Т а р а н. Ти ж учора пік!</w:t>
      </w:r>
    </w:p>
    <w:p>
      <w:r>
        <w:br/>
        <w:t>О н и с ь к о (махнув безнадійно рукою). Пік, та не допік... Взяв муки... Словом, ніякого хліба не вийшло.</w:t>
      </w:r>
    </w:p>
    <w:p>
      <w:r>
        <w:br/>
        <w:t>Т а р а н (показує на діжу). Думаю пирогів спекти. Забажалося Одарці гостей привести. А хліб у мене в печі, зараз виймати буду.</w:t>
      </w:r>
    </w:p>
    <w:p>
      <w:r>
        <w:br/>
        <w:t>О н и с ь к о. То виймай, мо', якраз вдався?</w:t>
      </w:r>
    </w:p>
    <w:p>
      <w:r>
        <w:br/>
        <w:t>Т а р а н. Постій тут, щоб, бува, горобці не пожартували над тістом, а я зараз... (Іде в хату).</w:t>
      </w:r>
    </w:p>
    <w:p>
      <w:r>
        <w:br/>
        <w:t>О н и с ь к о (заглядає в діжу, виймає звідти щось, розглядає). Збрехав, ідол! Курив же, ось і недокурок. (Придивляється уважніше). "Прима". Отак і довіряй людині! (Дивиться в каструлю, що стоїть на столі). Манку варив. Треба й собі таку страву практикувати. Проста річ: насипав крупи в молоко, і хай кипить.</w:t>
      </w:r>
    </w:p>
    <w:p>
      <w:r>
        <w:br/>
        <w:t>Входить Таран. В руках тримає не то паляницю, не то корж.</w:t>
      </w:r>
    </w:p>
    <w:p>
      <w:r>
        <w:br/>
        <w:t>Т а р а н. Що воно таке? (Простягає Ониськові паляницю).</w:t>
      </w:r>
    </w:p>
    <w:p>
      <w:r>
        <w:br/>
        <w:t>О н и с ь к о (бере, роздивляється). Паляниця не паляниця, і корж не корж... А що ти хотів пекти?</w:t>
      </w:r>
    </w:p>
    <w:p>
      <w:r>
        <w:br/>
        <w:t>Т а р а н. Кажу тобі — хліб!</w:t>
      </w:r>
    </w:p>
    <w:p>
      <w:r>
        <w:br/>
        <w:t>О н и с ь к о (нюхае). Наче хлібом пахтить... (Подумавши). Не журись! Подаватимеш на стіл, наріж маленькими скибочками. Вони й не розберуть, яка в нього була форма.</w:t>
      </w:r>
    </w:p>
    <w:p>
      <w:r>
        <w:br/>
        <w:t>Т а р а н. Спасибі, друже, виручив!</w:t>
      </w:r>
    </w:p>
    <w:p>
      <w:r>
        <w:br/>
        <w:t>О н и с ь к о. Винахідливість у нашому положенні — перше діло. Зварив я вчора борщ. Подивився на нього, а він якийсь пришелепуватий: білий, кислий і горілим тхне. А тут жінка на обід має прийти. Що його робити? Недовго думавши, перекидаю в борщ глечик сметани, зверху склянку цукру, перемішав — подаю на стіл. Жінка питає: "Це що?" — "Борщ", — кажу. "Який же це борщ?" — "Загряничний". Я, мовляв, усяку страву готувати вмію.</w:t>
      </w:r>
    </w:p>
    <w:p>
      <w:r>
        <w:br/>
        <w:t>Т а р а н (заздрісна хитає головою). І що ж — їла?</w:t>
      </w:r>
    </w:p>
    <w:p>
      <w:r>
        <w:br/>
        <w:t>О н и с ь к о. Аж за вухами лящало.</w:t>
      </w:r>
    </w:p>
    <w:p>
      <w:r>
        <w:br/>
        <w:t>Т а р а н. І нічого?</w:t>
      </w:r>
    </w:p>
    <w:p>
      <w:r>
        <w:br/>
        <w:t>О н и с ь к о. Обійшлося. Правда, не без...</w:t>
      </w:r>
    </w:p>
    <w:p>
      <w:r>
        <w:br/>
        <w:t>Чути шалений рев корів.</w:t>
      </w:r>
    </w:p>
    <w:p>
      <w:r>
        <w:br/>
        <w:t>Це за мною!.. (Наче відповідаючи). Біжу-у!</w:t>
      </w:r>
    </w:p>
    <w:p>
      <w:r>
        <w:br/>
        <w:t>Т а р а н. Чортів син, він скрізь викрутиться. А тут що скажеш, по-турецькому хліб спечено? А ще ж борщ варити та курку зозулясту різати, що не несеться. А як ти її взнаєш, коли вони всі зозулясті. (Виходить).</w:t>
      </w:r>
    </w:p>
    <w:p>
      <w:r>
        <w:br/>
        <w:t>Спочатку тихо, а потім несамовито закудкудакали кури. Входить Оверко. В руках метр, під</w:t>
      </w:r>
    </w:p>
    <w:p>
      <w:r>
        <w:br/>
        <w:t>пахвою жмут ситцю. Оглядає подвір'я.</w:t>
      </w:r>
    </w:p>
    <w:p>
      <w:r>
        <w:br/>
        <w:t>О в е р к о (до себе впівголоса). І хата навстіж, і господаря немає... (Гукає). Миколо! Агов!</w:t>
      </w:r>
    </w:p>
    <w:p>
      <w:r>
        <w:br/>
        <w:t>Т а р а н (виходить, весь у пір'ї). Чого репетуєш?!</w:t>
      </w:r>
    </w:p>
    <w:p>
      <w:r>
        <w:br/>
        <w:t>О в е р к о. Люди на літо овець стрижуть, а ти курей скубеш?</w:t>
      </w:r>
    </w:p>
    <w:p>
      <w:r>
        <w:br/>
        <w:t>Т а р а н. Виздихали б вони, щоб я їх скуб! Слухай, Оверку, порадь мені, як узнати, яка курка з яйцем, яка ні?</w:t>
      </w:r>
    </w:p>
    <w:p>
      <w:r>
        <w:br/>
        <w:t>О в е р к о. Пустяк діло! Якщо знеслась, значить, у цей момент без яйця, і навпаки...</w:t>
      </w:r>
    </w:p>
    <w:p>
      <w:r>
        <w:br/>
        <w:t>Т а р а н. Як же то взнати? Вони в нас, прокляті, всі в одне гніздо несуться.</w:t>
      </w:r>
    </w:p>
    <w:p>
      <w:r>
        <w:br/>
        <w:t>О в е р к о. М-гу! Тоді залишається пощупать.</w:t>
      </w:r>
    </w:p>
    <w:p>
      <w:r>
        <w:br/>
        <w:t>Т а р а н. Три дні щупаю, а толку ніякого. Будь другом, пощупай! Все ж — завптахофермою був!</w:t>
      </w:r>
    </w:p>
    <w:p>
      <w:r>
        <w:br/>
        <w:t>О в е р к о. Думаєш, я там курей щупав? Здійснював загальне керівництво. А ти не роздумуй — ріж, яку впіймав!</w:t>
      </w:r>
    </w:p>
    <w:p>
      <w:r>
        <w:br/>
        <w:t>Т а р а н. Одарка веліла, щоб тільки ту, яка не несеться.</w:t>
      </w:r>
    </w:p>
    <w:p>
      <w:r>
        <w:br/>
        <w:t>О в е р к о. А квочка у вас є?</w:t>
      </w:r>
    </w:p>
    <w:p>
      <w:r>
        <w:br/>
        <w:t>Т а р а н. Немає.</w:t>
      </w:r>
    </w:p>
    <w:p>
      <w:r>
        <w:br/>
        <w:t>О в е р к о. Тоді ріж півня! Він точно не несеться.</w:t>
      </w:r>
    </w:p>
    <w:p>
      <w:r>
        <w:br/>
        <w:t>Т а р а н. Не вийде, голубе. В мене півень учений. Як пізно Одарка прийде, тільки відчинить хвіртку — він одразу мені сигнал подає. Потім подумає, що я не почув, і ще... Краще корову заріжу, ніж півня.</w:t>
      </w:r>
    </w:p>
    <w:p>
      <w:r>
        <w:br/>
        <w:t>О в е р к о. Ну, як знаєш, — ти хазяїн. Я за порадою до тебе. Покроїв дівчатам плаття, а рукава не виходять. Що його тепер придумать?</w:t>
      </w:r>
    </w:p>
    <w:p>
      <w:r>
        <w:br/>
        <w:t>Т а р а н (змучено). Є вихід! Зараз літо, тепло... Поший їм сарафани — і модно, і зручно.</w:t>
      </w:r>
    </w:p>
    <w:p>
      <w:r>
        <w:br/>
        <w:t>О в е р к о. Золота голова! (Згортає ситець). Біжу!..</w:t>
      </w:r>
    </w:p>
    <w:p>
      <w:r>
        <w:br/>
        <w:t>Т а р а н. Що тобі ще?</w:t>
      </w:r>
    </w:p>
    <w:p>
      <w:r>
        <w:br/>
        <w:t>О в е р к о. Слухай, твоя Одарка (робить характерний жест) той...</w:t>
      </w:r>
    </w:p>
    <w:p>
      <w:r>
        <w:br/>
        <w:t>Т а р а н. Майже щовечора з Ониськовою Уляною.</w:t>
      </w:r>
    </w:p>
    <w:p>
      <w:r>
        <w:br/>
        <w:t>О в е р к о. Моя теж. Що з ними робити? Як їх відучити від цього питва?</w:t>
      </w:r>
    </w:p>
    <w:p>
      <w:r>
        <w:br/>
        <w:t>Т а р а н. Відучиш...</w:t>
      </w:r>
    </w:p>
    <w:p>
      <w:r>
        <w:br/>
        <w:t>О в е р к о. Чув я від людей, ніби настій полину помагає. Напоїти тричі — і як рукою знімає.</w:t>
      </w:r>
    </w:p>
    <w:p>
      <w:r>
        <w:br/>
        <w:t>Т а р а н. Вони таке п'ють, що тільки полином і закусювати.</w:t>
      </w:r>
    </w:p>
    <w:p>
      <w:r>
        <w:br/>
        <w:t>О в е р к о. Твоя ще не просилася, щоб знову на своє місце?</w:t>
      </w:r>
    </w:p>
    <w:p>
      <w:r>
        <w:br/>
        <w:t>Т а р а н. Куди там. Неначе споконвіку в начальстві ходить.</w:t>
      </w:r>
    </w:p>
    <w:p>
      <w:r>
        <w:br/>
        <w:t>О в е р к о. Моя теж.</w:t>
      </w:r>
    </w:p>
    <w:p>
      <w:r>
        <w:br/>
        <w:t>Вбігає Павлик.</w:t>
      </w:r>
    </w:p>
    <w:p>
      <w:r>
        <w:br/>
        <w:t>Павлик (до Тарана). Дядьку Таран! Тітка голова востаннє сказали, щоб ви йшли цеглу робити.</w:t>
      </w:r>
    </w:p>
    <w:p>
      <w:r>
        <w:br/>
        <w:t>Т а р а н. Та що вона, божевільна? Мені треба один день дома побути — роботи набралось до біса.</w:t>
      </w:r>
    </w:p>
    <w:p>
      <w:r>
        <w:br/>
        <w:t>П а в л и к. Ідіть, бо дуже круто сказали...</w:t>
      </w:r>
    </w:p>
    <w:p>
      <w:r>
        <w:br/>
        <w:t>Т а р а н. А що саме?</w:t>
      </w:r>
    </w:p>
    <w:p>
      <w:r>
        <w:br/>
        <w:t>П а в л и к. Звеліли передать так: "Якщо цей ледацюга..."</w:t>
      </w:r>
    </w:p>
    <w:p>
      <w:r>
        <w:br/>
        <w:t>Т а р а н. Хто ледацюга? Я?</w:t>
      </w:r>
    </w:p>
    <w:p>
      <w:r>
        <w:br/>
        <w:t>П а в л и к. Не перебивайте, бо забуду, як далі. "Якщо цей..."</w:t>
      </w:r>
    </w:p>
    <w:p>
      <w:r>
        <w:br/>
        <w:t>Т а р а н. Ну?..</w:t>
      </w:r>
    </w:p>
    <w:p>
      <w:r>
        <w:br/>
        <w:t>П а в л и к. Перебиваєте, от і забув! (Думає). Не згадаю, що далі, але щось дуже категоричне.</w:t>
      </w:r>
    </w:p>
    <w:p>
      <w:r>
        <w:br/>
        <w:t>Т а р а н. Що?</w:t>
      </w:r>
    </w:p>
    <w:p>
      <w:r>
        <w:br/>
        <w:t>П а в л и к. До "ледацюги" запам'ятав, а далі забув.</w:t>
      </w:r>
    </w:p>
    <w:p>
      <w:r>
        <w:br/>
        <w:t>Т а р а н. Забув би ти, куди ложку нести! Мотай звідси!</w:t>
      </w:r>
    </w:p>
    <w:p>
      <w:r>
        <w:br/>
        <w:t>П а в л и к. Піду узнаю, що після "ледацюги", і повернусь! (Швидко вибігає).</w:t>
      </w:r>
    </w:p>
    <w:p>
      <w:r>
        <w:br/>
        <w:t>О в е р к о. А мене не чіпають. Довідку від лікаря взяв, що "не в здоров'ї"...</w:t>
      </w:r>
    </w:p>
    <w:p>
      <w:r>
        <w:br/>
        <w:t>Т а р а н. Як ти ухитрився?</w:t>
      </w:r>
    </w:p>
    <w:p>
      <w:r>
        <w:br/>
        <w:t>О в е р к о. Прищик у мене вискочив... Таке собі чиренятко. Я до лікаря. Так, мовляв, і так — чиряк у мене. Він придивився і каже: "У вас хурункул". А я йому: "Чиряк". Він довго гортав якусь книжку й знову до мене: "Хурункул". А я йому: "Ні, чиряк". Думав він, думав і написав мені бюлетеня на три дні, поки вияснить, що воно за хвороба — чиряк.</w:t>
      </w:r>
    </w:p>
    <w:p>
      <w:r>
        <w:br/>
        <w:t>Т а р а н. Видно, дуже молодого лікаря до нас прислали?</w:t>
      </w:r>
    </w:p>
    <w:p>
      <w:r>
        <w:br/>
        <w:t>О в е р к о. Не в тому річ. Хлоп'я воно непогане. Але виросло в місті, зразу після школи в інститут — так живого чиряка і не бачило.</w:t>
      </w:r>
    </w:p>
    <w:p>
      <w:r>
        <w:br/>
        <w:t>Т а р а н. А в мене і знаку ніде на прищик немає.</w:t>
      </w:r>
    </w:p>
    <w:p>
      <w:r>
        <w:br/>
        <w:t>О в е р к о. Посидь на чомусь холодному.</w:t>
      </w:r>
    </w:p>
    <w:p>
      <w:r>
        <w:br/>
        <w:t>Т а р а н. Де ти знайдеш холодне місце в таку спеку?</w:t>
      </w:r>
    </w:p>
    <w:p>
      <w:r>
        <w:br/>
        <w:t>О в е р к о. Біля колодязя — на цямрині, там же цемент. Посидь з годину!..</w:t>
      </w:r>
    </w:p>
    <w:p>
      <w:r>
        <w:br/>
        <w:t>Т а р а н. Годину? Тут хвилини вільної немає. От життя — чиряка і то ніколи нажить! Будь здоров! Мені ще роботи по вуха!</w:t>
      </w:r>
    </w:p>
    <w:p>
      <w:r>
        <w:br/>
        <w:t>О в е р к о. Мені теж треба сарафани шити. Бувай здоров! А чому ти не співаєш, як домовились? Жінки ще подумають, що нам тяжко, і почнуть сміятись...</w:t>
      </w:r>
    </w:p>
    <w:p>
      <w:r>
        <w:br/>
        <w:t>Т а р а н. Куди там співати! Ридма ридати хочеться!</w:t>
      </w:r>
    </w:p>
    <w:p>
      <w:r>
        <w:br/>
        <w:t>О в е р к о. А як же з маркою?</w:t>
      </w:r>
    </w:p>
    <w:p>
      <w:r>
        <w:br/>
        <w:t>Т а р а н. Не дражни мене, Оверку, бо розсерджусь і скажу, як...</w:t>
      </w:r>
    </w:p>
    <w:p>
      <w:r>
        <w:br/>
        <w:t>О в е р к о. Ясно. (Навшпиньках виходить).</w:t>
      </w:r>
    </w:p>
    <w:p>
      <w:r>
        <w:br/>
        <w:t>Згодом заходить Аристарх, змучений, насилу переставляє ноги.</w:t>
      </w:r>
    </w:p>
    <w:p>
      <w:r>
        <w:br/>
        <w:t>А р и с т а р х (простогнав). Боже поможи!</w:t>
      </w:r>
    </w:p>
    <w:p>
      <w:r>
        <w:br/>
        <w:t>Т а р а н. Тебе ще не вистачало... Тут цілісінький день наче мужеська консультація: не той, то інший вештається — працювати ніколи.</w:t>
      </w:r>
    </w:p>
    <w:p>
      <w:r>
        <w:br/>
        <w:t>А р и с т а р х. Сам винен! Збудував хату на роздоріжжі — от ніхто й не минає, хоч би й хотів. Перепочити можна?</w:t>
      </w:r>
    </w:p>
    <w:p>
      <w:r>
        <w:br/>
        <w:t>Т а р а н. Кажи швидше, чого прийшов? Бачиш, чоловік пироги збирається пекти?</w:t>
      </w:r>
    </w:p>
    <w:p>
      <w:r>
        <w:br/>
        <w:t>А р и с т а р х (хоче підійти до діжі). Пироги...</w:t>
      </w:r>
    </w:p>
    <w:p>
      <w:r>
        <w:br/>
        <w:t>Т а р а н. Не підходь!.. Ти ж увесь той... пропитаний...</w:t>
      </w:r>
    </w:p>
    <w:p>
      <w:r>
        <w:br/>
        <w:t>А р и с т а р х. Не троянди вирощую, а свиней. Не лише пахну — скоро хрюкати почну. А сісти можна?</w:t>
      </w:r>
    </w:p>
    <w:p>
      <w:r>
        <w:br/>
        <w:t>Т а р а н. Сідай, тільки подалі...</w:t>
      </w:r>
    </w:p>
    <w:p>
      <w:r>
        <w:br/>
        <w:t>А р и с т а р х. Свинарник збудували цегляний, навіки! А на біса він такий потрібний, коли в ньому ні дихати, ні повернутись ніде?</w:t>
      </w:r>
    </w:p>
    <w:p>
      <w:r>
        <w:br/>
        <w:t>Т а р а н. А хто будував?</w:t>
      </w:r>
    </w:p>
    <w:p>
      <w:r>
        <w:br/>
        <w:t>А р и с т а р х. Ми з тобою... Думалось, як краще... Кіношники, кореспонденти приїздили... Всім було добре, а свиням, виявилось, погано.</w:t>
      </w:r>
    </w:p>
    <w:p>
      <w:r>
        <w:br/>
        <w:t>Т а р а н. Сам же на правлінні виступав. "Треба, — кричав, — так будувати, щоб по всіх газетах луна пішла!"</w:t>
      </w:r>
    </w:p>
    <w:p>
      <w:r>
        <w:br/>
        <w:t>А р и с т а р х. Каюсь, виступав...</w:t>
      </w:r>
    </w:p>
    <w:p>
      <w:r>
        <w:br/>
        <w:t>Т а р а н. Тепер мовчи та диш на батьків книш. Проси техніку, щоб конвейєром все подавалось...</w:t>
      </w:r>
    </w:p>
    <w:p>
      <w:r>
        <w:br/>
        <w:t>А р и с т а р х. Куди там техніку, тачкою насилу проїдеш... Ось... За тиждень спересердя кілограмів двадцять скинув. А це прийшов просити: чи немає в тебе якихось стареньких підтяжок, бо ще день — і штани в зубах носитиму.</w:t>
      </w:r>
    </w:p>
    <w:p>
      <w:r>
        <w:br/>
        <w:t>Т а р а н. Я сам шосту дірку в поясі проколюю, не допомагає. Застібаю петлю штанів на гудзик сорочки. (Показує). Ось так... Помагає...</w:t>
      </w:r>
    </w:p>
    <w:p>
      <w:r>
        <w:br/>
        <w:t>А р и с т а р х. Спасибі на добрім слові! Так, кажеш, пироги...</w:t>
      </w:r>
    </w:p>
    <w:p>
      <w:r>
        <w:br/>
        <w:t>Т а р а н. Давай, давай! Проходь!</w:t>
      </w:r>
    </w:p>
    <w:p>
      <w:r>
        <w:br/>
        <w:t>А р и с т а р х. Гірка наша доля чоловіча, така гірка, що... (Повільно пішов похнюпившись).</w:t>
      </w:r>
    </w:p>
    <w:p>
      <w:r>
        <w:br/>
        <w:t>Т а р а н (продовжує місити тісто. Глянувши на вулицю). Знову когось чорт несе! Ну, не дадуть спокійно діла зробити — хоч гвалт кричи! От напасть! Чи хату перенести, чи вовкодава злющого придбати. Заховаюсь! Подивиться, що немає нікого, і піде. (Витирає руки об фартух і ховається). Входить Катерина, рум'яна від роботи і сонця, чимось схвильована.</w:t>
      </w:r>
    </w:p>
    <w:p>
      <w:r>
        <w:br/>
        <w:t>К а т е р и н а. Немає нікого, чи що? Агов, дядьку!.. Чи, може, тепер треба називати дядиною? Дядьку-дядино, де ви там?.. (Заглядає в діжу). Ой помру, тісто замісив, значить дома. Треба зачекати, а то покинув діжу напризволяще і пішов... (Накриває діжу рушником).</w:t>
      </w:r>
    </w:p>
    <w:p>
      <w:r>
        <w:br/>
        <w:t>На ганок виходить Таран.</w:t>
      </w:r>
    </w:p>
    <w:p>
      <w:r>
        <w:br/>
        <w:t>Т а р а н. Ти що ж думаєш — у мене прохідний двір?</w:t>
      </w:r>
    </w:p>
    <w:p>
      <w:r>
        <w:br/>
        <w:t>К а т е р и н а. Здрастуйте, я до вас у справі.</w:t>
      </w:r>
    </w:p>
    <w:p>
      <w:r>
        <w:br/>
        <w:t>Т а р а н. Яка тепер до мене може бути справа! Кажи, чого прийшла, часу немає!</w:t>
      </w:r>
    </w:p>
    <w:p>
      <w:r>
        <w:br/>
        <w:t>К а т е р и н а. На вашого племінника скаржитись.</w:t>
      </w:r>
    </w:p>
    <w:p>
      <w:r>
        <w:br/>
        <w:t>Т а р а н. Накоїв щось?</w:t>
      </w:r>
    </w:p>
    <w:p>
      <w:r>
        <w:br/>
        <w:t>К а т е р и н а. Та ні. Отож перейшла я працювати в контору замість нього, а його на свиноферму послали...</w:t>
      </w:r>
    </w:p>
    <w:p>
      <w:r>
        <w:br/>
        <w:t>Т а р а н (гірко). Не на нього одного така напасть...</w:t>
      </w:r>
    </w:p>
    <w:p>
      <w:r>
        <w:br/>
        <w:t>К а т е р и н а. Не в тому річ! Мені обридло в конторі сидіти, над рахівницею куняти. Хочу до діла, а Грицько вперся і слухати не хоче про бухгалтерію.</w:t>
      </w:r>
    </w:p>
    <w:p>
      <w:r>
        <w:br/>
        <w:t>Т а р а н. Не хоче?</w:t>
      </w:r>
    </w:p>
    <w:p>
      <w:r>
        <w:br/>
        <w:t>К а т е р и н а. Не хоче. Каже, сподобалось йому на фермі. Вирішив викликати на змагання дядька Аристарха і показати йому, як треба працювати. І в контору, мовляв, ні за які гроші не повернеться!</w:t>
      </w:r>
    </w:p>
    <w:p>
      <w:r>
        <w:br/>
        <w:t>Т а р а н. Здурів парубок.</w:t>
      </w:r>
    </w:p>
    <w:p>
      <w:r>
        <w:br/>
        <w:t>К а т е р и н а. Умовте його, дядечку, повернутись назад! А то крутиться так з ранку до ночі, світу білого не бачить за тими свиньми.</w:t>
      </w:r>
    </w:p>
    <w:p>
      <w:r>
        <w:br/>
        <w:t>Т а р а н. Я з нього дурощі вижену!</w:t>
      </w:r>
    </w:p>
    <w:p>
      <w:r>
        <w:br/>
        <w:t>К а т е р и н а. Спасибі вам! Повік не забуду!</w:t>
      </w:r>
    </w:p>
    <w:p>
      <w:r>
        <w:br/>
        <w:t>Т а р а н. Немає за що. На весіллі першу чарку піднесеш. Чи, може, не буде весілля?</w:t>
      </w:r>
    </w:p>
    <w:p>
      <w:r>
        <w:br/>
        <w:t>К а т е р и н а (засоромившись). Та... Я не знаю...</w:t>
      </w:r>
    </w:p>
    <w:p>
      <w:r>
        <w:br/>
        <w:t>Т а р а н. Так я знаю. Грицькова мати вже хату до заручин прибирає... А там, дивись, і...</w:t>
      </w:r>
    </w:p>
    <w:p>
      <w:r>
        <w:br/>
        <w:t>К а т е р и н а. Дядечку, рідний мій, якби ви знали, що ви мені... Спасибі вам. (Гаряче цілує Тарана в щоку і вибігає).</w:t>
      </w:r>
    </w:p>
    <w:p>
      <w:r>
        <w:br/>
        <w:t>Т а р а н. Що то воно — молодість... (Торкнувшись пальцями щоки). Як то приємно, коли молода дівчина цілує... Таке почуття, ніби з келиха пахучого меду пригубиш... Та й ми ще козаки (Виструнчується і раптом скрикує). Ой! Поперек! Наче качалкою хто оперезав...</w:t>
      </w:r>
    </w:p>
    <w:p>
      <w:r>
        <w:br/>
        <w:t>Вбігає Павлик.</w:t>
      </w:r>
    </w:p>
    <w:p>
      <w:r>
        <w:br/>
        <w:t>П а в л и к. Дядьку Таран! Вас кличуть в контору на збори ледацюг! (Вибігає).</w:t>
      </w:r>
    </w:p>
    <w:p>
      <w:r>
        <w:br/>
        <w:t>Т а р а н. Пропали мої пиріжки! Та що пиріжки — гордість чоловіча гине! "На збори ледацюг!" Дожився.</w:t>
      </w:r>
    </w:p>
    <w:p>
      <w:r>
        <w:br/>
        <w:t>Завіса</w:t>
      </w:r>
    </w:p>
    <w:p>
      <w:r>
        <w:br/>
        <w:t>ДІЯ ДРУГА</w:t>
      </w:r>
    </w:p>
    <w:p>
      <w:r>
        <w:br/>
        <w:t>КАРТИНА ЧЕТВЕРТА</w:t>
      </w:r>
    </w:p>
    <w:p>
      <w:r>
        <w:br/>
        <w:t>Вечір. Таранове подвір'я. Святково одягнена Одарка лежить у гамаку, наспівує. На ній барвиста сукня, туфлі на високих каблуках, на голові вінком викладена коса. Таран, довго приміряючись, накриває на стіл: ставить оселедець, редиску, голландський сир, домашню ковбасу.</w:t>
      </w:r>
    </w:p>
    <w:p>
      <w:r>
        <w:br/>
        <w:t>Т а р а н. Багато вас буде? На скільки накривать?</w:t>
      </w:r>
    </w:p>
    <w:p>
      <w:r>
        <w:br/>
        <w:t>О д а р к а. Прийдуть — порахуєш! Дістав?</w:t>
      </w:r>
    </w:p>
    <w:p>
      <w:r>
        <w:br/>
        <w:t>Т а р а н. Чого?</w:t>
      </w:r>
    </w:p>
    <w:p>
      <w:r>
        <w:br/>
        <w:t>О д а р к а. "Чого, чого".</w:t>
      </w:r>
    </w:p>
    <w:p>
      <w:r>
        <w:br/>
        <w:t>Т а р а н. "Три гички"? Та дістав. У Хвильки... З якої це нагоди, хотів би я знати, п'янку затіваєте?!</w:t>
      </w:r>
    </w:p>
    <w:p>
      <w:r>
        <w:br/>
        <w:t>О д а р к а. Не твого чоловічого розуму діло! (Підходить до Тарана, зневажливо дивиться на нього). Ходиш, як опудало: згорбився, неодягнений — дивитись гидко!</w:t>
      </w:r>
    </w:p>
    <w:p>
      <w:r>
        <w:br/>
        <w:t>Т а р а н (благальна). Хіба ти не бачиш, я за цілий день і не присів: встав до схід сонця, їсти наварив, город прополов, а потім цілісінький день цеглу робив. Кручусь, як муха в окропі. Ти прийшла з роботи — та в гамак, а в мене в попереці аж гуде! Думав, увечері відпочину, так ти знову затіяла...</w:t>
      </w:r>
    </w:p>
    <w:p>
      <w:r>
        <w:br/>
        <w:t>О д а р к а. "Так ти, так ти..." Вже заторохтів! Переробився! Іди переодягнись!.. Осточортів своїми розмовами!</w:t>
      </w:r>
    </w:p>
    <w:p>
      <w:r>
        <w:br/>
        <w:t>Таран, зітхаючи, іде в хату.</w:t>
      </w:r>
    </w:p>
    <w:p>
      <w:r>
        <w:br/>
        <w:t>(Оглядаючи стіл). Огірки малосольні де?.. Зроби вже одне діло, потім за друге берись!</w:t>
      </w:r>
    </w:p>
    <w:p>
      <w:r>
        <w:br/>
        <w:t>Т а р а н (виносить миску з малосольними огірками, пляшку, ставить на стіл). Сама ж наказала мені переодягтись.</w:t>
      </w:r>
    </w:p>
    <w:p>
      <w:r>
        <w:br/>
        <w:t>О д а р к а. Цибулі покриши до оселедця!</w:t>
      </w:r>
    </w:p>
    <w:p>
      <w:r>
        <w:br/>
        <w:t>Т а р а н. Зараз покришу! (Кришить цибулю, витираючи сльози).</w:t>
      </w:r>
    </w:p>
    <w:p>
      <w:r>
        <w:br/>
        <w:t>О д а р к а. Коли ти вже навчишся на стіл накривати?.. Принеси сметани!</w:t>
      </w:r>
    </w:p>
    <w:p>
      <w:r>
        <w:br/>
        <w:t>Т а р а н. Піди візьми в погребі!</w:t>
      </w:r>
    </w:p>
    <w:p>
      <w:r>
        <w:br/>
        <w:t>О д а р к а. Не вистачало, щоб я в погріб лазила. Ти скоро й борщ заставиш мене варити? Чого зігнувся, як дід столітній?</w:t>
      </w:r>
    </w:p>
    <w:p>
      <w:r>
        <w:br/>
        <w:t>Т а р а н. Поперек болить.</w:t>
      </w:r>
    </w:p>
    <w:p>
      <w:r>
        <w:br/>
        <w:t>О д а р к а. Киснеш завжди, все в тебе щось болить! Придурки — ось твоя хвороба! Он люди скоро прийдуть!</w:t>
      </w:r>
    </w:p>
    <w:p>
      <w:r>
        <w:br/>
        <w:t>Таран іде в хату. З'являється Уляна, одягнена, як і Одарка, по-святковому.</w:t>
      </w:r>
    </w:p>
    <w:p>
      <w:r>
        <w:br/>
        <w:t>У л я н а (пишно). Здрастуйте на вашім щасливім подвір'ї.</w:t>
      </w:r>
    </w:p>
    <w:p>
      <w:r>
        <w:br/>
        <w:t>О д а р к а. Здрастуй! А де ж бухгалтер наш?</w:t>
      </w:r>
    </w:p>
    <w:p>
      <w:r>
        <w:br/>
        <w:t>У л я н а. Зараз буде. Чула я, проходячи, як вона свого Аристарха чистила...</w:t>
      </w:r>
    </w:p>
    <w:p>
      <w:r>
        <w:br/>
        <w:t>О д а р к а. Їм тільки попусти... Розгнуздались, розледачіли, далі нікуди.</w:t>
      </w:r>
    </w:p>
    <w:p>
      <w:r>
        <w:br/>
        <w:t>У л я н а. Строгості з нашого боку не відчувають.</w:t>
      </w:r>
    </w:p>
    <w:p>
      <w:r>
        <w:br/>
        <w:t>О д а р к а. Роботи багато. Ніколи їм гайки позакручувать!</w:t>
      </w:r>
    </w:p>
    <w:p>
      <w:r>
        <w:br/>
        <w:t>У л я н а. А слід би вже закрутить, а то ми потураємо, а вони скоро на голову нам сядуть. (П'є квас). От спасибі.</w:t>
      </w:r>
    </w:p>
    <w:p>
      <w:r>
        <w:br/>
        <w:t>О д а р к а. Пий на здоров'я.</w:t>
      </w:r>
    </w:p>
    <w:p>
      <w:r>
        <w:br/>
        <w:t>У л я н а. Треба підскочити за Ганною, бо буде до півночі з Аристархом дискусію розводити.</w:t>
      </w:r>
    </w:p>
    <w:p>
      <w:r>
        <w:br/>
        <w:t>О д а р к а. Ходімо разом!</w:t>
      </w:r>
    </w:p>
    <w:p>
      <w:r>
        <w:br/>
        <w:t>Виходять.</w:t>
      </w:r>
    </w:p>
    <w:p>
      <w:r>
        <w:br/>
        <w:t>З погреба вилазить Таран, ставить на стіл сметану, квашені помідори, великий</w:t>
      </w:r>
    </w:p>
    <w:p>
      <w:r>
        <w:br/>
        <w:t>глек квасу, пляшку.</w:t>
      </w:r>
    </w:p>
    <w:p>
      <w:r>
        <w:br/>
        <w:t>Т а р а н. Пийте! Щоб воно вам поперек горла стало!</w:t>
      </w:r>
    </w:p>
    <w:p>
      <w:r>
        <w:br/>
        <w:t>Входить Оверко, весело наспівуючи.</w:t>
      </w:r>
    </w:p>
    <w:p>
      <w:r>
        <w:br/>
        <w:t>О в е р к о. Добрий вечір! Гостей чекаєш?</w:t>
      </w:r>
    </w:p>
    <w:p>
      <w:r>
        <w:br/>
        <w:t>Т а р а н. Які там гості, — обнаковенна п'янка! Приходь через годину — побачиш.</w:t>
      </w:r>
    </w:p>
    <w:p>
      <w:r>
        <w:br/>
        <w:t>О в е р к о. А ти не пробував настою полину давати?</w:t>
      </w:r>
    </w:p>
    <w:p>
      <w:r>
        <w:br/>
        <w:t>Т а р а н. Їй хоч дьогтю дай — однак питиме! Бачиш — "Три гички"?!</w:t>
      </w:r>
    </w:p>
    <w:p>
      <w:r>
        <w:br/>
        <w:t>О в е р к о. Така наша доля: жінкам пить, чоловікам сльози лить! Прийшов я знову до тебе за порадою...</w:t>
      </w:r>
    </w:p>
    <w:p>
      <w:r>
        <w:br/>
        <w:t>Т а р а н. Щось задумав шити?</w:t>
      </w:r>
    </w:p>
    <w:p>
      <w:r>
        <w:br/>
        <w:t>О в е р к о. Та отож кроїв на двоє платтів — не вийшло... Перекроїв на сарафани — виходять короткі... Що порадиш?</w:t>
      </w:r>
    </w:p>
    <w:p>
      <w:r>
        <w:br/>
        <w:t>Т а р а н. Оборочку пусти внизу. І не помітять, що доточив.</w:t>
      </w:r>
    </w:p>
    <w:p>
      <w:r>
        <w:br/>
        <w:t>О в е р к о. От пень! Чого ж я раніше... Спасибі, друже. (Мнеться, щось хоче сказати). Не хотів я тобі говорити, а совість мучить...</w:t>
      </w:r>
    </w:p>
    <w:p>
      <w:r>
        <w:br/>
        <w:t>Т а р а н. Що там ще?</w:t>
      </w:r>
    </w:p>
    <w:p>
      <w:r>
        <w:br/>
        <w:t>О в е р к о. А не скажеш нікому, що від мене пішло?</w:t>
      </w:r>
    </w:p>
    <w:p>
      <w:r>
        <w:br/>
        <w:t>Т а р а н (закрив долонею рота). М-м-м!</w:t>
      </w:r>
    </w:p>
    <w:p>
      <w:r>
        <w:br/>
        <w:t>О в е р к о (таємниче). Люди говорять, що твоя Одарка... біля Свирида. (Пройшовся півнем навколо Тарана).</w:t>
      </w:r>
    </w:p>
    <w:p>
      <w:r>
        <w:br/>
        <w:t>Т а р а н (вражений). Невже це правда?!</w:t>
      </w:r>
    </w:p>
    <w:p>
      <w:r>
        <w:br/>
        <w:t>О в е р к о. Чоловіки дарма не говоритимуть нікогда!</w:t>
      </w:r>
    </w:p>
    <w:p>
      <w:r>
        <w:br/>
        <w:t>Т а р а н. А я думаю: чого-то Свирида назад в контору забрали? Спасибі, друже.</w:t>
      </w:r>
    </w:p>
    <w:p>
      <w:r>
        <w:br/>
        <w:t>О в е р к о (крізь зуби). Ти піди йому вікна побий!.. Хай знає, як чужих жінок переманювати!.. Мовчи ж, ради бога, що від мене почув, бо заїдять! (Швидко виходить).</w:t>
      </w:r>
    </w:p>
    <w:p>
      <w:r>
        <w:br/>
        <w:t>Т а р а н (страждальна). До Свирида... Значить, кращого знайшла?.. (Витирає фартухом очі).</w:t>
      </w:r>
    </w:p>
    <w:p>
      <w:r>
        <w:br/>
        <w:t>Входять Одарка й Уляна. За ними — Ганна, одягнена поміському, з гітарою</w:t>
      </w:r>
    </w:p>
    <w:p>
      <w:r>
        <w:br/>
        <w:t>через плече. Ганна тихо заходить Тарану за спину, закриває долонями</w:t>
      </w:r>
    </w:p>
    <w:p>
      <w:r>
        <w:br/>
        <w:t>йому очі. Таран сердито виривається.</w:t>
      </w:r>
    </w:p>
    <w:p>
      <w:r>
        <w:br/>
        <w:t>Г а н н а. Здоров, кавалер!</w:t>
      </w:r>
    </w:p>
    <w:p>
      <w:r>
        <w:br/>
        <w:t>Т а р а н (люто). Здрастуй! Тобі пустощі в голові!.. (Пішов).</w:t>
      </w:r>
    </w:p>
    <w:p>
      <w:r>
        <w:br/>
        <w:t>Г а н н а (до Одарки). Чого він, як з цепу зірвався?</w:t>
      </w:r>
    </w:p>
    <w:p>
      <w:r>
        <w:br/>
        <w:t>О д а р к а. Хіба їх розбереш, чоловіків. Не інакше, як якийсь гедзь укусив. Прошу сідати до столу — за чаркою розберемо, що й до чого.</w:t>
      </w:r>
    </w:p>
    <w:p>
      <w:r>
        <w:br/>
        <w:t>Сідають до столу.</w:t>
      </w:r>
    </w:p>
    <w:p>
      <w:r>
        <w:br/>
        <w:t>(Наливає чарки). Гульнемо, подруженьки, чоловікам на заздрість, вип'ємо та заспіваємо, щоб у них аж зашпори у п'яти позаходили!</w:t>
      </w:r>
    </w:p>
    <w:p>
      <w:r>
        <w:br/>
        <w:t>У л я н а (крізь сміх). Хай полюбуються! Ти ж тільки не передай куті меду, щоб не зняли гвалту...</w:t>
      </w:r>
    </w:p>
    <w:p>
      <w:r>
        <w:br/>
        <w:t>Входить Таран.</w:t>
      </w:r>
    </w:p>
    <w:p>
      <w:r>
        <w:br/>
        <w:t>Г а н н а. Наллємо і хазяїну?</w:t>
      </w:r>
    </w:p>
    <w:p>
      <w:r>
        <w:br/>
        <w:t>Таран стрепенувся, ожив.</w:t>
      </w:r>
    </w:p>
    <w:p>
      <w:r>
        <w:br/>
        <w:t>О д а р к а (з натяками. Тарану). Він у мене не-пи-ту-щий!</w:t>
      </w:r>
    </w:p>
    <w:p>
      <w:r>
        <w:br/>
        <w:t>Таран одразу знидів, облизав губи, піщов до хати.</w:t>
      </w:r>
    </w:p>
    <w:p>
      <w:r>
        <w:br/>
        <w:t>Г а н н а. Мій теж і в рот не бере.</w:t>
      </w:r>
    </w:p>
    <w:p>
      <w:r>
        <w:br/>
        <w:t>У л я н а. Так за що ж вип'ємо, подруженьки, роси оцієї перченої? (Підморгнула Ганні та Одарці).</w:t>
      </w:r>
    </w:p>
    <w:p>
      <w:r>
        <w:br/>
        <w:t>О д а р к а. За вічне благополуччя на роботі і дома!</w:t>
      </w:r>
    </w:p>
    <w:p>
      <w:r>
        <w:br/>
        <w:t>Г а н н а. Іменно! За вічне і безповоротне!</w:t>
      </w:r>
    </w:p>
    <w:p>
      <w:r>
        <w:br/>
        <w:t>В с і. Будьмо!</w:t>
      </w:r>
    </w:p>
    <w:p>
      <w:r>
        <w:br/>
        <w:t>У л я н а. Будьмо!</w:t>
      </w:r>
    </w:p>
    <w:p>
      <w:r>
        <w:br/>
        <w:t>Всі п'ють.</w:t>
      </w:r>
    </w:p>
    <w:p>
      <w:r>
        <w:br/>
        <w:t>(Навмисне смакує). Ну й прекрасна рідина, скажу я вам!</w:t>
      </w:r>
    </w:p>
    <w:p>
      <w:r>
        <w:br/>
        <w:t>О д а р к а. Історична! Запорожці перед походом іншої не вживали.</w:t>
      </w:r>
    </w:p>
    <w:p>
      <w:r>
        <w:br/>
        <w:t>У л я н а. Для здоров'я кращого нектару і не придумати.</w:t>
      </w:r>
    </w:p>
    <w:p>
      <w:r>
        <w:br/>
        <w:t>Г а н н а. Кажуть, молодість дівочу повертає.</w:t>
      </w:r>
    </w:p>
    <w:p>
      <w:r>
        <w:br/>
        <w:t>Входить Онисько.</w:t>
      </w:r>
    </w:p>
    <w:p>
      <w:r>
        <w:br/>
        <w:t>О н и с ь к о (лагідно). Вечір добрий!</w:t>
      </w:r>
    </w:p>
    <w:p>
      <w:r>
        <w:br/>
        <w:t>Г а н н а. Здоров, здоров, парубче!</w:t>
      </w:r>
    </w:p>
    <w:p>
      <w:r>
        <w:br/>
        <w:t>О н и с ь к о. Смачного вам!</w:t>
      </w:r>
    </w:p>
    <w:p>
      <w:r>
        <w:br/>
        <w:t>Г а н н а. Дякуємо!</w:t>
      </w:r>
    </w:p>
    <w:p>
      <w:r>
        <w:br/>
        <w:t>Онисько криво посміхається, але, помітивши суворий погляд</w:t>
      </w:r>
    </w:p>
    <w:p>
      <w:r>
        <w:br/>
        <w:t>Уляни, одразу принишк.</w:t>
      </w:r>
    </w:p>
    <w:p>
      <w:r>
        <w:br/>
        <w:t>У л я н а. Тебе ще тут не вистачало... Чого прийшов?..</w:t>
      </w:r>
    </w:p>
    <w:p>
      <w:r>
        <w:br/>
        <w:t>О н и с ь к о (солодко). Соди позичити.</w:t>
      </w:r>
    </w:p>
    <w:p>
      <w:r>
        <w:br/>
        <w:t>У л я н а. Знаємо, яка сода! За мною стежиш?!</w:t>
      </w:r>
    </w:p>
    <w:p>
      <w:r>
        <w:br/>
        <w:t>О н и с ь к о. Бог з тобою, Улясю, чого б я стежив?</w:t>
      </w:r>
    </w:p>
    <w:p>
      <w:r>
        <w:br/>
        <w:t>(Миттю шмигнув до хати).</w:t>
      </w:r>
    </w:p>
    <w:p>
      <w:r>
        <w:br/>
        <w:t>О д а р к а. Він у тебе смирний.</w:t>
      </w:r>
    </w:p>
    <w:p>
      <w:r>
        <w:br/>
        <w:t>У л я н а. Виховала! А спочатку був такий, що пальця в рот не клади.</w:t>
      </w:r>
    </w:p>
    <w:p>
      <w:r>
        <w:br/>
        <w:t>Г а н н а. Кажуть, він на фермі непогано працює?</w:t>
      </w:r>
    </w:p>
    <w:p>
      <w:r>
        <w:br/>
        <w:t>У л я н а. Призвичаївся. Тільки вночі тіпається і мене всякими коров'ячими іменами називає.</w:t>
      </w:r>
    </w:p>
    <w:p>
      <w:r>
        <w:br/>
        <w:t>О д а р к а. Може, хоч з нього люди будуть.</w:t>
      </w:r>
    </w:p>
    <w:p>
      <w:r>
        <w:br/>
        <w:t>На подвір'я, ввібравши голову в плечі, навшпиньки</w:t>
      </w:r>
    </w:p>
    <w:p>
      <w:r>
        <w:br/>
        <w:t>заходить Аристарх.</w:t>
      </w:r>
    </w:p>
    <w:p>
      <w:r>
        <w:br/>
        <w:t>Дивись-но, Ганно, і твоя любов навшпиньках пробирається...</w:t>
      </w:r>
    </w:p>
    <w:p>
      <w:r>
        <w:br/>
        <w:t>Г а н н а (встала, зупинила сердитий погляд на Аристархові, який, махаючи руками, обходить стіл стороною). Чого?</w:t>
      </w:r>
    </w:p>
    <w:p>
      <w:r>
        <w:br/>
        <w:t>А р и с т а р х (вибачаючись). Я на хвилинку... Позичу лаврового листочка — і додому... (Шмигнув до хати).</w:t>
      </w:r>
    </w:p>
    <w:p>
      <w:r>
        <w:br/>
        <w:t>У л я н а. Ну, тепер, коли наречені в зборі, грянемо пісню. Хай їм у носі поперчить.</w:t>
      </w:r>
    </w:p>
    <w:p>
      <w:r>
        <w:br/>
        <w:t>Співають.</w:t>
      </w:r>
    </w:p>
    <w:p>
      <w:r>
        <w:br/>
        <w:t>Вбігає Павлик.</w:t>
      </w:r>
    </w:p>
    <w:p>
      <w:r>
        <w:br/>
        <w:t>З хати виходить Таран, прихилився до дерева, слухає.</w:t>
      </w:r>
    </w:p>
    <w:p>
      <w:r>
        <w:br/>
        <w:t>П а в л и к. Тітко Одарко! Там щось у двигуні зіпсувалось, техніка не знайшли, так за вами послали.</w:t>
      </w:r>
    </w:p>
    <w:p>
      <w:r>
        <w:br/>
        <w:t>О д а р к а (начальственно). Що зіпсувалось?</w:t>
      </w:r>
    </w:p>
    <w:p>
      <w:r>
        <w:br/>
        <w:t>П а в л и к. Не знаю.</w:t>
      </w:r>
    </w:p>
    <w:p>
      <w:r>
        <w:br/>
        <w:t>О д а р к а. Дізнайся, а тоді ганяй!</w:t>
      </w:r>
    </w:p>
    <w:p>
      <w:r>
        <w:br/>
        <w:t>П а в л и к. Єсть! (Вибігає).</w:t>
      </w:r>
    </w:p>
    <w:p>
      <w:r>
        <w:br/>
        <w:t>О д а р к а (до Тарана). Що ти за огірки подав, плюскаві якісь?..</w:t>
      </w:r>
    </w:p>
    <w:p>
      <w:r>
        <w:br/>
        <w:t>Т а р а н. Які є, такі й подав! Може, в Свирида миргородські їла, то йди до нього!</w:t>
      </w:r>
    </w:p>
    <w:p>
      <w:r>
        <w:br/>
        <w:t>О д а р к а. До чого тут Свирид?</w:t>
      </w:r>
    </w:p>
    <w:p>
      <w:r>
        <w:br/>
        <w:t>Т а р а н. Тобі краще знати!</w:t>
      </w:r>
    </w:p>
    <w:p>
      <w:r>
        <w:br/>
        <w:t>Г а н н а. Вже хтось наговорив?</w:t>
      </w:r>
    </w:p>
    <w:p>
      <w:r>
        <w:br/>
        <w:t>У л я н а. Оверко. Той тільки те й робить, що плітки по селу збирає та розносить. Нічого, ось я його до цегли поставлю, зразу втихомириться!</w:t>
      </w:r>
    </w:p>
    <w:p>
      <w:r>
        <w:br/>
        <w:t>О д а р к а. Правильно! (До Тарана). Ніж ото плітки вислухувать — подумав би краще, що до столу подати... жінці!.. М'яса ні кусочка, наче бідність яка...</w:t>
      </w:r>
    </w:p>
    <w:p>
      <w:r>
        <w:br/>
        <w:t>Т а р а н. Не різати ж кожного дня курку.</w:t>
      </w:r>
    </w:p>
    <w:p>
      <w:r>
        <w:br/>
        <w:t>О д а р к а. Ріж півня!..</w:t>
      </w:r>
    </w:p>
    <w:p>
      <w:r>
        <w:br/>
        <w:t>Т а р а н. Знову півень!..</w:t>
      </w:r>
    </w:p>
    <w:p>
      <w:r>
        <w:br/>
        <w:t>О д а р к а. Сказано — значить, ріж! (До гостей). Просто спасу від того півня немає, як здурів! Тільки прийдеш додому, відчиниш хвіртку — вже й горланить.</w:t>
      </w:r>
    </w:p>
    <w:p>
      <w:r>
        <w:br/>
        <w:t>Т а р а н. Не приходь опівночі!</w:t>
      </w:r>
    </w:p>
    <w:p>
      <w:r>
        <w:br/>
        <w:t>О д а р к а. Тебе забула спитати, коли приходити!</w:t>
      </w:r>
    </w:p>
    <w:p>
      <w:r>
        <w:br/>
        <w:t>В хліві реве корова.</w:t>
      </w:r>
    </w:p>
    <w:p>
      <w:r>
        <w:br/>
        <w:t>Чого вона реве?</w:t>
      </w:r>
    </w:p>
    <w:p>
      <w:r>
        <w:br/>
        <w:t>Т а р а н. Піди запитай! (Бере зі столу порожні тарілки. іде в хату, потім тихенько повертається, слухає).</w:t>
      </w:r>
    </w:p>
    <w:p>
      <w:r>
        <w:br/>
        <w:t>Жінки помічають його, але не подають виду.</w:t>
      </w:r>
    </w:p>
    <w:p>
      <w:r>
        <w:br/>
        <w:t>У л я н а. Гострий він у тебе на язик.</w:t>
      </w:r>
    </w:p>
    <w:p>
      <w:r>
        <w:br/>
        <w:t>О д а р к а. Слова не можна сказати. Ось нехай я трохи більше вип'ю, я йому дам відповідь на всі запитання!</w:t>
      </w:r>
    </w:p>
    <w:p>
      <w:r>
        <w:br/>
        <w:t>У л я н а (тихо). А ти таки до Свирида залицялась?</w:t>
      </w:r>
    </w:p>
    <w:p>
      <w:r>
        <w:br/>
        <w:t>О д а р к а. Та якось біля контори пригорнула разок, а тут Оверка принесло. Побачив і поніс по селу. Тепер мій дорікатиме до зелених віників.</w:t>
      </w:r>
    </w:p>
    <w:p>
      <w:r>
        <w:br/>
        <w:t>Г а н н а (голосно). Всі вони такі!</w:t>
      </w:r>
    </w:p>
    <w:p>
      <w:r>
        <w:br/>
        <w:t>У л я н а (до Ганни). А ти чого з своїм завелась сьогодні? Теж, мабуть...</w:t>
      </w:r>
    </w:p>
    <w:p>
      <w:r>
        <w:br/>
        <w:t>Г а н н а. Та ні... Почалося з халатів. Чого й чого по другому халату не справимо свинарям? Свиноферма йому тісною стала, механізація запущена... Як визвірився!..</w:t>
      </w:r>
    </w:p>
    <w:p>
      <w:r>
        <w:br/>
        <w:t>О д а р к а. І ти змовчала?</w:t>
      </w:r>
    </w:p>
    <w:p>
      <w:r>
        <w:br/>
        <w:t>Г а н н а. Я тільки хрясь по столу, а він у сльози!</w:t>
      </w:r>
    </w:p>
    <w:p>
      <w:r>
        <w:br/>
        <w:t>У л я н а. А почули б ви, який гамір у моїй бригаді чоловіки зняли. "Кукурудзу треба механізмами обробляти, — кричать, — як у сусідніх колгоспах!"</w:t>
      </w:r>
    </w:p>
    <w:p>
      <w:r>
        <w:br/>
        <w:t>О д а р к а. У всіх на язиці та механізація. Доярам — підвісну дорогу давай, електродоїлки...</w:t>
      </w:r>
    </w:p>
    <w:p>
      <w:r>
        <w:br/>
        <w:t>Г а н н а (розпалено). Розперезались!!!</w:t>
      </w:r>
    </w:p>
    <w:p>
      <w:r>
        <w:br/>
        <w:t>Т а р а н (не витримав, підходить до столу). Бо таки й правда! Нічого на інтузіазмі виїжджать! Годі спини гнуть! У сусідів он і на фермах, і біля кукурудзи — скрізь мотор...</w:t>
      </w:r>
    </w:p>
    <w:p>
      <w:r>
        <w:br/>
        <w:t>О д а р к а (скипіла). Не твого чоловічого розуму це діло! Помідорів принеси!</w:t>
      </w:r>
    </w:p>
    <w:p>
      <w:r>
        <w:br/>
        <w:t>Таран стрепенувся, миттю побіг.</w:t>
      </w:r>
    </w:p>
    <w:p>
      <w:r>
        <w:br/>
        <w:t>Г а н н а. Бачите? Ти їм добро роби, а вони ще й брикаються!</w:t>
      </w:r>
    </w:p>
    <w:p>
      <w:r>
        <w:br/>
        <w:t>О д а р к а. Здається, нагнали страху, хай їм грець! (Наливає повні келихи квасу). Прохолоджуйтесь!</w:t>
      </w:r>
    </w:p>
    <w:p>
      <w:r>
        <w:br/>
        <w:t>З хати на ганок боком виходять Аристарх і Онисько.</w:t>
      </w:r>
    </w:p>
    <w:p>
      <w:r>
        <w:br/>
        <w:t>Таран виносить миску з помідорами, побачив, що жінки перейшли</w:t>
      </w:r>
    </w:p>
    <w:p>
      <w:r>
        <w:br/>
        <w:t>на келихи, — оторопів.</w:t>
      </w:r>
    </w:p>
    <w:p>
      <w:r>
        <w:br/>
        <w:t>Т а р а н. З такою дозою — краще закусюйте! Це вам не шам...</w:t>
      </w:r>
    </w:p>
    <w:p>
      <w:r>
        <w:br/>
        <w:t>О д а р к а (перебиває). Нічого вчить! Пироги давай!</w:t>
      </w:r>
    </w:p>
    <w:p>
      <w:r>
        <w:br/>
        <w:t>Будьмо!</w:t>
      </w:r>
    </w:p>
    <w:p>
      <w:r>
        <w:br/>
        <w:t>Жінки випили все до дна. Чоловіки заплющили очі від страху. Знову вбігає Павлик.</w:t>
      </w:r>
    </w:p>
    <w:p>
      <w:r>
        <w:br/>
        <w:t>П а в л и к. Тітко Одарко! Кажуть, щось у моторі зіпсувалось...</w:t>
      </w:r>
    </w:p>
    <w:p>
      <w:r>
        <w:br/>
        <w:t>О д а р к а. А що саме?</w:t>
      </w:r>
    </w:p>
    <w:p>
      <w:r>
        <w:br/>
        <w:t>П а в л и к. Не знаю.</w:t>
      </w:r>
    </w:p>
    <w:p>
      <w:r>
        <w:br/>
        <w:t>О д а р к а. То чого ж бігаєш? Узнай!</w:t>
      </w:r>
    </w:p>
    <w:p>
      <w:r>
        <w:br/>
        <w:t>П а в л и к. Ясно! (Вибігає).</w:t>
      </w:r>
    </w:p>
    <w:p>
      <w:r>
        <w:br/>
        <w:t>У л я н а. І поспівати не дадуть... (Заспівує).</w:t>
      </w:r>
    </w:p>
    <w:p>
      <w:r>
        <w:br/>
        <w:t>Жінки, співаючи, ідуть у садок за хату.</w:t>
      </w:r>
    </w:p>
    <w:p>
      <w:r>
        <w:br/>
        <w:t>Ховаючись од жінок, на подвір'я пробирається Оверко. Він приєднується до чоловіків,</w:t>
      </w:r>
    </w:p>
    <w:p>
      <w:r>
        <w:br/>
        <w:t>що, похнюпившись, посідали під тином.</w:t>
      </w:r>
    </w:p>
    <w:p>
      <w:r>
        <w:br/>
        <w:t>О н и с ь к о. Да-а-а! Оце гулятимуть тепер до півночі, а потім мучся з ними ще вдома.</w:t>
      </w:r>
    </w:p>
    <w:p>
      <w:r>
        <w:br/>
        <w:t>Т а р а н. Яка тобі мука?</w:t>
      </w:r>
    </w:p>
    <w:p>
      <w:r>
        <w:br/>
        <w:t>О н и с ь к о. Не говори, куме. Прийде додому, так і давай співати. Співай уже сама, біс з тобою! Так ні, і мене заставляє підтягувати.</w:t>
      </w:r>
    </w:p>
    <w:p>
      <w:r>
        <w:br/>
        <w:t>А р и с т а р х. І що ж — підтягуєш?</w:t>
      </w:r>
    </w:p>
    <w:p>
      <w:r>
        <w:br/>
        <w:t>О н и с ь к о. Хіба хочеш — мусиш... В Аристарха — ото добро.</w:t>
      </w:r>
    </w:p>
    <w:p>
      <w:r>
        <w:br/>
        <w:t>А р и с т а р х. Хлопці, хлопці! Бодай нікому не діждати такого добра.</w:t>
      </w:r>
    </w:p>
    <w:p>
      <w:r>
        <w:br/>
        <w:t>Т а р а н. Та чого ти там бідкаєшся? Тобі ще жить можна...</w:t>
      </w:r>
    </w:p>
    <w:p>
      <w:r>
        <w:br/>
        <w:t>А р и с т а р х. Ех, "жить можна"!</w:t>
      </w:r>
    </w:p>
    <w:p>
      <w:r>
        <w:br/>
        <w:t>О н и с ь к о. Я вже думав розвестись зі своєю через ці пісні — так діти...</w:t>
      </w:r>
    </w:p>
    <w:p>
      <w:r>
        <w:br/>
        <w:t>А р и с т а р х. Отож-то й воно...</w:t>
      </w:r>
    </w:p>
    <w:p>
      <w:r>
        <w:br/>
        <w:t>Т а р а н. Зв'язали нам руки, куди подінешся?..</w:t>
      </w:r>
    </w:p>
    <w:p>
      <w:r>
        <w:br/>
        <w:t>Входить Корній з вузликом в руках.</w:t>
      </w:r>
    </w:p>
    <w:p>
      <w:r>
        <w:br/>
        <w:t>К о р н і й. Здорові були, руководителі!</w:t>
      </w:r>
    </w:p>
    <w:p>
      <w:r>
        <w:br/>
        <w:t>А р и с т а р х. А ти, Корнію, може, в гості ходив, що з глечиком і вузликом?</w:t>
      </w:r>
    </w:p>
    <w:p>
      <w:r>
        <w:br/>
        <w:t>К о р н і й. Які там гості... Бігав до своєї преподобної сторожихи.</w:t>
      </w:r>
    </w:p>
    <w:p>
      <w:r>
        <w:br/>
        <w:t>Т а р а н. Скучив?..</w:t>
      </w:r>
    </w:p>
    <w:p>
      <w:r>
        <w:br/>
        <w:t>К о р н і й. Сказала, щоб парного молока приніс.</w:t>
      </w:r>
    </w:p>
    <w:p>
      <w:r>
        <w:br/>
        <w:t>Чоловіки, співчуваючи, хитають головами.</w:t>
      </w:r>
    </w:p>
    <w:p>
      <w:r>
        <w:br/>
        <w:t>Біг, мало не лопнув і... спізнився, вона вже задрімала, перехотілось, а може, іншого молока процідила.</w:t>
      </w:r>
    </w:p>
    <w:p>
      <w:r>
        <w:br/>
        <w:t>О в е р к о. А я оце в понятих був. Хвилька ж у сусідстві зі мною живе. А нюх у мене добрий: чую, закваскою в неї пахне, другий день сильніше, третій ще сильніше. Я й дзенькнув у район — мовляв, увечері основний процес відбудеться...</w:t>
      </w:r>
    </w:p>
    <w:p>
      <w:r>
        <w:br/>
        <w:t>К о р н і й. І я дзвонив.</w:t>
      </w:r>
    </w:p>
    <w:p>
      <w:r>
        <w:br/>
        <w:t>Т а р а н. І що ж, накрили?</w:t>
      </w:r>
    </w:p>
    <w:p>
      <w:r>
        <w:br/>
        <w:t>О в е р к о. Ще первачок капав, як застали. А в погребі відер з п'ять готовенької знайшли. Урвалося Хвильчине щастя!</w:t>
      </w:r>
    </w:p>
    <w:p>
      <w:r>
        <w:br/>
        <w:t>Т а р а н. Слава богу! Так їй і треба. Щоб наших жінок не обпоювала!</w:t>
      </w:r>
    </w:p>
    <w:p>
      <w:r>
        <w:br/>
        <w:t>К о р н і й. Давайте, хлопці, на радощах по пиріжку з'їмо, бо я ще сьогодні і ріски в роті не мав, а молоко геть-чисто розлилося. (Роздає пироги).</w:t>
      </w:r>
    </w:p>
    <w:p>
      <w:r>
        <w:br/>
        <w:t>Всі помалу жують. Тихо. Спів жінок. Чоловіки ховаються в хаті.</w:t>
      </w:r>
    </w:p>
    <w:p>
      <w:r>
        <w:br/>
        <w:t>Входять жінки.</w:t>
      </w:r>
    </w:p>
    <w:p>
      <w:r>
        <w:br/>
        <w:t>О д а р к а. А нам справді живеться непогано. В колгоспі тепер і гроші, і хліб, і до хліба. Майже у кожного велосипед, радіо... В магазин зайдеш — вередують, давай їм дорожче та красивіше.</w:t>
      </w:r>
    </w:p>
    <w:p>
      <w:r>
        <w:br/>
        <w:t>О д а р к а бере під руки подруг, і так, обнявшись, усі троє попливли в легкому танку, притупуючи каблуками.</w:t>
      </w:r>
    </w:p>
    <w:p>
      <w:r>
        <w:br/>
        <w:t>Г а н н а. Жити можна! Тільки набридають з отою собівартістю. Вчора нашій головисі в районі дуже строго сказали. Приїхала така червона, як отой кавун. Що не кажіть, собівартість продукції у нас ще висока.</w:t>
      </w:r>
    </w:p>
    <w:p>
      <w:r>
        <w:br/>
        <w:t>О д а р к а. Нічого! На чоловіків піднажмем — і собівартість знизимо. Тим більше, що чоловіки — така техніка, що ні тобі амортизації, ні запасних частин, ні капітального ремонту не потребують.</w:t>
      </w:r>
    </w:p>
    <w:p>
      <w:r>
        <w:br/>
        <w:t>У л я н а. Треба нажать! Зібрати збори та всипати їм під перше число! Ти там, Ганно, підкажи головисі під гарячу руку!</w:t>
      </w:r>
    </w:p>
    <w:p>
      <w:r>
        <w:br/>
        <w:t>Г а н н а. Неодмінно.</w:t>
      </w:r>
    </w:p>
    <w:p>
      <w:r>
        <w:br/>
        <w:t>Вбігає Павлик.</w:t>
      </w:r>
    </w:p>
    <w:p>
      <w:r>
        <w:br/>
        <w:t>П а в л и к. Кажуть, тітко, всередині мотора зіпсувалось, а що — не знають...</w:t>
      </w:r>
    </w:p>
    <w:p>
      <w:r>
        <w:br/>
        <w:t>О д а р к а. Вони там не знають, а я тут мушу знати...</w:t>
      </w:r>
    </w:p>
    <w:p>
      <w:r>
        <w:br/>
        <w:t>У л я н а. Скажи — зайнята!</w:t>
      </w:r>
    </w:p>
    <w:p>
      <w:r>
        <w:br/>
        <w:t>Г а н н а. Обговорює заходи по зниженню собівартості продукції...</w:t>
      </w:r>
    </w:p>
    <w:p>
      <w:r>
        <w:br/>
        <w:t>П а в л и к. Єсть! (Вибігає).</w:t>
      </w:r>
    </w:p>
    <w:p>
      <w:r>
        <w:br/>
        <w:t>О д а р к а. Нумо, подруженьки, спробуємо ще шампанського для прохолоди!Таранчику!</w:t>
      </w:r>
    </w:p>
    <w:p>
      <w:r>
        <w:br/>
        <w:t>На ганок виходить Таран.</w:t>
      </w:r>
    </w:p>
    <w:p>
      <w:r>
        <w:br/>
        <w:t>Зроби ласку, — одкрий нам того, що з золотою головкою!.. Підставляйте, подруженьки-сусідоньки, келихи, бо воно — як серце дівоче: не збережеш — розіллється! Ну, чого дивишся середою на п'ятницю? Давай залп! Та бігом якусь веселеньку музику нам включи, чуєш? Таран. Здається, закругляються.</w:t>
      </w:r>
    </w:p>
    <w:p>
      <w:r>
        <w:br/>
        <w:t>Таран відкорковує шампанське. Постріл пробки. Жінки співають</w:t>
      </w:r>
    </w:p>
    <w:p>
      <w:r>
        <w:br/>
        <w:t>туш. Таран, ковтаючи слину, наливає келихи, потім швиденько біжить</w:t>
      </w:r>
    </w:p>
    <w:p>
      <w:r>
        <w:br/>
        <w:t>до хати, ставить пластинку.</w:t>
      </w:r>
    </w:p>
    <w:p>
      <w:r>
        <w:br/>
        <w:t>О д а р к а. Щоб довіку в миру та благополуччі!</w:t>
      </w:r>
    </w:p>
    <w:p>
      <w:r>
        <w:br/>
        <w:t>У л я н а. У начальстві та в пошані!</w:t>
      </w:r>
    </w:p>
    <w:p>
      <w:r>
        <w:br/>
        <w:t>Г а н н а. В керівництві та в коханні!</w:t>
      </w:r>
    </w:p>
    <w:p>
      <w:r>
        <w:br/>
        <w:t>Поволі випивають келихи, музика звучить на повну силу. На воротях</w:t>
      </w:r>
    </w:p>
    <w:p>
      <w:r>
        <w:br/>
        <w:t>з'являється Олена Устимівна, пильно дивиться на жінок. Ті завмерли.</w:t>
      </w:r>
    </w:p>
    <w:p>
      <w:r>
        <w:br/>
        <w:t>Одарка сердито подивилась на Тарана, той кинувся до хати.</w:t>
      </w:r>
    </w:p>
    <w:p>
      <w:r>
        <w:br/>
        <w:t>Музика стихла. Пауза.</w:t>
      </w:r>
    </w:p>
    <w:p>
      <w:r>
        <w:br/>
        <w:t>У с т и м і в н а. Випиваєте, значить?! А мені на закуску критику залишається жувати? Чоловікам дали волю, розбалували їх, а я сама собівартість знижувати буду?! Добре господарюємо!.. Ось я з вами на правлінні поговорю! (Виходить).</w:t>
      </w:r>
    </w:p>
    <w:p>
      <w:r>
        <w:br/>
        <w:t>Г а н н а. Це що ж виходить? Дитина той, а невістка винна? Доки це буде?</w:t>
      </w:r>
    </w:p>
    <w:p>
      <w:r>
        <w:br/>
        <w:t>Жінки виганяють чоловіків з хати.</w:t>
      </w:r>
    </w:p>
    <w:p>
      <w:r>
        <w:br/>
        <w:t>Чого стали, носи повісили? Чи, може, вам наша кумпанія не до вподоби? Ану! Танцюй, халамидники!</w:t>
      </w:r>
    </w:p>
    <w:p>
      <w:r>
        <w:br/>
        <w:t>Танець чоловіків. Танцюють через такт, через два, потім по одному</w:t>
      </w:r>
    </w:p>
    <w:p>
      <w:r>
        <w:br/>
        <w:t>падають на землю. Аристарх, Корній, Таран, Оверко, Онисько</w:t>
      </w:r>
    </w:p>
    <w:p>
      <w:r>
        <w:br/>
        <w:t>попадали обличчям вниз, лежать нерухомо.</w:t>
      </w:r>
    </w:p>
    <w:p>
      <w:r>
        <w:br/>
        <w:t>О д а р к а. Тепер полежте та подумайте.</w:t>
      </w:r>
    </w:p>
    <w:p>
      <w:r>
        <w:br/>
        <w:t>Г а н н а. А ми підемо готувати загальні збори!</w:t>
      </w:r>
    </w:p>
    <w:p>
      <w:r>
        <w:br/>
        <w:t>У л я н а. Ясно?</w:t>
      </w:r>
    </w:p>
    <w:p>
      <w:r>
        <w:br/>
        <w:t>Всі три швидко виходять.</w:t>
      </w:r>
    </w:p>
    <w:p>
      <w:r>
        <w:br/>
        <w:t>Т а р а н. По-моєму, товариство, нижче впасти вже не можна!</w:t>
      </w:r>
    </w:p>
    <w:p>
      <w:r>
        <w:br/>
        <w:t>Завіса</w:t>
      </w:r>
    </w:p>
    <w:p>
      <w:r>
        <w:br/>
        <w:t>КАРТИНА П’ЯТА</w:t>
      </w:r>
    </w:p>
    <w:p>
      <w:r>
        <w:br/>
        <w:t>Вулиця біля Тара нового подвір'я. Швидко входить Катерин а з вузликом</w:t>
      </w:r>
    </w:p>
    <w:p>
      <w:r>
        <w:br/>
        <w:t>у руці, за нею вибігає Грицько, заступає дорогу.</w:t>
      </w:r>
    </w:p>
    <w:p>
      <w:r>
        <w:br/>
        <w:t>Г р и ц ь к о. Чому, Катю, чому? Або убий мене на місці, або скажи, чому ти проти нашого весілля?</w:t>
      </w:r>
    </w:p>
    <w:p>
      <w:r>
        <w:br/>
        <w:t>К а т е р и н а. Весілля не буде!</w:t>
      </w:r>
    </w:p>
    <w:p>
      <w:r>
        <w:br/>
        <w:t>Г р и ц ь к о. Чим я тебе прогнівив? Може, поговір який почула — не вір!</w:t>
      </w:r>
    </w:p>
    <w:p>
      <w:r>
        <w:br/>
        <w:t>К а т е р и н а. Весілля не жди!</w:t>
      </w:r>
    </w:p>
    <w:p>
      <w:r>
        <w:br/>
        <w:t>Г р и ц ь к о. Не пущу!..</w:t>
      </w:r>
    </w:p>
    <w:p>
      <w:r>
        <w:br/>
        <w:t>К а т е р и н а. Востаннє тобі кажу — або переходь на моє місце в контору, а я повернусь на ферму до свиней, або...</w:t>
      </w:r>
    </w:p>
    <w:p>
      <w:r>
        <w:br/>
        <w:t>Г р и ц ь к о. Що?</w:t>
      </w:r>
    </w:p>
    <w:p>
      <w:r>
        <w:br/>
        <w:t>К а т е р и н а. І знати тебе не хочу!.. (Одвернулась).</w:t>
      </w:r>
    </w:p>
    <w:p>
      <w:r>
        <w:br/>
        <w:t>Г р и ц ь к о (лагідно). Гаразд, Катю, давай будемо міркувати так: скільки мені років?!</w:t>
      </w:r>
    </w:p>
    <w:p>
      <w:r>
        <w:br/>
        <w:t>К а т е р и н а. Почався третій десяток...</w:t>
      </w:r>
    </w:p>
    <w:p>
      <w:r>
        <w:br/>
        <w:t>Г р и ц ь к о. Сила в мене є?</w:t>
      </w:r>
    </w:p>
    <w:p>
      <w:r>
        <w:br/>
        <w:t>Катерина знизала плечима, Грицько хапає її на руки, швидко крутить навколо себе.</w:t>
      </w:r>
    </w:p>
    <w:p>
      <w:r>
        <w:br/>
        <w:t>К а т е р и н а. Пусти, навіжений!..</w:t>
      </w:r>
    </w:p>
    <w:p>
      <w:r>
        <w:br/>
        <w:t>Г р и ц ь к о. Говори: є сила чи немає?</w:t>
      </w:r>
    </w:p>
    <w:p>
      <w:r>
        <w:br/>
        <w:t>К а т е р и н а. Ну... є...</w:t>
      </w:r>
    </w:p>
    <w:p>
      <w:r>
        <w:br/>
        <w:t>Г р и ц ь к о (обережно опускає її на землю). Так от слухай. Через кільканадцять років настане комунізм! Наші з тобою діти...</w:t>
      </w:r>
    </w:p>
    <w:p>
      <w:r>
        <w:br/>
        <w:t>Катерина легенько вдарила його пальцем по губах і засоромилась.</w:t>
      </w:r>
    </w:p>
    <w:p>
      <w:r>
        <w:br/>
        <w:t>...запитають: "А що ви робили, тату, по дорозі в комунізм?" А я їм скажу: "Мати працювала, а я, діточки, сидів у конторі та підраховував її трудодні". Та вони такого батька соромитись будуть! Ні, Катю! Як хочеш, а я в контору не повернусь!</w:t>
      </w:r>
    </w:p>
    <w:p>
      <w:r>
        <w:br/>
        <w:t>К а т е р и н а. А я, по-твоєму, що? Стара вже чи інвалід який? Чому я мушу за рахівницею сидіти?</w:t>
      </w:r>
    </w:p>
    <w:p>
      <w:r>
        <w:br/>
        <w:t>Г р и ц ь к о. Я за те, щоб і ти покинула контору!</w:t>
      </w:r>
    </w:p>
    <w:p>
      <w:r>
        <w:br/>
        <w:t>К а т е р и н а. А як це зробити?</w:t>
      </w:r>
    </w:p>
    <w:p>
      <w:r>
        <w:br/>
        <w:t>Г р и ц ь к о. Дуже просто. Покритикуй наше нинішнє жіноче правління, — а його є за що критикувать, — і скінчиться твоя конторська кар'єра.</w:t>
      </w:r>
    </w:p>
    <w:p>
      <w:r>
        <w:br/>
        <w:t>К а т е р и н а. Гадаєш, допоможе?</w:t>
      </w:r>
    </w:p>
    <w:p>
      <w:r>
        <w:br/>
        <w:t>Г р и ц ь к о. Сама переконаєшся! От вони збирають нараду, щоб на чоловіків піднажать, а ти й стань на чоловічу сторону. Побачимо, чим кінчиться...</w:t>
      </w:r>
    </w:p>
    <w:p>
      <w:r>
        <w:br/>
        <w:t>К а т е р и н а. Гаразд, Грицю!</w:t>
      </w:r>
    </w:p>
    <w:p>
      <w:r>
        <w:br/>
        <w:t>Г р и ц ь к о. А щодо весілля, то мені вже ясно. Тут говори не говори, коли серце мовчить, слово не допоможе...</w:t>
      </w:r>
    </w:p>
    <w:p>
      <w:r>
        <w:br/>
        <w:t>К а т е р и н а. Зачекай! (Розгортає вишивану хустинку, подає Грицькові гілку калини). Візьми!..</w:t>
      </w:r>
    </w:p>
    <w:p>
      <w:r>
        <w:br/>
        <w:t>Г р и ц ь к о. Калина?</w:t>
      </w:r>
    </w:p>
    <w:p>
      <w:r>
        <w:br/>
        <w:t>К а т е р и н а. Під осокором, біля нашої криниці, росте. Ішла сюди, а вона ніби просить: зірви мене, я тобі в пригоді стану! От я й зірвала...</w:t>
      </w:r>
    </w:p>
    <w:p>
      <w:r>
        <w:br/>
        <w:t>Г р и ц ь к о (сумно). Калину дарують перед розлукою...</w:t>
      </w:r>
    </w:p>
    <w:p>
      <w:r>
        <w:br/>
        <w:t>К а т е р и н а (швидко). І перед весіллям... (Спохватилась).</w:t>
      </w:r>
    </w:p>
    <w:p>
      <w:r>
        <w:br/>
        <w:t>Г р и ц ь к о. Такого я ще не чував...</w:t>
      </w:r>
    </w:p>
    <w:p>
      <w:r>
        <w:br/>
        <w:t>К а т е р и н а. А мені мати казали... Хочеш, я тобі повідаю? Було це в сиву давнину... Ще тоді, як в нашім краї розбійничали коршуни-ординці... В темні ночі, коли тільки пугач шугав над землею, прокрадались вони глухими дорогами, щоб здобути українських красунь дівчат...</w:t>
      </w:r>
    </w:p>
    <w:p>
      <w:r>
        <w:br/>
        <w:t>Хижими круками налітали ординці на заснулі села. Ще палахкотіло полум'я, замітаючи сліди закривавлених ятаганів, а круки-ординці поверталися з багатою здобиччю.</w:t>
      </w:r>
    </w:p>
    <w:p>
      <w:r>
        <w:br/>
        <w:t>Не плакали горлиці-полонянки, страшне горе висушувало їм сльози, а ще страшніше горе чекало їх: хоч і золоті, а кайдани, хоч і розкіш, а в рабстві, хоч і лишиться краса, та осоромленою буде — дістанеться нелюбому, некоханому...</w:t>
      </w:r>
    </w:p>
    <w:p>
      <w:r>
        <w:br/>
        <w:t>І вирішили тоді дівчата: не бути цьому!</w:t>
      </w:r>
    </w:p>
    <w:p>
      <w:r>
        <w:br/>
        <w:t>Темної ночі, на коротких перепочинках, полонянки вихоплювали в ординців мечі, краяли свої обличчя, нівечили свою вроду. Хай лишиться вона навічно в отчім краї!</w:t>
      </w:r>
    </w:p>
    <w:p>
      <w:r>
        <w:br/>
        <w:t>І от на тому місці, де дівчата розлучались із своєю красою, виростала калина... Омита росою, овіяна вітром, напоєна щедрою землею, вона росла, красива та горда. Тільки сонце сміло цілувати її кетяги — червоні, як уста дівчини.</w:t>
      </w:r>
    </w:p>
    <w:p>
      <w:r>
        <w:br/>
        <w:t>Тож і дарують дівчата калину тому, хто заполонив їх серце, кого назвало воно своїм судженим... Так мені мати казали.</w:t>
      </w:r>
    </w:p>
    <w:p>
      <w:r>
        <w:br/>
        <w:t>Здалеку чути пісню.</w:t>
      </w:r>
    </w:p>
    <w:p>
      <w:r>
        <w:br/>
        <w:t>Г р и ц ь к о. Чуєш?</w:t>
      </w:r>
    </w:p>
    <w:p>
      <w:r>
        <w:br/>
        <w:t>К а т е р и н а. Про калину співають.</w:t>
      </w:r>
    </w:p>
    <w:p>
      <w:r>
        <w:br/>
        <w:t>Г р и ц ь к о. Ходім до них.</w:t>
      </w:r>
    </w:p>
    <w:p>
      <w:r>
        <w:br/>
        <w:t>Обнявшись, виходять.</w:t>
      </w:r>
    </w:p>
    <w:p>
      <w:r>
        <w:br/>
        <w:t>Завіса</w:t>
      </w:r>
    </w:p>
    <w:p>
      <w:r>
        <w:br/>
        <w:t>КАРТИНА ШОСТА</w:t>
      </w:r>
    </w:p>
    <w:p>
      <w:r>
        <w:br/>
        <w:t>Біля контори колгоспу. Садочок, лавочки. Дошка показників. Входить Онисько,</w:t>
      </w:r>
    </w:p>
    <w:p>
      <w:r>
        <w:br/>
        <w:t>присідає на лавочку.</w:t>
      </w:r>
    </w:p>
    <w:p>
      <w:r>
        <w:br/>
        <w:t>О н и с ь к о. От де благодать — тихо, як у вусі. Повітря чисте, як в будинку відпочинку. І конторників не чутно, розбіглися. Мабуть, уповноважений має приїхати...</w:t>
      </w:r>
    </w:p>
    <w:p>
      <w:r>
        <w:br/>
        <w:t>Входить Корній, згорблений, у руках ціпок.</w:t>
      </w:r>
    </w:p>
    <w:p>
      <w:r>
        <w:br/>
        <w:t>К о р н і й. Дихаєш? (Подає руку). Не жми, ради бога, за пальці, це ж тобі не дійка!..</w:t>
      </w:r>
    </w:p>
    <w:p>
      <w:r>
        <w:br/>
        <w:t>О н и с ь к о (сміється). Професійна звичка, брате! За день п'ять тисяч разів доводиться отак робити... Тепер я навкулачки будь-кого поб'ю!</w:t>
      </w:r>
    </w:p>
    <w:p>
      <w:r>
        <w:br/>
        <w:t>К о р н і й. А в мене де й сила ділась. Повіриш, розігнутись не можу, так поперек болить. Півтора гектара буряків, три гектари кукурудзи, і все це треба пройти рачки... І не раз! Ой!..</w:t>
      </w:r>
    </w:p>
    <w:p>
      <w:r>
        <w:br/>
        <w:t>О н и с ь к о. Зате жіночка в тебе нівроку погладшала, зарум'янилась.</w:t>
      </w:r>
    </w:p>
    <w:p>
      <w:r>
        <w:br/>
        <w:t>К о р н і й. Чом же їй не гладшати? Увечері візьме патерицю та йде спати під комору. Сторож називається! Прийде вранці додому — поснідає готовеньке і знову хропака... (Зітхає). Та хіба тільки моїй так живеться? Он Охрімова — погнала чоловіка цеглу робити, а сама молоко возить. Пика більша бідона! Плаття на ній тріщить по всіх швах, не витримує ніякої критики. Інтелігенцію з себе корчить то в конторі, то біля кооперації крутиться.</w:t>
      </w:r>
    </w:p>
    <w:p>
      <w:r>
        <w:br/>
        <w:t>О н и с ь к о (зітхнув). Жінкам добре живеться!</w:t>
      </w:r>
    </w:p>
    <w:p>
      <w:r>
        <w:br/>
        <w:t>К о р н і й. Бо при владі. Не чув, чого це нас зганяють?</w:t>
      </w:r>
    </w:p>
    <w:p>
      <w:r>
        <w:br/>
        <w:t>О н и с ь к о. Чертова накачка!</w:t>
      </w:r>
    </w:p>
    <w:p>
      <w:r>
        <w:br/>
        <w:t>К о р н і й. Мене вже качать нікуди. Вчора прасую своїй спідницю, а вона ходить круг мене — те не так та оте не так. То якогось рубчика придушить, якесь плісе-гофре. Я розсердився, гофруй, кажу, сама. Вона як схопить утюга та на мене. Якби не відхилився, стругай домовину. Як був при здоров'ї, то держала, а тепер, каже, кину. (Витирає сльози).</w:t>
      </w:r>
    </w:p>
    <w:p>
      <w:r>
        <w:br/>
        <w:t>О н и с ь к о. В тебе дріжджів немає? Хочу млинців спекти.</w:t>
      </w:r>
    </w:p>
    <w:p>
      <w:r>
        <w:br/>
        <w:t>К о р н і й. Після зборів зайдемо — дам.</w:t>
      </w:r>
    </w:p>
    <w:p>
      <w:r>
        <w:br/>
        <w:t>О н и с ь к о. І соди?</w:t>
      </w:r>
    </w:p>
    <w:p>
      <w:r>
        <w:br/>
        <w:t>К о р н і й. І соди. В мене все є. Жінка вередлива, доводиться то млинці, то вареники, то калачі пекти. Я в домі всякі марципани держу.</w:t>
      </w:r>
    </w:p>
    <w:p>
      <w:r>
        <w:br/>
        <w:t>Входять Таран і Аристарх.</w:t>
      </w:r>
    </w:p>
    <w:p>
      <w:r>
        <w:br/>
        <w:t>А р и с т а р х. Шановному товариству... Сядемо, Таране, отут... Спочинемо...</w:t>
      </w:r>
    </w:p>
    <w:p>
      <w:r>
        <w:br/>
        <w:t>Т а р а н. Де-небудь, аби сісти... Ой!..</w:t>
      </w:r>
    </w:p>
    <w:p>
      <w:r>
        <w:br/>
        <w:t>Сідають.</w:t>
      </w:r>
    </w:p>
    <w:p>
      <w:r>
        <w:br/>
        <w:t>А р и с т а р х. Так ото таке зі мною робиться: на два пуди схуд.</w:t>
      </w:r>
    </w:p>
    <w:p>
      <w:r>
        <w:br/>
        <w:t>Т а р а н. У ці штани тепер троє таких, як ти, влізе.</w:t>
      </w:r>
    </w:p>
    <w:p>
      <w:r>
        <w:br/>
        <w:t>А р и с т а р х. А ти на що перевівся? Ще ж тільки сорок років, а вже старий, як дід.</w:t>
      </w:r>
    </w:p>
    <w:p>
      <w:r>
        <w:br/>
        <w:t>Т а р а н. Одарка дорікає: згорблений, невеселий...</w:t>
      </w:r>
    </w:p>
    <w:p>
      <w:r>
        <w:br/>
        <w:t>А р и с т а р х. Повеселишся... Я оце в своєму карцері трохи оговтався, ніби легше стало. А тут ще нова морока: Гриць на змагання мене викликав по свинях, треба тягти... (Низько схилив голову).</w:t>
      </w:r>
    </w:p>
    <w:p>
      <w:r>
        <w:br/>
        <w:t>Т а р а н. Болючі струни смикає Грицько. Правда твоя, сусіде, кепське діло наше... (Теж знидів).</w:t>
      </w:r>
    </w:p>
    <w:p>
      <w:r>
        <w:br/>
        <w:t>Входить Оверко з дитиною на руках.</w:t>
      </w:r>
    </w:p>
    <w:p>
      <w:r>
        <w:br/>
        <w:t>О в е р к о. Добірному товариству моє шануваннячко. Здорові були, орли!..</w:t>
      </w:r>
    </w:p>
    <w:p>
      <w:r>
        <w:br/>
        <w:t>А р и с т а р х. Здоров, здоров, модистко!</w:t>
      </w:r>
    </w:p>
    <w:p>
      <w:r>
        <w:br/>
        <w:t>О в е р к о. Не говори, діти скоро голі ходитимуть.</w:t>
      </w:r>
    </w:p>
    <w:p>
      <w:r>
        <w:br/>
        <w:t>Т а р а н. Грошей немає, чи що?</w:t>
      </w:r>
    </w:p>
    <w:p>
      <w:r>
        <w:br/>
        <w:t>О в е р к о. Гроші є, та купити ніде.</w:t>
      </w:r>
    </w:p>
    <w:p>
      <w:r>
        <w:br/>
        <w:t>Т а р а н. Ти ж їм плаття шив?</w:t>
      </w:r>
    </w:p>
    <w:p>
      <w:r>
        <w:br/>
        <w:t>О в е р к о. Шив... Та не дошив... Думав спочатку обом дівчатам плаття будуть — кроїв, кроїв, поки і сарафани не виходять. Хотів кофтинки стулити — знову кроїв і... (Махнув рукою).</w:t>
      </w:r>
    </w:p>
    <w:p>
      <w:r>
        <w:br/>
        <w:t>Т а р а н. Що? Не вийшло?</w:t>
      </w:r>
    </w:p>
    <w:p>
      <w:r>
        <w:br/>
        <w:t>Корній хитає головою.</w:t>
      </w:r>
    </w:p>
    <w:p>
      <w:r>
        <w:br/>
        <w:t>О в е р к о. Вийшло клинців штук сто. Віддав меншенькій гратись. Ляльки робить. Вчора їздили кооператори за товаром, всього навезли, навіть капрону, а дитячих платтячок немає.</w:t>
      </w:r>
    </w:p>
    <w:p>
      <w:r>
        <w:br/>
        <w:t>О н и с ь к о. Корнію, ти хоч не засни.</w:t>
      </w:r>
    </w:p>
    <w:p>
      <w:r>
        <w:br/>
        <w:t>К о р н і й. І охота тобі говорить.</w:t>
      </w:r>
    </w:p>
    <w:p>
      <w:r>
        <w:br/>
        <w:t>Входить Одарка.</w:t>
      </w:r>
    </w:p>
    <w:p>
      <w:r>
        <w:br/>
        <w:t>О д а р к а. Чого це позбиралися, наче на вечорниці? Дома роботи немає?</w:t>
      </w:r>
    </w:p>
    <w:p>
      <w:r>
        <w:br/>
        <w:t>Т а р а н. Ти за нас робити не будеш!</w:t>
      </w:r>
    </w:p>
    <w:p>
      <w:r>
        <w:br/>
        <w:t>О д а р к а. Не розписуйся за всіх, бо олівця зломиш!</w:t>
      </w:r>
    </w:p>
    <w:p>
      <w:r>
        <w:br/>
        <w:t>А р и с т а р х. Нас викликали на збори... (Осікся).</w:t>
      </w:r>
    </w:p>
    <w:p>
      <w:r>
        <w:br/>
        <w:t>О д а р к а. Коли викликали, сюди роботу треба було взять!(Іде в контору).</w:t>
      </w:r>
    </w:p>
    <w:p>
      <w:r>
        <w:br/>
        <w:t>О н и с ь к о. А ми взяли, от! (Показує шитво).</w:t>
      </w:r>
    </w:p>
    <w:p>
      <w:r>
        <w:br/>
        <w:t>О в е р к о. Вони нашого брата, чоловіка, ні за що вважають.</w:t>
      </w:r>
    </w:p>
    <w:p>
      <w:r>
        <w:br/>
        <w:t>Т а р а н. Ви тільки не дрейфте, сьогодні їм усе викажем! Терпіти далі не будемо!</w:t>
      </w:r>
    </w:p>
    <w:p>
      <w:r>
        <w:br/>
        <w:t>О в е р к о. А мо', не треба? Тільки горя наживеш.</w:t>
      </w:r>
    </w:p>
    <w:p>
      <w:r>
        <w:br/>
        <w:t>Т а р а н. Більше не наживеш, як маєш!</w:t>
      </w:r>
    </w:p>
    <w:p>
      <w:r>
        <w:br/>
        <w:t>О в е р к о. Чого вони хочуть від нас?</w:t>
      </w:r>
    </w:p>
    <w:p>
      <w:r>
        <w:br/>
        <w:t>К о р н і й. Скоріше починали б! З ніг валюсь, так спати хочеться...</w:t>
      </w:r>
    </w:p>
    <w:p>
      <w:r>
        <w:br/>
        <w:t>Заходять Катерина і Грицько.</w:t>
      </w:r>
    </w:p>
    <w:p>
      <w:r>
        <w:br/>
        <w:t>К а т е р и н а. День добрий усім!</w:t>
      </w:r>
    </w:p>
    <w:p>
      <w:r>
        <w:br/>
        <w:t>О н и с ь к о. Здрастуй, красуне!</w:t>
      </w:r>
    </w:p>
    <w:p>
      <w:r>
        <w:br/>
        <w:t>К о р н і й. Нашого полку прибуло!</w:t>
      </w:r>
    </w:p>
    <w:p>
      <w:r>
        <w:br/>
        <w:t>Г р и ц ь к о. Ще не починали?</w:t>
      </w:r>
    </w:p>
    <w:p>
      <w:r>
        <w:br/>
        <w:t>О н и с ь к о. Начальства немає.</w:t>
      </w:r>
    </w:p>
    <w:p>
      <w:r>
        <w:br/>
        <w:t>Входять Ганна і Уляна.</w:t>
      </w:r>
    </w:p>
    <w:p>
      <w:r>
        <w:br/>
        <w:t>Т а р а н. Скоро там... почнете?</w:t>
      </w:r>
    </w:p>
    <w:p>
      <w:r>
        <w:br/>
        <w:t>У л я н а. Не терпиться? Оббіжи кругом хати разів десять...</w:t>
      </w:r>
    </w:p>
    <w:p>
      <w:r>
        <w:br/>
        <w:t>Уляна і Ганна ідуть в контору.</w:t>
      </w:r>
    </w:p>
    <w:p>
      <w:r>
        <w:br/>
        <w:t>Т а р а н. Ще й зуби скалить.</w:t>
      </w:r>
    </w:p>
    <w:p>
      <w:r>
        <w:br/>
        <w:t>О н и с ь к о (до Аристарха). А твоя, Аристарше, навіть на людей не дивиться...</w:t>
      </w:r>
    </w:p>
    <w:p>
      <w:r>
        <w:br/>
        <w:t>А р и с т а р х. Добре, що хоч мовчить...</w:t>
      </w:r>
    </w:p>
    <w:p>
      <w:r>
        <w:br/>
        <w:t>Т а р а н. Досить! Урвався терпець! Треба, хлопці, переходити в наступ! Так далі не можна!</w:t>
      </w:r>
    </w:p>
    <w:p>
      <w:r>
        <w:br/>
        <w:t>К о р н і й. Тут покричиш, а додому прийдеш, ще й поб'є.</w:t>
      </w:r>
    </w:p>
    <w:p>
      <w:r>
        <w:br/>
        <w:t>А р и с т а р х. Що то з людей зазнайство робить!</w:t>
      </w:r>
    </w:p>
    <w:p>
      <w:r>
        <w:br/>
        <w:t>Входять Ганна, Уляна, Одарка.</w:t>
      </w:r>
    </w:p>
    <w:p>
      <w:r>
        <w:br/>
        <w:t>Г а н н а (тихо до жінок). Будемо Устимівну ждати чи...</w:t>
      </w:r>
    </w:p>
    <w:p>
      <w:r>
        <w:br/>
        <w:t>У л я н а. Вона скоро має бути.</w:t>
      </w:r>
    </w:p>
    <w:p>
      <w:r>
        <w:br/>
        <w:t>Г а н н а. Заходьте до кабінету, там будемо говорити!..</w:t>
      </w:r>
    </w:p>
    <w:p>
      <w:r>
        <w:br/>
        <w:t>К о р н і й. Там жарко, краще надворі — літо ж!..</w:t>
      </w:r>
    </w:p>
    <w:p>
      <w:r>
        <w:br/>
        <w:t>А р и с т а р х. Свіжим повітрям дайте подихать!</w:t>
      </w:r>
    </w:p>
    <w:p>
      <w:r>
        <w:br/>
        <w:t>Т а р а н. Починайте, коли зібрали! Ніколи нам...</w:t>
      </w:r>
    </w:p>
    <w:p>
      <w:r>
        <w:br/>
        <w:t>Входить Олена Устимівна.</w:t>
      </w:r>
    </w:p>
    <w:p>
      <w:r>
        <w:br/>
        <w:t>У с т и м і в н а. Що за гамір?!</w:t>
      </w:r>
    </w:p>
    <w:p>
      <w:r>
        <w:br/>
        <w:t>О д а р к а. Не хочуть до кабінету йти!</w:t>
      </w:r>
    </w:p>
    <w:p>
      <w:r>
        <w:br/>
        <w:t>У с т и м і в н а. Не хочуть?.. (Глянула на чоловіків). Гаразд! Проведемо тут. Приготуйте все, що годиться, це ж збори, розуміти треба!</w:t>
      </w:r>
    </w:p>
    <w:p>
      <w:r>
        <w:br/>
        <w:t>Г а н н а. Все в польному ажурі.</w:t>
      </w:r>
    </w:p>
    <w:p>
      <w:r>
        <w:br/>
        <w:t>Чоловіки виносять стіл, стільці. Жінки сідають за столом.</w:t>
      </w:r>
    </w:p>
    <w:p>
      <w:r>
        <w:br/>
        <w:t>У с т и м і в н а. Ми... керівництво... викликали... вас... представників провідних ділянок... нашого складного колгоспного виробництва... щоб вказати вам...</w:t>
      </w:r>
    </w:p>
    <w:p>
      <w:r>
        <w:br/>
        <w:t>Т а р а н. Завела патефона.</w:t>
      </w:r>
    </w:p>
    <w:p>
      <w:r>
        <w:br/>
        <w:t>У с т и м і в н а. Хто там заважає? Коли вас запитають, тоді будете говорити! На чому я зупинилась?</w:t>
      </w:r>
    </w:p>
    <w:p>
      <w:r>
        <w:br/>
        <w:t>Г а н н а. "Щоб вказати вам..."</w:t>
      </w:r>
    </w:p>
    <w:p>
      <w:r>
        <w:br/>
        <w:t>У с т и м і в н а. М-гу-у!.. Щоб вказати вам і круто звернути вашу увагу на всі неподобства, які ви починаєте допускати!</w:t>
      </w:r>
    </w:p>
    <w:p>
      <w:r>
        <w:br/>
        <w:t>О н и с ь к о. Вказуйте, послухаємо!</w:t>
      </w:r>
    </w:p>
    <w:p>
      <w:r>
        <w:br/>
        <w:t>У с т и м і в н а зупинила погляд на Ониськові, довго дивиться на нього, потім на Уляну, потім обидві на Ониська. Пауза.</w:t>
      </w:r>
    </w:p>
    <w:p>
      <w:r>
        <w:br/>
        <w:t>У с т и м і в н а. Керівництву стало відомо, що не всі чоловіки сумлінно ставляться до доручених їм ділянок нашого складного...</w:t>
      </w:r>
    </w:p>
    <w:p>
      <w:r>
        <w:br/>
        <w:t>Г а н н а (підказує). Колгоспного виробництва!</w:t>
      </w:r>
    </w:p>
    <w:p>
      <w:r>
        <w:br/>
        <w:t>У с т и м і в н а. Взяти, наприклад, Оверка...</w:t>
      </w:r>
    </w:p>
    <w:p>
      <w:r>
        <w:br/>
        <w:t>О в е р к о. Що я вам, у борщ наплював, що на кожних зборах... молотите?</w:t>
      </w:r>
    </w:p>
    <w:p>
      <w:r>
        <w:br/>
        <w:t>У л я н а. На роботу виходь! Ніхто тобі й слова не скаже.</w:t>
      </w:r>
    </w:p>
    <w:p>
      <w:r>
        <w:br/>
        <w:t>Г а н н а. Оштрафувати його карбованців на...</w:t>
      </w:r>
    </w:p>
    <w:p>
      <w:r>
        <w:br/>
        <w:t>У с т и м і в н а. Оштрафуємо!..</w:t>
      </w:r>
    </w:p>
    <w:p>
      <w:r>
        <w:br/>
        <w:t>О в е р к о (до дитини). Цить, цить, Кирюшо, то тьотя бека. А твій чоловік, Устимівно, багато трудоднів заробив? От і зараз його немає...</w:t>
      </w:r>
    </w:p>
    <w:p>
      <w:r>
        <w:br/>
        <w:t>У с т и м і в н а. Давайте говорити без натяків!</w:t>
      </w:r>
    </w:p>
    <w:p>
      <w:r>
        <w:br/>
        <w:t>О д а р к а. Придержи язика, Оверку!</w:t>
      </w:r>
    </w:p>
    <w:p>
      <w:r>
        <w:br/>
        <w:t>О в е р к о. Слова не дають сказати!</w:t>
      </w:r>
    </w:p>
    <w:p>
      <w:r>
        <w:br/>
        <w:t>В с і. Дайте слова!</w:t>
      </w:r>
    </w:p>
    <w:p>
      <w:r>
        <w:br/>
        <w:t>У с т и м і в н а. Говори!</w:t>
      </w:r>
    </w:p>
    <w:p>
      <w:r>
        <w:br/>
        <w:t>О в е р к о. Я не ходив на роботу три дні — це так! Але сказать, що прогуляв, — брехня! Велика брехня! Діти в мене, двійко, третій Кирюша, обірвалися. Хотів я їм платтячка пошити. Кроїв, кроїв — вісім метрів ситцю порізав, а от не вийшло! Немає до цього діла хисту.</w:t>
      </w:r>
    </w:p>
    <w:p>
      <w:r>
        <w:br/>
        <w:t>У с т и м і в н а. Ближче до діла!</w:t>
      </w:r>
    </w:p>
    <w:p>
      <w:r>
        <w:br/>
        <w:t>В с і ч о ло в і к и . Не перебивайте!</w:t>
      </w:r>
    </w:p>
    <w:p>
      <w:r>
        <w:br/>
        <w:t>О в е р к о. Коли б ви, члени правління, потурбувалися, щоб у колгоспі була швейна майстерня, то мені б не довелося самому шити...</w:t>
      </w:r>
    </w:p>
    <w:p>
      <w:r>
        <w:br/>
        <w:t>Г а н н а. Може, тобі цілого комбінату захочеться?..</w:t>
      </w:r>
    </w:p>
    <w:p>
      <w:r>
        <w:br/>
        <w:t>У л я н а. Відкрий майстерню, забажаєте ще й пекарню...</w:t>
      </w:r>
    </w:p>
    <w:p>
      <w:r>
        <w:br/>
        <w:t>Т а р а н. Бо таки й треба. Поворуши мозком, бухгалтере, кинь на свою рахівницю. Хазяїн щотижня пече хліб, значить, він або запізниться на роботу, або й зовсім не вийде. В колгоспі п'ятсот дворів. Ось тобі п'ятсот чоловік не вийшло на роботу. А в пекарні працювало б три-чотири! Факт! У сусідів давно так заведено!..</w:t>
      </w:r>
    </w:p>
    <w:p>
      <w:r>
        <w:br/>
        <w:t>Всі чоловіки підтримують.</w:t>
      </w:r>
    </w:p>
    <w:p>
      <w:r>
        <w:br/>
        <w:t>У с т и м і в н а. Відхиляєтесь від теми сьогоднішніх зборів, товариші!</w:t>
      </w:r>
    </w:p>
    <w:p>
      <w:r>
        <w:br/>
        <w:t>О н и с ь к о. Прихиляємось, а не відхиляємось!</w:t>
      </w:r>
    </w:p>
    <w:p>
      <w:r>
        <w:br/>
        <w:t>К о р н і й (піднімає ціпок). Слова!</w:t>
      </w:r>
    </w:p>
    <w:p>
      <w:r>
        <w:br/>
        <w:t>У с т и м і в н а. Говори!</w:t>
      </w:r>
    </w:p>
    <w:p>
      <w:r>
        <w:br/>
        <w:t>К о р н і й. Тут про діло кажуть. Не вважаєте ви нас, чоловіків, за повноправних людей.</w:t>
      </w:r>
    </w:p>
    <w:p>
      <w:r>
        <w:br/>
        <w:t>Г а н н а. Про бур'янець розкажи, що процвітає на твоїй ділянці!..</w:t>
      </w:r>
    </w:p>
    <w:p>
      <w:r>
        <w:br/>
        <w:t>К о р н і й. Менше в конторі сиди, бухгалтерія! На поле частіше приходь для профілактики, то побачиш, що (раптом гаркнув)... то не бур'ян, а кукурудза!..</w:t>
      </w:r>
    </w:p>
    <w:p>
      <w:r>
        <w:br/>
        <w:t>Т а р а н. Правильно! Рубай, Корнію, далі!</w:t>
      </w:r>
    </w:p>
    <w:p>
      <w:r>
        <w:br/>
        <w:t>У с т и м і в н а. Більше самокритики!</w:t>
      </w:r>
    </w:p>
    <w:p>
      <w:r>
        <w:br/>
        <w:t>К о р н і й. А я тобі хочу цієї самокритики позичити. Сидиш — не підступи, не підійди, а на полі один трактор бігає, а з того трактора, як з цапа, — ні молока, ні шерсті. Он у зарічанців — шістсот гектарів просапних, як і в нас. Але там усе тракторами обробляють. А ви хочете, щоб оці руки все робили? Я вже розігнутись не можу...</w:t>
      </w:r>
    </w:p>
    <w:p>
      <w:r>
        <w:br/>
        <w:t>У с т и м і в н а. Попереджаю, висловлюватись конкретніше!</w:t>
      </w:r>
    </w:p>
    <w:p>
      <w:r>
        <w:br/>
        <w:t>О н и с ь к о. Дай чоловікові слово сказати!</w:t>
      </w:r>
    </w:p>
    <w:p>
      <w:r>
        <w:br/>
        <w:t>О в е р к о. Не затикайте рота!</w:t>
      </w:r>
    </w:p>
    <w:p>
      <w:r>
        <w:br/>
        <w:t>К о р н і й. Скажи, Устимівно, для чого тобі купили "Волгу"?</w:t>
      </w:r>
    </w:p>
    <w:p>
      <w:r>
        <w:br/>
        <w:t>У с т и м і в н а. Для оперативного керівництва.</w:t>
      </w:r>
    </w:p>
    <w:p>
      <w:r>
        <w:br/>
        <w:t>К о р н і й. І допомагає?</w:t>
      </w:r>
    </w:p>
    <w:p>
      <w:r>
        <w:br/>
        <w:t>У с т и м і в н а. Аякже!</w:t>
      </w:r>
    </w:p>
    <w:p>
      <w:r>
        <w:br/>
        <w:t>К о р н і й. То й мені хай техніка допомагає!</w:t>
      </w:r>
    </w:p>
    <w:p>
      <w:r>
        <w:br/>
        <w:t>В с і. Правильно!</w:t>
      </w:r>
    </w:p>
    <w:p>
      <w:r>
        <w:br/>
        <w:t>У с т и м і в н а. Відхиляємось від теми.</w:t>
      </w:r>
    </w:p>
    <w:p>
      <w:r>
        <w:br/>
        <w:t>О н и с ь к о. Зараз прихилимось. Взяти хоч би й ферми. Підвісну дорогу скільки вже будуємо? Електродоїлки поржавіли! Валяються на складі, скоро в утиль пора буде здавати! Дайте мені техніку!..</w:t>
      </w:r>
    </w:p>
    <w:p>
      <w:r>
        <w:br/>
        <w:t>У с т и м і в н а. Самокритики не чую! Більше самокритики!</w:t>
      </w:r>
    </w:p>
    <w:p>
      <w:r>
        <w:br/>
        <w:t>Т а р а н. Цокотала сорока пугачеві: і про те, і про се, і про Якова, і про всякого, а він їй у відповідь — "пугу"!</w:t>
      </w:r>
    </w:p>
    <w:p>
      <w:r>
        <w:br/>
        <w:t>О д а р к а. Я тебе так пугукну дома, дверей не знайдеш!</w:t>
      </w:r>
    </w:p>
    <w:p>
      <w:r>
        <w:br/>
        <w:t>Т а р а н. Мені вже все одно!</w:t>
      </w:r>
    </w:p>
    <w:p>
      <w:r>
        <w:br/>
        <w:t>Г р и ц ь к о. Діло чоловіки говорять. Живемо, як нелюди. Взяти, приміром, свиноферму: камінь, цемент, свині наче в карцері сидять... Чого б не зробить, як у Максима Орла?</w:t>
      </w:r>
    </w:p>
    <w:p>
      <w:r>
        <w:br/>
        <w:t>У л я н а. Бо він орел, а ми синиці. Скільки м'яса здаємо державі?</w:t>
      </w:r>
    </w:p>
    <w:p>
      <w:r>
        <w:br/>
        <w:t>Г р и ц ь к о. Можна й більше здавать. Я підрахував: коли б дядько Аристарх запровадив відгодівлю свиней за новим методом, то вже в цьому році здали б м'яса в півтора разу більше.</w:t>
      </w:r>
    </w:p>
    <w:p>
      <w:r>
        <w:br/>
        <w:t>К а т е р и н а. Правильно Гриць каже! Я теж рахувала!</w:t>
      </w:r>
    </w:p>
    <w:p>
      <w:r>
        <w:br/>
        <w:t>О д а р к а. Не підпрягайся, Катерино, бо...</w:t>
      </w:r>
    </w:p>
    <w:p>
      <w:r>
        <w:br/>
        <w:t>К а т е р и н а. Бо що?</w:t>
      </w:r>
    </w:p>
    <w:p>
      <w:r>
        <w:br/>
        <w:t>О д а р к а. Сама підеш на ферму!</w:t>
      </w:r>
    </w:p>
    <w:p>
      <w:r>
        <w:br/>
        <w:t>К а т е р и н а. А я цього і домагаюсь. Набридло мені в конторі мух рахувати.</w:t>
      </w:r>
    </w:p>
    <w:p>
      <w:r>
        <w:br/>
        <w:t>Г а н н а. Тихше!.. (Встала). Скажіть, чоловіченьки добрі, де були оці ваші пропозиції, коли ви керували колгоспом? Під сукном? Так нічого галасувать! Працювати треба! І так працювати, щоб замінити оту техніку, якої ви не запровадили!.. Ясно?</w:t>
      </w:r>
    </w:p>
    <w:p>
      <w:r>
        <w:br/>
        <w:t>О д а р к а. І щоб мені ні пари з уст! А будете ледарювати, я вам покажу техніку! І розкажу, як її треба використовувать! Запитань більше немає?!</w:t>
      </w:r>
    </w:p>
    <w:p>
      <w:r>
        <w:br/>
        <w:t>А р и с т а р х. Єсть! А що, коли одного прекрасного дня держава скаже нам: "І молоко, і м'ясце своє їжте самі, а нам воно не підходить, дороге! Купимо там, де воно дешевше!" Якої ви тоді заспіваєте? Чим трудодень оплатите?</w:t>
      </w:r>
    </w:p>
    <w:p>
      <w:r>
        <w:br/>
        <w:t>О н и с ь к о. Ганна свої гроші малюватиме.</w:t>
      </w:r>
    </w:p>
    <w:p>
      <w:r>
        <w:br/>
        <w:t>Т а р а н. З бляхи зробить.</w:t>
      </w:r>
    </w:p>
    <w:p>
      <w:r>
        <w:br/>
        <w:t>К о р н і й. Картопляники на трудодень роздавати будете?</w:t>
      </w:r>
    </w:p>
    <w:p>
      <w:r>
        <w:br/>
        <w:t>А р и с т а р х. З такими господарями до ручки дійдемо!</w:t>
      </w:r>
    </w:p>
    <w:p>
      <w:r>
        <w:br/>
        <w:t>Г а н н а. Мовчав би вже! Штани он підв'язати не вмієш, а туди ж! Господар знайшовся! Геть додому!</w:t>
      </w:r>
    </w:p>
    <w:p>
      <w:r>
        <w:br/>
        <w:t>У с т и м і в н а. Відхиляєтесь від теми...</w:t>
      </w:r>
    </w:p>
    <w:p>
      <w:r>
        <w:br/>
        <w:t>К о р н і й. Що, не подобається критика?</w:t>
      </w:r>
    </w:p>
    <w:p>
      <w:r>
        <w:br/>
        <w:t>О н и с ь к о. Не можете дати відповідь, так ображаєте?</w:t>
      </w:r>
    </w:p>
    <w:p>
      <w:r>
        <w:br/>
        <w:t>У с т и м і в н а. Тихо! "Постанова правління: за порушення трудової дисципліни...</w:t>
      </w:r>
    </w:p>
    <w:p>
      <w:r>
        <w:br/>
        <w:t>Г а н н а, ...оштрафувати...</w:t>
      </w:r>
    </w:p>
    <w:p>
      <w:r>
        <w:br/>
        <w:t>У с т и м і в н а. ...товаришів: Таран та Аристарха...</w:t>
      </w:r>
    </w:p>
    <w:p>
      <w:r>
        <w:br/>
        <w:t>Г а н н а, ...на три трудодні.</w:t>
      </w:r>
    </w:p>
    <w:p>
      <w:r>
        <w:br/>
        <w:t>У с т и м і в н а. Корнієві — додатково закріпити...</w:t>
      </w:r>
    </w:p>
    <w:p>
      <w:r>
        <w:br/>
        <w:t>Г а н н а, ...півгектара буряків.</w:t>
      </w:r>
    </w:p>
    <w:p>
      <w:r>
        <w:br/>
        <w:t>У с т и м і в н а. Оверка за неподобну балаканину послати на виробку цегли...</w:t>
      </w:r>
    </w:p>
    <w:p>
      <w:r>
        <w:br/>
        <w:t>Г а н н а, ...на строк до повного комунізму.</w:t>
      </w:r>
    </w:p>
    <w:p>
      <w:r>
        <w:br/>
        <w:t>У с т и м і в н а. Катерину Чипчину — зняти з посади обліковця і послати на свиноферму".</w:t>
      </w:r>
    </w:p>
    <w:p>
      <w:r>
        <w:br/>
        <w:t>Г а н н а. Це ще не все!</w:t>
      </w:r>
    </w:p>
    <w:p>
      <w:r>
        <w:br/>
        <w:t>У с т и м і в н а (поглянула на жінок, читає далі). "Ониська — за підтримку відсталих елементів...</w:t>
      </w:r>
    </w:p>
    <w:p>
      <w:r>
        <w:br/>
        <w:t>Г а н н а, ...позбавити премії...</w:t>
      </w:r>
    </w:p>
    <w:p>
      <w:r>
        <w:br/>
        <w:t>У с т и м і в н а. ...і закріпити за ним групу безнадійних корів". Все.</w:t>
      </w:r>
    </w:p>
    <w:p>
      <w:r>
        <w:br/>
        <w:t>Г а н н а. Збори закриті!</w:t>
      </w:r>
    </w:p>
    <w:p>
      <w:r>
        <w:br/>
        <w:t>В повній тиші жінки гордовито виходять. По довгій паузі схоплюється</w:t>
      </w:r>
    </w:p>
    <w:p>
      <w:r>
        <w:br/>
        <w:t>Таран, б'є кулаком об стіл.</w:t>
      </w:r>
    </w:p>
    <w:p>
      <w:r>
        <w:br/>
        <w:t>Т а р а н. Не бійтесь, хлопці! Ми їх навчимо, як з нас знущатися! До райкому дійдемо! Скаргу напишемо! Там нас зрозуміють! Годі терпіти! Ми — теж люди! Ми — теж лю-ди-и!..</w:t>
      </w:r>
    </w:p>
    <w:p>
      <w:r>
        <w:br/>
        <w:t>Затемнення</w:t>
      </w:r>
    </w:p>
    <w:p>
      <w:r>
        <w:br/>
        <w:t>КАРТИНА СЬОМА</w:t>
      </w:r>
    </w:p>
    <w:p>
      <w:r>
        <w:br/>
        <w:t>Пізній ранок. Тара нове подвір'я. Таран спить у гамаку, прив'язаному</w:t>
      </w:r>
    </w:p>
    <w:p>
      <w:r>
        <w:br/>
        <w:t>між двома деревами. Спросоння розмахує руками, викрикує. Біля</w:t>
      </w:r>
    </w:p>
    <w:p>
      <w:r>
        <w:br/>
        <w:t>нього стоїть Онисько, одягнений, як і в першій картині.</w:t>
      </w:r>
    </w:p>
    <w:p>
      <w:r>
        <w:br/>
        <w:t>Т а р а н. Годі терпіти! Ми — теж люди!</w:t>
      </w:r>
    </w:p>
    <w:p>
      <w:r>
        <w:br/>
        <w:t>О н и с ь к о. Що ти верзеш? Прокинься.</w:t>
      </w:r>
    </w:p>
    <w:p>
      <w:r>
        <w:br/>
        <w:t>Т а р а н (схоплюється, очманіло дивиться на Ониська). Що?.. Де?.. Га?..</w:t>
      </w:r>
    </w:p>
    <w:p>
      <w:r>
        <w:br/>
        <w:t>О н и с ь к о. Вставай! Доки ж спати, вже десята година!</w:t>
      </w:r>
    </w:p>
    <w:p>
      <w:r>
        <w:br/>
        <w:t>Т а р а н (перелякано). Десята? Боже мій! Це ж я й корову ще не подоїв! Снідать не зварив! Город не прополов! Ох і влетить же мені від Одарки!</w:t>
      </w:r>
    </w:p>
    <w:p>
      <w:r>
        <w:br/>
        <w:t>О н и с ь к о. Опам'ятайся, що ти верзеш?</w:t>
      </w:r>
    </w:p>
    <w:p>
      <w:r>
        <w:br/>
        <w:t>Т а р а н. І тісто, мабуть, перекисло... Ще вчора вчинив.</w:t>
      </w:r>
    </w:p>
    <w:p>
      <w:r>
        <w:br/>
        <w:t>О н и с ь к о (бере рушник, мочить його у воду). Біла гарячка, брат, діло погане! Значить, перебрав! (Виймає пляшку). Нічого, пройде. На, похмелись...</w:t>
      </w:r>
    </w:p>
    <w:p>
      <w:r>
        <w:br/>
        <w:t>Т а р а н (несамовито). Не показуй мені пляшки, бо...</w:t>
      </w:r>
    </w:p>
    <w:p>
      <w:r>
        <w:br/>
        <w:t>О н и с ь к о. Е, брат, так розпускать нерви не можна!</w:t>
      </w:r>
    </w:p>
    <w:p>
      <w:r>
        <w:br/>
        <w:t>Т а р а н. Ти вже корови подоїв?</w:t>
      </w:r>
    </w:p>
    <w:p>
      <w:r>
        <w:br/>
        <w:t>О н и с ь к о. Які корови? Ти що, сказився? Наче Аристарх іде. Аристарше! Зайди-но сюди!..</w:t>
      </w:r>
    </w:p>
    <w:p>
      <w:r>
        <w:br/>
        <w:t>Т а р а н. Чого це він вештається? Хіба свиноферму закрили?</w:t>
      </w:r>
    </w:p>
    <w:p>
      <w:r>
        <w:br/>
        <w:t>О н и с ь к о. Наче ж небагато і випили... Бували дози й страшніші...</w:t>
      </w:r>
    </w:p>
    <w:p>
      <w:r>
        <w:br/>
        <w:t>Входить Аристарх, одягнений, як і в першій картині.</w:t>
      </w:r>
    </w:p>
    <w:p>
      <w:r>
        <w:br/>
        <w:t>А р и с т а р х. Здрастуйте...</w:t>
      </w:r>
    </w:p>
    <w:p>
      <w:r>
        <w:br/>
        <w:t>О н и с ь к о (шепоче. Аристархові, киваючи на Тарана). Ти обережніше з ним говори. У нього щось... (Жест).</w:t>
      </w:r>
    </w:p>
    <w:p>
      <w:r>
        <w:br/>
        <w:t>А р и с т а р х (як до дитини). Здоров був. Таране-друже!</w:t>
      </w:r>
    </w:p>
    <w:p>
      <w:r>
        <w:br/>
        <w:t>Т а р а н. Як там твої поросята поживають?</w:t>
      </w:r>
    </w:p>
    <w:p>
      <w:r>
        <w:br/>
        <w:t>А р и с т а р х. Ти маєш на увазі обліковців?</w:t>
      </w:r>
    </w:p>
    <w:p>
      <w:r>
        <w:br/>
        <w:t>Т а р а н (кричить). Поросят!</w:t>
      </w:r>
    </w:p>
    <w:p>
      <w:r>
        <w:br/>
        <w:t>А р и с т а р х (до Ониська). Справді... Що ж робити?.. (До Тарана). Я бухгалтер. Бухгалтер я...</w:t>
      </w:r>
    </w:p>
    <w:p>
      <w:r>
        <w:br/>
        <w:t>Т а р а н. Бухгалтер... (До Ониська). А ти?</w:t>
      </w:r>
    </w:p>
    <w:p>
      <w:r>
        <w:br/>
        <w:t>О н и с ь к о. Бригадир.</w:t>
      </w:r>
    </w:p>
    <w:p>
      <w:r>
        <w:br/>
        <w:t>Т а р а н. А я хто?</w:t>
      </w:r>
    </w:p>
    <w:p>
      <w:r>
        <w:br/>
        <w:t>А р и с т а р х. Завідуючий механізацією колгоспу...</w:t>
      </w:r>
    </w:p>
    <w:p>
      <w:r>
        <w:br/>
        <w:t>Т а р а н. Чекайте, чекайте, ви щось плутаєте! Ми, значить, чоловіками і залишились?</w:t>
      </w:r>
    </w:p>
    <w:p>
      <w:r>
        <w:br/>
        <w:t>О н и с ь к о. Звичайно! А ким же нам бути?</w:t>
      </w:r>
    </w:p>
    <w:p>
      <w:r>
        <w:br/>
        <w:t>Т а р а н. А жінки є жінки?</w:t>
      </w:r>
    </w:p>
    <w:p>
      <w:r>
        <w:br/>
        <w:t>А р и с т а р х. Само собою...</w:t>
      </w:r>
    </w:p>
    <w:p>
      <w:r>
        <w:br/>
        <w:t>Т а р а н (до Ониська). А ти мені що наговорив? Га?!</w:t>
      </w:r>
    </w:p>
    <w:p>
      <w:r>
        <w:br/>
        <w:t>О н и с ь к о. Та я тебе з учорашнього вечора і не бачив.</w:t>
      </w:r>
    </w:p>
    <w:p>
      <w:r>
        <w:br/>
        <w:t>Т а р а н. Поклянись!</w:t>
      </w:r>
    </w:p>
    <w:p>
      <w:r>
        <w:br/>
        <w:t>О н и с ь к о. Клянусь!</w:t>
      </w:r>
    </w:p>
    <w:p>
      <w:r>
        <w:br/>
        <w:t>Т а р а н. Скажіть мені, браття, по правді, хто я?..</w:t>
      </w:r>
    </w:p>
    <w:p>
      <w:r>
        <w:br/>
        <w:t>О н и с ь к о (здалека, ласкаво). Завмеханізацією.</w:t>
      </w:r>
    </w:p>
    <w:p>
      <w:r>
        <w:br/>
        <w:t>Т а р а н (сіпає себе за вуса). І вуса на місці... Значить, це був тільки страшний сон! Якби ви знали, що мені приверзлось...</w:t>
      </w:r>
    </w:p>
    <w:p>
      <w:r>
        <w:br/>
        <w:t>О н и с ь к о. Вибачай, друже, я вже думав, що ти перебрав безповоротно. Треба на всяк випадок перейти на казьонку. Може, й справді Хвилька на тютюні настоює.</w:t>
      </w:r>
    </w:p>
    <w:p>
      <w:r>
        <w:br/>
        <w:t>Т а р а н. А хіба Хвилька ще в селі? Оверко ж відпровадив і до районної міліції...</w:t>
      </w:r>
    </w:p>
    <w:p>
      <w:r>
        <w:br/>
        <w:t>О н и с ь к о. Нікуди він її не провадив. І зараз до неї зайшов... поснідати...</w:t>
      </w:r>
    </w:p>
    <w:p>
      <w:r>
        <w:br/>
        <w:t>А р и с т а р х. А якби у нас жінки були як жінки та вигнали б по відерцю кожна, вистачило б на тиждень, а то ледачі...</w:t>
      </w:r>
    </w:p>
    <w:p>
      <w:r>
        <w:br/>
        <w:t>Т а р а н. Не смій при мені так говорити про жінок! На них молитись треба, як на святиню. Я ось візьмусь за ваше виховання, зачекайте!..</w:t>
      </w:r>
    </w:p>
    <w:p>
      <w:r>
        <w:br/>
        <w:t>О н и с ь к о. Все-таки у нього якийсь дефект трапився... (Обірежно). А як же з фараонами бути?</w:t>
      </w:r>
    </w:p>
    <w:p>
      <w:r>
        <w:br/>
        <w:t>Т а р а н (встав). Які фараони?.. Ти... уламок минулого!.. Ти в якому віці живеш? В двадцятому? То не тич мені під ніс фараонів, бо... (Наступає на Ониська, той тікає). Зрозуміло!</w:t>
      </w:r>
    </w:p>
    <w:p>
      <w:r>
        <w:br/>
        <w:t>З хати виходить Одарка.</w:t>
      </w:r>
    </w:p>
    <w:p>
      <w:r>
        <w:br/>
        <w:t>Одирочка!…</w:t>
      </w:r>
    </w:p>
    <w:p>
      <w:r>
        <w:br/>
        <w:t>О д а р к а. Не сердься, вже сніданок готовий. Ось тільки сирівцю з погреба дістану.</w:t>
      </w:r>
    </w:p>
    <w:p>
      <w:r>
        <w:br/>
        <w:t>Т а р а н. Сердитись? На тебе? Нізащо в світі!</w:t>
      </w:r>
    </w:p>
    <w:p>
      <w:r>
        <w:br/>
        <w:t>О д а р к а. Ти вчора наказував півня зарізати, а я не послухала, а завтра заріжу.</w:t>
      </w:r>
    </w:p>
    <w:p>
      <w:r>
        <w:br/>
        <w:t>Т а р а н. Навіщо різать, хай собі співає.</w:t>
      </w:r>
    </w:p>
    <w:p>
      <w:r>
        <w:br/>
        <w:t>О н и с ь к о. Пропав чоловік.</w:t>
      </w:r>
    </w:p>
    <w:p>
      <w:r>
        <w:br/>
        <w:t>А р и с т а р х. Був — і немає.</w:t>
      </w:r>
    </w:p>
    <w:p>
      <w:r>
        <w:br/>
        <w:t>Т а р a н. Рідна моя, кохана! (Цілує Одарку).</w:t>
      </w:r>
    </w:p>
    <w:p>
      <w:r>
        <w:br/>
        <w:t>О д а р к а. Що з тобою сталося! Стільки років не цілував, а тут надумався. Соромся! Он люди дивляться.</w:t>
      </w:r>
    </w:p>
    <w:p>
      <w:r>
        <w:br/>
        <w:t>Т а р а н. Хай дивляться! Хай знають, як жінку свою любити та шанувати треба.</w:t>
      </w:r>
    </w:p>
    <w:p>
      <w:r>
        <w:br/>
        <w:t>Завіса</w:t>
      </w:r>
    </w:p>
    <w:p>
      <w:r>
        <w:br/>
        <w:t>1959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Фараони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