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Фантазери</w:t>
      </w:r>
    </w:p>
    <w:p>
      <w:r>
        <w:br/>
        <w:t xml:space="preserve"> &lt;p&gt;Михайлик і Стасик сиділи в саду на лавочці й розмовляли. Тільки вони розмовляли не просто, як інші хлопці, а розповідали один одному різні небилиці, немов пішли в заклад, хто кого перебреше.</w:t>
      </w:r>
    </w:p>
    <w:p>
      <w:r>
        <w:br/>
        <w:t>— Скільки тобі років? — питає Мишко.</w:t>
      </w:r>
    </w:p>
    <w:p>
      <w:r>
        <w:br/>
        <w:t>— Дев'яносто п'ять. А тобі?</w:t>
      </w:r>
    </w:p>
    <w:p>
      <w:r>
        <w:br/>
        <w:t>— А мені сто сорок. Знаєш, — каже Мишко, — раніше я був великий, великий, як дядько Борис, а потім зробився маленький.</w:t>
      </w:r>
    </w:p>
    <w:p>
      <w:r>
        <w:br/>
        <w:t>— А я, — каже Стасик, — спочатку був маленький, а потім виріс великий, а тоді знову став маленький, а тепер знову скоро буду великий.</w:t>
      </w:r>
    </w:p>
    <w:p>
      <w:r>
        <w:br/>
        <w:t>— А я, коли був великий, всю річку міг переплисти, — каже Мишко.</w:t>
      </w:r>
    </w:p>
    <w:p>
      <w:r>
        <w:br/>
        <w:t>— У! А я море міг переплисти!</w:t>
      </w:r>
    </w:p>
    <w:p>
      <w:r>
        <w:br/>
        <w:t>— Подумаєш — море! Я океан перепливав!</w:t>
      </w:r>
    </w:p>
    <w:p>
      <w:r>
        <w:br/>
        <w:t>— А я колись літати вмів!</w:t>
      </w:r>
    </w:p>
    <w:p>
      <w:r>
        <w:br/>
        <w:t>— Ану, полети!</w:t>
      </w:r>
    </w:p>
    <w:p>
      <w:r>
        <w:br/>
        <w:t>— Зараз не можу: розучився.</w:t>
      </w:r>
    </w:p>
    <w:p>
      <w:r>
        <w:br/>
        <w:t>— А я одного разу купався в морі, — каже Мишко, — і на мене напала акула. Я її торох кулаком, а вона мене хап за голову — і відкусила.</w:t>
      </w:r>
    </w:p>
    <w:p>
      <w:r>
        <w:br/>
        <w:t>— Брешеш!</w:t>
      </w:r>
    </w:p>
    <w:p>
      <w:r>
        <w:br/>
        <w:t>— Ні, правда!</w:t>
      </w:r>
    </w:p>
    <w:p>
      <w:r>
        <w:br/>
        <w:t>— Чому ж ти не вмер?</w:t>
      </w:r>
    </w:p>
    <w:p>
      <w:r>
        <w:br/>
        <w:t>— А навіщо мені вмирати? Я виплив на берег і пішов додому.</w:t>
      </w:r>
    </w:p>
    <w:p>
      <w:r>
        <w:br/>
        <w:t>— Без голови?</w:t>
      </w:r>
    </w:p>
    <w:p>
      <w:r>
        <w:br/>
        <w:t>— Атож, без голови. Навіщо мені голова?</w:t>
      </w:r>
    </w:p>
    <w:p>
      <w:r>
        <w:br/>
        <w:t>— Як же ти йшов без голови?</w:t>
      </w:r>
    </w:p>
    <w:p>
      <w:r>
        <w:br/>
        <w:t>— Так і йшов. Неначе без голови ходити не можна!</w:t>
      </w:r>
    </w:p>
    <w:p>
      <w:r>
        <w:br/>
        <w:t>— Чому ж ти тепер з головою?</w:t>
      </w:r>
    </w:p>
    <w:p>
      <w:r>
        <w:br/>
        <w:t>— Друга виросла.</w:t>
      </w:r>
    </w:p>
    <w:p>
      <w:r>
        <w:br/>
        <w:t>"Ловко придумав!" — позаздрив Стасик. йому хотілося збрехати краще за Мишка.</w:t>
      </w:r>
    </w:p>
    <w:p>
      <w:r>
        <w:br/>
        <w:t>— Ну, це що! — сказав він. — От я одного разу був в Африці, і мене там крокодил з'їв!</w:t>
      </w:r>
    </w:p>
    <w:p>
      <w:r>
        <w:br/>
        <w:t>— Оце-то збрехав! — засміявся Мишко.</w:t>
      </w:r>
    </w:p>
    <w:p>
      <w:r>
        <w:br/>
        <w:t>— Зовсім ні.</w:t>
      </w:r>
    </w:p>
    <w:p>
      <w:r>
        <w:br/>
        <w:t>— Чому ж ти тепер живий?</w:t>
      </w:r>
    </w:p>
    <w:p>
      <w:r>
        <w:br/>
        <w:t>— Та він же мене потім виплюнув.</w:t>
      </w:r>
    </w:p>
    <w:p>
      <w:r>
        <w:br/>
        <w:t>Мишко замислився. Йому кортіло перебрехати Стасика. Він думав, думав, нарешті каже:</w:t>
      </w:r>
    </w:p>
    <w:p>
      <w:r>
        <w:br/>
        <w:t>— Одного разу я йшов вулицею. Навколо трамваї, автомобілі, вантажні…</w:t>
      </w:r>
    </w:p>
    <w:p>
      <w:r>
        <w:br/>
        <w:t>— Знаю, знаю! — загаласував Стасик. — Зараз розкажеш, як тебе трамвай переїхав. Ти вже брехав про це.</w:t>
      </w:r>
    </w:p>
    <w:p>
      <w:r>
        <w:br/>
        <w:t>— Нічого схожого. Я не про це.</w:t>
      </w:r>
    </w:p>
    <w:p>
      <w:r>
        <w:br/>
        <w:t>— Ну, гаразд. Бреши далі.</w:t>
      </w:r>
    </w:p>
    <w:p>
      <w:r>
        <w:br/>
        <w:t>— От я йду, нікого не чіпаю. Раптом назустріч автобус. Я його не помітив, наступив ногою — рраз! — і зробив з нього млинець.</w:t>
      </w:r>
    </w:p>
    <w:p>
      <w:r>
        <w:br/>
        <w:t>— Ха-ха-ха! Оце брехні!</w:t>
      </w:r>
    </w:p>
    <w:p>
      <w:r>
        <w:br/>
        <w:t>— А от і не брехні!</w:t>
      </w:r>
    </w:p>
    <w:p>
      <w:r>
        <w:br/>
        <w:t>— Як же ти міг розчавити автобус?</w:t>
      </w:r>
    </w:p>
    <w:p>
      <w:r>
        <w:br/>
        <w:t>— Та він же зовсім маленький був, іграшковий. Його хлопчик на мотузочці тягнув.</w:t>
      </w:r>
    </w:p>
    <w:p>
      <w:r>
        <w:br/>
        <w:t>— Ну, це не дивно, — сказав Стасик. — А я одного разу на Місяць літав.</w:t>
      </w:r>
    </w:p>
    <w:p>
      <w:r>
        <w:br/>
        <w:t>— Овва, куди гайнув! — засміявся Мишко.</w:t>
      </w:r>
    </w:p>
    <w:p>
      <w:r>
        <w:br/>
        <w:t>— Не віриш? Слово честі!</w:t>
      </w:r>
    </w:p>
    <w:p>
      <w:r>
        <w:br/>
        <w:t>— На чому ж ти літав?</w:t>
      </w:r>
    </w:p>
    <w:p>
      <w:r>
        <w:br/>
        <w:t>— На ракеті. На чому ж іще на Місяць літають? Неначе сам не знаєш!</w:t>
      </w:r>
    </w:p>
    <w:p>
      <w:r>
        <w:br/>
        <w:t>— Що ж ти там на Місяці бачив?</w:t>
      </w:r>
    </w:p>
    <w:p>
      <w:r>
        <w:br/>
        <w:t>— Ну, що… — зам'явся Стасик. — Що я там бачив? Нічого й не бачив.</w:t>
      </w:r>
    </w:p>
    <w:p>
      <w:r>
        <w:br/>
        <w:t>— Ха-ха-ха! — засміявся Мишко. — А каже, на Місяць літав!</w:t>
      </w:r>
    </w:p>
    <w:p>
      <w:r>
        <w:br/>
        <w:t>— Звичайно, літав.</w:t>
      </w:r>
    </w:p>
    <w:p>
      <w:r>
        <w:br/>
        <w:t>— Чому ж нічого не бачив?</w:t>
      </w:r>
    </w:p>
    <w:p>
      <w:r>
        <w:br/>
        <w:t>— А темно було. Я ж уночі літав. Уві сні. Сів на ракету і як полетів у космічний простір. У-у-у! А тоді як полечу назад… Летів, летів, і геп об землю… ну й прокинувся…</w:t>
      </w:r>
    </w:p>
    <w:p>
      <w:r>
        <w:br/>
        <w:t>— А-а, — протягнув Мишко. — Так би відразу й казав. Я ж не знав, що ти — уві сні.</w:t>
      </w:r>
    </w:p>
    <w:p>
      <w:r>
        <w:br/>
        <w:t>Тут прийшов сусідський Ігор і сів поруч на лавочці. Він слухав, слухав Мишка й Стасика, тоді й каже:</w:t>
      </w:r>
    </w:p>
    <w:p>
      <w:r>
        <w:br/>
        <w:t>— Ну й брешуть! І вам не соромно?</w:t>
      </w:r>
    </w:p>
    <w:p>
      <w:r>
        <w:br/>
        <w:t>— А чого соромно? Ми ж нікого не обдурюємо, — сказав Стасик. — Просто вигадуємо, ніби казки розповідаємо.</w:t>
      </w:r>
    </w:p>
    <w:p>
      <w:r>
        <w:br/>
        <w:t>— Казки! — зневажливо чмихнув Ігор. — Знайшли роботу!</w:t>
      </w:r>
    </w:p>
    <w:p>
      <w:r>
        <w:br/>
        <w:t>— А ти думаєш, легко вигадувати?</w:t>
      </w:r>
    </w:p>
    <w:p>
      <w:r>
        <w:br/>
        <w:t>— Простісінько!</w:t>
      </w:r>
    </w:p>
    <w:p>
      <w:r>
        <w:br/>
        <w:t>— Ну, вигадай що-небудь.</w:t>
      </w:r>
    </w:p>
    <w:p>
      <w:r>
        <w:br/>
        <w:t>— Зараз… — сказав Ігор. — Будь ласка.</w:t>
      </w:r>
    </w:p>
    <w:p>
      <w:r>
        <w:br/>
        <w:t>Мишко й Стасик зраділи і наготувалися слухати.</w:t>
      </w:r>
    </w:p>
    <w:p>
      <w:r>
        <w:br/>
        <w:t>— Зараз, — повторив Ігор. — Е-е-е… гм… кхм… е-е-е….</w:t>
      </w:r>
    </w:p>
    <w:p>
      <w:r>
        <w:br/>
        <w:t>— Ну, що ти все "е" та "е"!</w:t>
      </w:r>
    </w:p>
    <w:p>
      <w:r>
        <w:br/>
        <w:t>— Зараз! Дайте подумати.</w:t>
      </w:r>
    </w:p>
    <w:p>
      <w:r>
        <w:br/>
        <w:t>— Ну, думай, думай!</w:t>
      </w:r>
    </w:p>
    <w:p>
      <w:r>
        <w:br/>
        <w:t>— Е-е-е, — знову сказав Ігор і подивився на небо. — Зараз, зараз… е-е-е…</w:t>
      </w:r>
    </w:p>
    <w:p>
      <w:r>
        <w:br/>
        <w:t>— Ну, чого ж ти не вигадуєш? Казав — простісінько!</w:t>
      </w:r>
    </w:p>
    <w:p>
      <w:r>
        <w:br/>
        <w:t>— Зараз… От! Одного разу я дражнив собаку, а він мене хап за ногу і вкусив. Ось навіть шрам лишився.</w:t>
      </w:r>
    </w:p>
    <w:p>
      <w:r>
        <w:br/>
        <w:t>— Ну й що ж ти тут вигадав? — запитав Стасик.</w:t>
      </w:r>
    </w:p>
    <w:p>
      <w:r>
        <w:br/>
        <w:t>— Нічого. Як було, так і розповів.</w:t>
      </w:r>
    </w:p>
    <w:p>
      <w:r>
        <w:br/>
        <w:t>— А казав, — вигадувати майстер!</w:t>
      </w:r>
    </w:p>
    <w:p>
      <w:r>
        <w:br/>
        <w:t>— Я майстер, але не такий, як ви. От ви все брешете, і що вам з того, а я вчора збрехав, мені від цього користь.</w:t>
      </w:r>
    </w:p>
    <w:p>
      <w:r>
        <w:br/>
        <w:t>— Яка користь?</w:t>
      </w:r>
    </w:p>
    <w:p>
      <w:r>
        <w:br/>
        <w:t>— А от. Учора ввечері мама й тато пішли, а ми з Ірою лишились дома. Іра лягла спати, а я заліз до буфета і з'їв півбанки варення. Потім думаю, коли б мені не перепало. Взяв Ірі губи варенням намастив. Мама прийшла: "Хто варення з'їв?" Я кажу: "Іра". Мама подивилась, а в неї всі губи у варенні. Сьогодні вранці їй від мами перепало, а мені мама ще варення дала. От і користь.</w:t>
      </w:r>
    </w:p>
    <w:p>
      <w:r>
        <w:br/>
        <w:t>— Значить, через тебе іншому перепало, а ти й радий! — сказав Мишко.</w:t>
      </w:r>
    </w:p>
    <w:p>
      <w:r>
        <w:br/>
        <w:t>— А тобі що?</w:t>
      </w:r>
    </w:p>
    <w:p>
      <w:r>
        <w:br/>
        <w:t>— Мені нічого. А от ти цей… як це називається… Брехун. От!</w:t>
      </w:r>
    </w:p>
    <w:p>
      <w:r>
        <w:br/>
        <w:t>— Самі ви брехуни!</w:t>
      </w:r>
    </w:p>
    <w:p>
      <w:r>
        <w:br/>
        <w:t>— Іди геть! Не бажаємо з тобою на лавочці сидіти.</w:t>
      </w:r>
    </w:p>
    <w:p>
      <w:r>
        <w:br/>
        <w:t>— Я й сам з вами не сидітиму.</w:t>
      </w:r>
    </w:p>
    <w:p>
      <w:r>
        <w:br/>
        <w:t>Ігор встав і пішов. Мишко й Стасик теж пішли додому. По дорозі їм трапилася палатка з морозивом. Вони зупинилися, стали порпатися в кишенях і лічити, скільки в них грошей. В обох назбиралось тільки на одну порцію морозива.</w:t>
      </w:r>
    </w:p>
    <w:p>
      <w:r>
        <w:br/>
        <w:t>Продавщиця дала їм морозиво на паличці.</w:t>
      </w:r>
    </w:p>
    <w:p>
      <w:r>
        <w:br/>
        <w:t>— Ходімо додому, — каже Мишко, — розріжемо, щоб було однаково.</w:t>
      </w:r>
    </w:p>
    <w:p>
      <w:r>
        <w:br/>
        <w:t>— Ходімо.</w:t>
      </w:r>
    </w:p>
    <w:p>
      <w:r>
        <w:br/>
        <w:t>На сходах вони зустріли Іру. Очі в неї були заплакані.</w:t>
      </w:r>
    </w:p>
    <w:p>
      <w:r>
        <w:br/>
        <w:t>— Ти чого ревла? — питає Мишко.</w:t>
      </w:r>
    </w:p>
    <w:p>
      <w:r>
        <w:br/>
        <w:t>— Мене мама гуляти не пускала.</w:t>
      </w:r>
    </w:p>
    <w:p>
      <w:r>
        <w:br/>
        <w:t>— За що?</w:t>
      </w:r>
    </w:p>
    <w:p>
      <w:r>
        <w:br/>
        <w:t>— За варення. А я його й не їла. Це Ігор на мене наговорив. Напевне, сам з'їв, а на мене сказав.</w:t>
      </w:r>
    </w:p>
    <w:p>
      <w:r>
        <w:br/>
        <w:t>— Звичайно, Ігор з'їв. Він сам нам хвалився. Ти не плач. Ходімо, я тобі свою півпорцію морозива дам, — сказав Мишко.</w:t>
      </w:r>
    </w:p>
    <w:p>
      <w:r>
        <w:br/>
        <w:t>— І я тобі свою порцію віддам, ось тільки покуштую разочок і віддам, — пообіцяв Стасик.</w:t>
      </w:r>
    </w:p>
    <w:p>
      <w:r>
        <w:br/>
        <w:t>— А ви хіба самі не хочете?</w:t>
      </w:r>
    </w:p>
    <w:p>
      <w:r>
        <w:br/>
        <w:t>— Не хочемо. Ми вже по десять порцій з'їли сьогодні, — сказав Стасик.</w:t>
      </w:r>
    </w:p>
    <w:p>
      <w:r>
        <w:br/>
        <w:t>— Краще це морозиво на трьох розділімо, — запропонувала Іра.</w:t>
      </w:r>
    </w:p>
    <w:p>
      <w:r>
        <w:br/>
        <w:t>— Правильно! — сказав Стасик. — А то в тебе заболить горло, якщо ти сама всю порцію з'їси.</w:t>
      </w:r>
    </w:p>
    <w:p>
      <w:r>
        <w:br/>
        <w:t>Пішли вони додому, розділили морозиво на три частини.</w:t>
      </w:r>
    </w:p>
    <w:p>
      <w:r>
        <w:br/>
        <w:t>— Смачна річ! — сказав Мишко. — Я дуже люблю морозиво. Одного разу я з'їв ціле відро морозива.</w:t>
      </w:r>
    </w:p>
    <w:p>
      <w:r>
        <w:br/>
        <w:t>— Ну, ти вигадуєш усе! — засміялась Іра. — Хто тобі повірить, що ти відро морозива з'їв?</w:t>
      </w:r>
    </w:p>
    <w:p>
      <w:r>
        <w:br/>
        <w:t>— Та воно ж зовсім маленьке було, відерце! Таке паперове, не більше від склянки…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Фантазери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