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Естафета життя</w:t>
      </w:r>
    </w:p>
    <w:p>
      <w:r>
        <w:br/>
        <w:t xml:space="preserve"> &lt;p&gt;I.</w:t>
      </w:r>
    </w:p>
    <w:p>
      <w:r>
        <w:br/>
        <w:t>У присмерку великої зали овальний екран прогностичної машини здавався ілюмінатором, крізь який ці двоє спостерігали зоряний світ. Вони сиділи у зручних кріслах, ніби в космічному кораблі, неквапливо розмов-ляючи, як воно годиться батькові з дочкою.</w:t>
      </w:r>
    </w:p>
    <w:p>
      <w:r>
        <w:br/>
        <w:t>— Я вже тобі розповідав, а зараз ти сама все бачиш. — Сивоусий батько кивнув у бік овалу, повного зірок.</w:t>
      </w:r>
    </w:p>
    <w:p>
      <w:r>
        <w:br/>
        <w:t>— Те кулясте скупчення, тату, в мене в голові чи не з дня мого народження. Насувається і насувається… Всі вже давно до цього звикли.</w:t>
      </w:r>
    </w:p>
    <w:p>
      <w:r>
        <w:br/>
        <w:t>— Ситуація змінилась, люба Соул. Скупчення, може б, і пройшло крізь нашу Зоряну систему, не пору-шивши її динамічної рівноваги, але… з’явився новий грізний фактор. Зверни увагу на отой блідий туманець з лівого боку.</w:t>
      </w:r>
    </w:p>
    <w:p>
      <w:r>
        <w:br/>
        <w:t>— Так, бачу.</w:t>
      </w:r>
    </w:p>
    <w:p>
      <w:r>
        <w:br/>
        <w:t>— Зараз машина покаже, що буде через століття.</w:t>
      </w:r>
    </w:p>
    <w:p>
      <w:r>
        <w:br/>
        <w:t>У батьковому голосі почулися сумовиті нотки. Соул пильніше глянула на його стомлене обличчя. Враз щемливе відчуття ворухнулось у серці: старість, підступає старість… Може, тому він і проймається смутком?</w:t>
      </w:r>
    </w:p>
    <w:p>
      <w:r>
        <w:br/>
        <w:t>— Астрономія вас, мікробіологів, не цікавить, — продовжував батько, — отож дещо поясню. Тут задача трьох тіл. їхня конфігурація змінюється під впливом гравітації. Ота воднева хмара неухильно рухається в на-прямку до нашої Зоряної системи. Кулясте скупчення відіграє роль прискорювача. Ймовірність виживання на-шої планети в цих умовах дорівнює нулю.</w:t>
      </w:r>
    </w:p>
    <w:p>
      <w:r>
        <w:br/>
        <w:t>"Ось що його пригнічує, — подумала Соул. — Але ж ми й так приречені на смерть самим життям…"</w:t>
      </w:r>
    </w:p>
    <w:p>
      <w:r>
        <w:br/>
        <w:t>— А може, все-таки… є шанс?</w:t>
      </w:r>
    </w:p>
    <w:p>
      <w:r>
        <w:br/>
        <w:t>— Поглянь, як та хмара поглинає зірки і планети… Це хижий левіафан, який не знає жалю. А якщо ви-словлюватися науково, то це трете тіло захоплене двома іншими, які зближуються. Дія закону всесвітнього оновлення.</w:t>
      </w:r>
    </w:p>
    <w:p>
      <w:r>
        <w:br/>
        <w:t>— Що ж, виходить, секта Чорної Троянди має рацію? Наближається кінець світу?</w:t>
      </w:r>
    </w:p>
    <w:p>
      <w:r>
        <w:br/>
        <w:t>Батько тяжко зітхнув і деякий час мовчав, не відриваючи погляду від освітленого овалу. Внизу на екрані миготіли цифри — десятиліття близького майбутнього. Воднева хмара мчить із субсвітловою швидкістю. Ось через дев’яносто років крилом черкає їхню галактику… Сто сімдесят один рік — і рідна планета тоне в білому тумані… Температура катастрофічно падає, атмосфера зникає, замість неї водень, водень…</w:t>
      </w:r>
    </w:p>
    <w:p>
      <w:r>
        <w:br/>
        <w:t>Нарешті обізвався:</w:t>
      </w:r>
    </w:p>
    <w:p>
      <w:r>
        <w:br/>
        <w:t>— Сама ж бачиш — катастрофа невідворотна, і станеться вона через сто сімдесят один рік — прогноз то-чний, я вже перевіряв.</w:t>
      </w:r>
    </w:p>
    <w:p>
      <w:r>
        <w:br/>
        <w:t>Голос його звучав рівно, монотонно, навіть байдуже. Соул аж здригнулася. Що це з ним сталося? Чи під-дався апатії?</w:t>
      </w:r>
    </w:p>
    <w:p>
      <w:r>
        <w:br/>
        <w:t>— А переселення… Невже немає ніяких проектів?</w:t>
      </w:r>
    </w:p>
    <w:p>
      <w:r>
        <w:br/>
        <w:t>— Бачиш, дівчинко, хоч ми й вийшли в космос, але…— Він знову зітхнув.— До найближчого зоряного острова щонайменше сто світлових років. Світлових, розумієш? Якби кораблі помчали із швидкістю світла, тоді частина мислячих, можливо, врятувалася б. Та це нездійсненне.</w:t>
      </w:r>
    </w:p>
    <w:p>
      <w:r>
        <w:br/>
        <w:t>— Отже, Чорна Троянда…</w:t>
      </w:r>
    </w:p>
    <w:p>
      <w:r>
        <w:br/>
        <w:t>— І не думай, доню, про тих… панікерів, страхополохів. "Кінець світу! Розтринькуй життя! Хай панує смерть!" Гидке блюзнірство…</w:t>
      </w:r>
    </w:p>
    <w:p>
      <w:r>
        <w:br/>
        <w:t>Батько вимкнув екран, у залі спалахнуло світло. І тепер Соул побачила: на обличчі в нього — ніякісінької апатії, очі зблискують енергією, аж сяють.</w:t>
      </w:r>
    </w:p>
    <w:p>
      <w:r>
        <w:br/>
        <w:t>— Це серйозне випробування для нас. Мусимо знайти вихід із безвиході. Треба врятувати Життя! Зрозу-мій: це — наш обов’язок, наша місія…</w:t>
      </w:r>
    </w:p>
    <w:p>
      <w:r>
        <w:br/>
        <w:t>Пружно підвівся з крісла, заходив по голубому килиму.</w:t>
      </w:r>
    </w:p>
    <w:p>
      <w:r>
        <w:br/>
        <w:t>— Але ж ви кажете — альтернативи нема, то як же…</w:t>
      </w:r>
    </w:p>
    <w:p>
      <w:r>
        <w:br/>
        <w:t>— Ні, я такого не казав, — махнув рукою батько. — Хоча ми, ну, твоє покоління, — останні на цій пла-неті, проте надія на збереження Життя є. Воно мусить відродитися в іншому місці, хоча й через мільйони ро-ків…</w:t>
      </w:r>
    </w:p>
    <w:p>
      <w:r>
        <w:br/>
        <w:t>— Останні… — повторила Соул, аж тепер усвідомлюючи увесь трагізм становища. Провела рукою по чолу, ніби знімаючи павутину.— Не віриться. Невже так і буде? А я ж мріяла про сім’ю…</w:t>
      </w:r>
    </w:p>
    <w:p>
      <w:r>
        <w:br/>
        <w:t>— Наш електронний мозок ще не підводив. Прогноз безпомильний… Хоч для нас і жахливий. Тут нічого не вдієш, це треба сприймати як належне і… братись за роботу.</w:t>
      </w:r>
    </w:p>
    <w:p>
      <w:r>
        <w:br/>
        <w:t>— За яку роботу?! — скинулися в неї брови, а подиву в очах було стільки, що батько посміхнувся.</w:t>
      </w:r>
    </w:p>
    <w:p>
      <w:r>
        <w:br/>
        <w:t>— Завдання… ну, як тобі сказати… — Він знову сів у крісло, повернувся до неї лицем. — За шкалою Ча-су виходить, що життя у пій Галактиці найперше з’явилось саме на нашій планеті. Тут найраніше створилось те сприятливе середовище, в якому спонтанно виникли живі клітини. Ніякої однієї праклітини не було, в бурхливому процесі Життя вони конденсувались мільярдами і — одночасно… Втім, цю теорію ти знаєш. Я хочу звернути твою увагу ще на один аспект.. Різноманіття живих форм. Життєва енергія так і бурунить, втілюється то в рослину, то в тварину, комаху, птаха, то в мислячу істоту. Але подумай: якби цей процес був стихійним, то чи-сло живих форм було б нескінченне, і Природа являла б собою конгломерат випадковостей. Форми живих тіл ніколи б не повторювались, а, розпадаючись, давали б усе інакші й інакші конфігурації. Не було б видів. На-справді ж різноманіття живого кінечне, і розвивається воно згідно Закону Інформації, тобто — спадковості. — Він передихнув, облизав пошерхлі губи. — У мене таке враження, що хтось засіяв нашу планету, може, ті, що завершили свій життєвий цикл, — мислячі з іншої зоряної спіралі. Я над цим довго міркував… Засіяли… Передали нам естафету Життя…</w:t>
      </w:r>
    </w:p>
    <w:p>
      <w:r>
        <w:br/>
        <w:t>Таким натхненним Соул його ще не бачила.</w:t>
      </w:r>
    </w:p>
    <w:p>
      <w:r>
        <w:br/>
        <w:t>Говорив жестикулюючи, піднесено, швидко, ледве встигаючи за плином думок; наукові гіпотези розцві-чував художніми образами, вдавався до метафор. В її уяві поставали картини інших просторів, інших часів… Ті мислячі не підкорилися обставинам, перекинули міст через океани років і… відродилися для нового життя!</w:t>
      </w:r>
    </w:p>
    <w:p>
      <w:r>
        <w:br/>
        <w:t>— То, може, ми… і є вони? — прошепотіла Соул, вражена здогадом. — Інколи мені здається, тату, що я вже була…</w:t>
      </w:r>
    </w:p>
    <w:p>
      <w:r>
        <w:br/>
        <w:t>— Я теж фіксував це відчуття. І не один раз. Може, це залишкова пам’ять? Як би там не було, але я переконаний, що існує всезагальна єдність Життя. У масштабах Всесвіту. Виноградна лоза оповиває Галактики…</w:t>
      </w:r>
    </w:p>
    <w:p>
      <w:r>
        <w:br/>
        <w:t>Болісна гримаса з’явилась на обличчі дівчини, але тут же й зникла.</w:t>
      </w:r>
    </w:p>
    <w:p>
      <w:r>
        <w:br/>
        <w:t>— Яка ж… конкретна програма?</w:t>
      </w:r>
    </w:p>
    <w:p>
      <w:r>
        <w:br/>
        <w:t>— Оце діло. Я так і сподівався, молодчина. — В його очах з’явився теплий усміх, а в словах забриніла ніжність.— Коротко щодо програми. Ви у своєму науковому осередку методами генної інженерії створюєте таку структуру генетичного коду, яку можна буде вкоренити в анаеробні бактерії. В тому коді мусите зашиф-рувати все живе… А я тим часом через Головне Наукове Товариство добиватимусь створення апаратів для до-ставки тих організмів у Далекий Космос… Сама розумієш, це не прості контейнери.</w:t>
      </w:r>
    </w:p>
    <w:p>
      <w:r>
        <w:br/>
        <w:t>— Та інженери справляться… А от універсальний код…</w:t>
      </w:r>
    </w:p>
    <w:p>
      <w:r>
        <w:br/>
        <w:t>— Стривай. Теоретично такий генетичний код можливий?</w:t>
      </w:r>
    </w:p>
    <w:p>
      <w:r>
        <w:br/>
        <w:t>Повагавшись, Соул ствердно хитнула головою:</w:t>
      </w:r>
    </w:p>
    <w:p>
      <w:r>
        <w:br/>
        <w:t>— Теоретично — так.</w:t>
      </w:r>
    </w:p>
    <w:p>
      <w:r>
        <w:br/>
        <w:t>— Ну от і працюйте. Колектив у вас великий, дружний, завзятих дослідників та експериментаторів не бракує, то чого ж… Потрібні будуть додаткові кошти — звертайтеся, асигнуємо. Я тільки хотів би, щоб наслід-ки досліджень зосереджувались у твоїх руках. І ніяких розголошень, оскільки не виключена можливість ексце-сів…</w:t>
      </w:r>
    </w:p>
    <w:p>
      <w:r>
        <w:br/>
        <w:t>— Маєте на увазі Чорну Троянду?</w:t>
      </w:r>
    </w:p>
    <w:p>
      <w:r>
        <w:br/>
        <w:t>— Авжеж.</w:t>
      </w:r>
    </w:p>
    <w:p>
      <w:r>
        <w:br/>
        <w:t>Соул тяжко зітхнула, нервово закрила очі долонями і, не стримавшись, заплакала. Щемкий жаль до себе раптом переповнив їй серце. Усе ж пропало, полетіло шкереберть: її мрія про сім’ю, звичайні життєві радощі… Все, все розвіялось, як міраж…</w:t>
      </w:r>
    </w:p>
    <w:p>
      <w:r>
        <w:br/>
        <w:t>— Що з тобою? — Батько прихилився до неї, обняв за плечі. — Ти нічого не втратила — чого ж так по-биватися? Навпаки, твоє життя набуває он якого сенсу! Мислячі не зникнуть, чуєш? Ми відродимося під іншим Сонцем…</w:t>
      </w:r>
    </w:p>
    <w:p>
      <w:r>
        <w:br/>
        <w:t>Знову й знову батько розповідав їй про перспективу, про Всесвіт як безконечну інформаційну систему, ще і ще раз науково обґрунтовував свою ідею естафети Життя.</w:t>
      </w:r>
    </w:p>
    <w:p>
      <w:r>
        <w:br/>
        <w:t>— Все це — красиві слова… — схлипуючи проказала Соул. — А насправді — що ми можемо? Комахи… Ми — слабосилі комахи…</w:t>
      </w:r>
    </w:p>
    <w:p>
      <w:r>
        <w:br/>
        <w:t>— Отакої! — почав сердитись батько. — Життя — це боротьба. І затям: нема в природі більшої сили, ніж мислячі!</w:t>
      </w:r>
    </w:p>
    <w:p>
      <w:r>
        <w:br/>
        <w:t>— Абстракції, ілюзії.</w:t>
      </w:r>
    </w:p>
    <w:p>
      <w:r>
        <w:br/>
        <w:t>Старий спохмурнів, аж вуса йому відстовбурчились. Ніякої логіки в доччиному мисленні! Щойно їй ніби все було ясно — і на тобі, майже істеричний протест…</w:t>
      </w:r>
    </w:p>
    <w:p>
      <w:r>
        <w:br/>
        <w:t>— Послухай, доню, ти молода, сповнена сил, а що ж я повинен казати па схилі своїх літ? Уже давно мені перевалило за сто. Я охоче лягаю і з великим трудом устаю з ліжка… Скажеш, я своє вже прожив. Нехай і про-жив. То навіщо ж мені впрягатись у тяжку роботу? Навіщо мені це напруження? Гадаєш, я не хочу спочинку?</w:t>
      </w:r>
    </w:p>
    <w:p>
      <w:r>
        <w:br/>
        <w:t>Соул витерла хусточкою очі, тихо сказала:</w:t>
      </w:r>
    </w:p>
    <w:p>
      <w:r>
        <w:br/>
        <w:t>— Пробачте, тату… Для мене це як грім з ясного неба.</w:t>
      </w:r>
    </w:p>
    <w:p>
      <w:r>
        <w:br/>
        <w:t>— Заспокойся, не треба так розчулюватись. Учися керувати погодою своєї душі. Тут, певне, нам допо-може філософський підхід. Зневіра, песимізм — надто ядучий дим. Розжени його, і ти відчуєш насолоду весен і літ, осенів і зим свого життя. Нерозумно протиставляти себе Природі, важливо усвідомити: ми — учасники ве-ликого процесу Буття. Учасники — розумієш?</w:t>
      </w:r>
    </w:p>
    <w:p>
      <w:r>
        <w:br/>
        <w:t>— Це я розумію…— Соул зітхнула.— Тільки от сам процес уривається…</w:t>
      </w:r>
    </w:p>
    <w:p>
      <w:r>
        <w:br/>
        <w:t>— Треба мислити, дочко, ширшими масштабами. У Всесвіті процес розвитку живого ніколи не згасне. Ти скажеш: а звідки ви знаєте? Я відповім — інтуїція. Поки що інтуїція. А звідси й переконання: якщо ми пошлемо у час і простір інформацію про себе і всі живі форми нашої біосфери,— вона передасть естафету Життя. Код! Звістку в Майбуття можна послати лише в зашифрованому вигляді, не інакше. Ось наша альтернатива, наша трепетна надія.</w:t>
      </w:r>
    </w:p>
    <w:p>
      <w:r>
        <w:br/>
        <w:t>— Отже універсальний код? — підвела голову Соул. — І за допомогою бактерій?</w:t>
      </w:r>
    </w:p>
    <w:p>
      <w:r>
        <w:br/>
        <w:t>— Саме так.</w:t>
      </w:r>
    </w:p>
    <w:p>
      <w:r>
        <w:br/>
        <w:t>— Мільйони комбінацій… Тату, я не знаю, чи під силу впоратись з таким завданням нашому колективу дослідників.</w:t>
      </w:r>
    </w:p>
    <w:p>
      <w:r>
        <w:br/>
        <w:t>— Треба, — твердо сказав старий. — Йдеться ж про існування самого Життя! Звичайно, я, керівник Го-ловного Наукового Товариства, міг би просто зобов’язати вас включити цю тему до поточного плану… Але тут потрібен ентузіазм, пошук.</w:t>
      </w:r>
    </w:p>
    <w:p>
      <w:r>
        <w:br/>
        <w:t>— Ну що ж, — підвелася Соул. — Тяжкий шлях, та… — І не доказала: до горла знову підкотився клубок.</w:t>
      </w:r>
    </w:p>
    <w:p>
      <w:r>
        <w:br/>
        <w:t>— Я знаю, ти зараз подумала про особисте щастя. — Батько поклав руки їй на плечі. — Але велика мета — хіба це не саме щастя?</w:t>
      </w:r>
    </w:p>
    <w:p>
      <w:r>
        <w:br/>
        <w:t>— Так, тату… — Вона прихилилась до його широких грудей.</w:t>
      </w:r>
    </w:p>
    <w:p>
      <w:r>
        <w:br/>
        <w:t>— Ну то йди, і відразу беріться за роботу.</w:t>
      </w:r>
    </w:p>
    <w:p>
      <w:r>
        <w:br/>
        <w:t>Поцілував у чоло і легенько підштовхнув до виходу.</w:t>
      </w:r>
    </w:p>
    <w:p>
      <w:r>
        <w:br/>
        <w:t>II.</w:t>
      </w:r>
    </w:p>
    <w:p>
      <w:r>
        <w:br/>
        <w:t>Сірий, похмурий ранок. Німа, гнітюча тиша. Ще лежачи в постелі, Соул відчула: щось у світі сталося. Насторожена, але якась байдужа, неквапливо підвелася з ліжка. У спальні холодно. Притримуючи сорочку на грудях, підійшла до вікна, розсунула штори і з подивом побачила… кригу. Так, на рівні третього поверху, ся-гаючи середини вікон стояла суцільна крига. Важенна, сизувата, без полиску, вона заповнила весь простір по-між будинками. Певно, вночі залило, потім замерзло. Якщо посуне — зріже будинок, знесе геть.</w:t>
      </w:r>
    </w:p>
    <w:p>
      <w:r>
        <w:br/>
        <w:t>Дивно, як же це трапилося, що вона нічого не почула? Справжній потоп! Невже так тихо, безшумно при-була вода? І ніде нікого. Тиша, глуха тиша. Щось у ній причаїлось, якась невиразна тривога, Соул не дослуха-ється до того, її ще хилить на сон. Позіхнула, зашторюючи вікно, та й почалапкала до ліжка. Ах, як приємно забратися під ковдру!</w:t>
      </w:r>
    </w:p>
    <w:p>
      <w:r>
        <w:br/>
        <w:t>Прокинувшись, дівчина виглянула у вікно — ніякої криги не було, на подвір’ї гасали діти, вулиця повни-лася рухом. Ну, звичайно, наснилось чи привиділось… Мабуть, таки перевтомилася. Ну, що ж, сама винна: і колеги, і навіть батько радять хоч вихідні викроювати, а вона так заповзялась, що й вечорами працює. Вже тре-тій рік не має спочинку. Та от і сьогодні: і науковці, і техперсонал — усі відпочивають, тільки не вона. Бач, її тримає робота… Чи, може, марнославство, підсвідоме бажання залишити слід в Історії, яка сама зникне без слі-ду? Невже без сліду?</w:t>
      </w:r>
    </w:p>
    <w:p>
      <w:r>
        <w:br/>
        <w:t>Раніше Соул над цим не замислювалась, працювала — і все. А зараз… Чи займалась своїм туалетом, чи готувала сніданок,— внутрішня дискусія не припинялась. Запитання — дошкульні, нещадні — виникали спон-танно, вимагали відповіді. Якщо планета і все живе на ній приречене, доскіпувалась логіка, то навіщо ти з та-ким завзяттям убиваєш час, який тобі лишився? Який у цьому сенс? "Навіщо та навіщо", — сердилась дівчина, губи їй сіпались, брови насуплювались, а мозок гарячково шукав пояснення, думки шугали, як птахи в небі: у світі с вища логіка, інші інтереси… Мабуть, її любий вольовий татусь має рацію: виноград Життя проростає крізь Галактики, це неспинний процес…</w:t>
      </w:r>
    </w:p>
    <w:p>
      <w:r>
        <w:br/>
        <w:t>Раптом прозвучав сигнал. Хто міг навідатися без попередження?</w:t>
      </w:r>
    </w:p>
    <w:p>
      <w:r>
        <w:br/>
        <w:t>Соул, торкаючи долонями зачіску, пішла в хол, але на дверному екрані не побачила навіть тіні. Розсуну-ла двері — теж нікого. Може, сигнал їй причувся? Хотіла вже ступнути на контакт, прикритий килимком, коли в око впав якийсь темний клубок. На мить отерпла: чорні троянди! їй принесли чорні троянди! Ось воно що…</w:t>
      </w:r>
    </w:p>
    <w:p>
      <w:r>
        <w:br/>
        <w:t>Машинально взяла пластикову вазу з тими похмурими квітами і сама не своя вернулася до вітальні. Две-рі зачинилися за нею так, наче ляснув постріл. Чорні троянди — вирок чи попередження?</w:t>
      </w:r>
    </w:p>
    <w:p>
      <w:r>
        <w:br/>
        <w:t>Дивилася на пухнасті, чорного оксамиту пелюстки — вони притягували, гіпнотизували. Дівчині здава-лось, що разом із густим ароматом вона вдихає жорстку радіацію небезпеки, невідворотної біди. Сказати бать-кові? А чим він зарадить? Тільки рознервується…</w:t>
      </w:r>
    </w:p>
    <w:p>
      <w:r>
        <w:br/>
        <w:t>Обізвався відеотелефон — аж кинулась з несподіванки. Страх? Уже обступає страх? Полегшено відітх-нула, побачивши на екранчику обличчя подруги. До апарата підійшла так, щоб затулити вазу — навіщо їй бачи-ти ті квіти? Хоча… Ні, вона розповість їй при зустрічі.</w:t>
      </w:r>
    </w:p>
    <w:p>
      <w:r>
        <w:br/>
        <w:t>Фанні запрошувала трохи розважитись у парку, все-таки сьогодні день відпочинку, а в неї он такий стом-лений вигляд, темпі кола під очима, не можна ж так нехтувати здоров’ям. Там буде цікава компанія, .один гар-ний хлопець давно вже хоче з нею познайомитись. О, це справжній красень, інтелектуал, якщо й цього разу во-на відмовиться, то всіх образить смертельно, а та злощасна лабораторія один день перечекає, нічого з нею не станеться, штами не пропадуть, адже є спостережники…</w:t>
      </w:r>
    </w:p>
    <w:p>
      <w:r>
        <w:br/>
        <w:t>"А чому б і справді не зробити паузу? — подумала Соул. — Може, й напруження спаде, позитивні емо-ції, зміна вражень заглушать тривогу".</w:t>
      </w:r>
    </w:p>
    <w:p>
      <w:r>
        <w:br/>
        <w:t>Прогулянка серед натовпу дерев і кущів була напрочуд цікава й весела.</w:t>
      </w:r>
    </w:p>
    <w:p>
      <w:r>
        <w:br/>
        <w:t>— Ти мабуть, забула, яке й небо над нами! — сміялася Фанні. — Все нидієш у своїй лабораторії.</w:t>
      </w:r>
    </w:p>
    <w:p>
      <w:r>
        <w:br/>
        <w:t>— Е, ні, — заступився за Соул красень, з яким її оце познайомили, — нидіти, бачу, не в її натурі, правда ж? — і поглянув у вічі проникливим поглядом. Не ждучи, що вона скаже, провадив далі: — Генна інженерія — це ж творчість, та ще й яка! Генетики перебирають на себе прерогативу самого господа-бога.</w:t>
      </w:r>
    </w:p>
    <w:p>
      <w:r>
        <w:br/>
        <w:t>Соул приємно було слухати юнака, їй імпонувала його легка іронія, несподівані повороти думки.</w:t>
      </w:r>
    </w:p>
    <w:p>
      <w:r>
        <w:br/>
        <w:t>— От ми, художники, теж творимо. На площині зображуємо тримірність, глибину, викликаємо у глядача враження об’ємності. Але це ж ілюзії! А генетики доповнюють природу новими, цілком реальними витворами.</w:t>
      </w:r>
    </w:p>
    <w:p>
      <w:r>
        <w:br/>
        <w:t>Соул, м’яко усміхаючись, заперечила:</w:t>
      </w:r>
    </w:p>
    <w:p>
      <w:r>
        <w:br/>
        <w:t>— Е, не кажіть. Створити ілюзію — хіба не чаклунство? Мені, скажімо, Легше вмонтувати ген у спіраль-ку, аніж намалювати пейзаж. З цієї причини я витратила багато зусиль, щоб перебороти комплекс неповноцінності.</w:t>
      </w:r>
    </w:p>
    <w:p>
      <w:r>
        <w:br/>
        <w:t>— Але ж ви себе знайшли? — спитав художник.</w:t>
      </w:r>
    </w:p>
    <w:p>
      <w:r>
        <w:br/>
        <w:t>— Генетика мене знайшла, — усміхнулась Соул.</w:t>
      </w:r>
    </w:p>
    <w:p>
      <w:r>
        <w:br/>
        <w:t>Їй було весело, голосно сміялась, та коли в уяві раз по раз висвітлювався букет чорних квітів,— хмурні-ла, блиск очей пригасав.</w:t>
      </w:r>
    </w:p>
    <w:p>
      <w:r>
        <w:br/>
        <w:t>— Ви чимось стривожені, Соул? — спитав художник, заглядаючи їй в обличчя. І дівчині сяйнуло: знає!..</w:t>
      </w:r>
    </w:p>
    <w:p>
      <w:r>
        <w:br/>
        <w:t>— Та я… просто відвикла гайнувати час.</w:t>
      </w:r>
    </w:p>
    <w:p>
      <w:r>
        <w:br/>
        <w:t>— Невідомо, скільки нам відведено часу, — зітхнув красень. — І чи можна його продовжити…</w:t>
      </w:r>
    </w:p>
    <w:p>
      <w:r>
        <w:br/>
        <w:t>— Можна, можна! Природа компенсує нам витрачений на розваги день! — защебетала Фанні. — Згідно із всезагальним законом компенсації, винайденим особисто мною!</w:t>
      </w:r>
    </w:p>
    <w:p>
      <w:r>
        <w:br/>
        <w:t>— Жарти жартами, а взагалі… — обізвався небалакучий подружчин супутник, якого Соул про себе на-звала Мовчуном,— відпочивати вміють не всі.</w:t>
      </w:r>
    </w:p>
    <w:p>
      <w:r>
        <w:br/>
        <w:t>— Тобто? — спохопилась Фанні.</w:t>
      </w:r>
    </w:p>
    <w:p>
      <w:r>
        <w:br/>
        <w:t>— Ти от вважаєш, що Соул відпочиває…</w:t>
      </w:r>
    </w:p>
    <w:p>
      <w:r>
        <w:br/>
        <w:t>— А хіба ні?</w:t>
      </w:r>
    </w:p>
    <w:p>
      <w:r>
        <w:br/>
        <w:t>— Авжеж, ні, — силувано посміхнувся Мовчун. — В її мозку весь час прокручується якась проблема, чи не так, Соул?</w:t>
      </w:r>
    </w:p>
    <w:p>
      <w:r>
        <w:br/>
        <w:t>"О боже, невже телепат? — Дівчина кинула на нього насторожений погляд. — Тому ж він і мовчав, зосе-реджувався".</w:t>
      </w:r>
    </w:p>
    <w:p>
      <w:r>
        <w:br/>
        <w:t>— Ви маєте рацію, — відповіла. — Повністю відключитись важко, інерція мислення… знаєте… її не так просто зупинити.</w:t>
      </w:r>
    </w:p>
    <w:p>
      <w:r>
        <w:br/>
        <w:t>Мовчун щось хмикнув, а Соул, підтримуючи розмову з художником, думала про "інерцію мислення". Треба навчитися переводити її у підсвідомість — там уже ніхто не намацає… Безсмертя — ось над чим вона ламає голову останнім часом. Це — проблема з проблем… Чому людина смертна? Все залежить від одного, лише від одного запису в спадковому коді. До чого, власне, все зводиться? На фермент, який відповідає тільки за поділ статевих клітин, покласти відповідальність і за соматичні клітини. Перемістити; вмонтувати. От і все. Ніякого старіння, а отже, й смерті людина не знала б… І дарма, що планета приречена! Адже виноградник Жит-тя зазеленіє на іншому ареалі… в майбутньому…</w:t>
      </w:r>
    </w:p>
    <w:p>
      <w:r>
        <w:br/>
        <w:t>Їй аж дух перехоплювало, коли уявляла: крізь холодний безконечний простір, наповнений усілякими си-ловими полями, пройнятий видимим і невидимим промінням, мчать грудочки Життя, запаковані в надійні кон-тейнери. І якщо їй пощастить… Люди майбутнього будуть безсмертні!</w:t>
      </w:r>
    </w:p>
    <w:p>
      <w:r>
        <w:br/>
        <w:t>— Ви знову за своє. — Мовчун поглянув на Соул колючим поглядом. — Подумки докінчуєте свою робо-ту?</w:t>
      </w:r>
    </w:p>
    <w:p>
      <w:r>
        <w:br/>
        <w:t>— Подумки? — Соул усміхнулася, хоч її обсипало холодом. — Там потрібно маніпулювати із живим ма-теріалом.</w:t>
      </w:r>
    </w:p>
    <w:p>
      <w:r>
        <w:br/>
        <w:t>— Перестань доскіпуватись, — Фанні взяла свого кавалера за руку, і вони подалися в глиб алеї.</w:t>
      </w:r>
    </w:p>
    <w:p>
      <w:r>
        <w:br/>
        <w:t>Несподівано виринув здогад: Фанні зв’язана з Чорною Трояндою. Фанні, найближча подруга… Чи, може, цей художник? Чи Мовчун? А може, вони всі змовилися проти неї?</w:t>
      </w:r>
    </w:p>
    <w:p>
      <w:r>
        <w:br/>
        <w:t>Озирнулася навколо — дерева стоять похмурі, кущі збирають темінь, і ніде не видно й душі — справжні-сінька пастка. Фанні зі своїм другом попереду, художник трохи відстає… Тікати?</w:t>
      </w:r>
    </w:p>
    <w:p>
      <w:r>
        <w:br/>
        <w:t>Ноги їй враз обм’якли, і Соул, щоб не впасти, сіла на траву.</w:t>
      </w:r>
    </w:p>
    <w:p>
      <w:r>
        <w:br/>
        <w:t>— Сидіть, не ворушіться!</w:t>
      </w:r>
    </w:p>
    <w:p>
      <w:r>
        <w:br/>
        <w:t>Художник вихопив із широкої кишені піджака блокнот, з другої — пачку кольорових олівців і, стоячи, почав малювати.</w:t>
      </w:r>
    </w:p>
    <w:p>
      <w:r>
        <w:br/>
        <w:t>— Якби ви знали… в цій позі… Наче біла квітка на зеленому!</w:t>
      </w:r>
    </w:p>
    <w:p>
      <w:r>
        <w:br/>
        <w:t>— Слава богу, хоч не чорна… — знічено посміхнулась Соул.</w:t>
      </w:r>
    </w:p>
    <w:p>
      <w:r>
        <w:br/>
        <w:t>Нервове напруження почало спадати, дівчина вже подумки дорікала собі: це ж фобії, безтілесні примари страху обступили її душу, а вона піддалася… Мабуть-таки, нервове виснаження дійшло критичної межі. А Фан-ні молодчина… Свіже повітря, нові враження… Художник справді цікавий… Невже я йому подобаюсь? А як же передати майбутнім поколінням хист до малювання? Кожна нормальна людина має художнє чуття…</w:t>
      </w:r>
    </w:p>
    <w:p>
      <w:r>
        <w:br/>
        <w:t>— Погляньте, Соул. — Художник простягнув їй блокнот. — Якщо погодитесь позувати… Хотів би на-писати портрет.</w:t>
      </w:r>
    </w:p>
    <w:p>
      <w:r>
        <w:br/>
        <w:t>Не підводячись, дівчина розглядала ескіз. Лінії динамічні, енергійні, отже, та хвилинна слабкість на об-личчі не відбилася, і ніякого страху, а то він зафіксував би обов’язково.</w:t>
      </w:r>
    </w:p>
    <w:p>
      <w:r>
        <w:br/>
        <w:t>— Гарно, але… ідеалізовано.</w:t>
      </w:r>
    </w:p>
    <w:p>
      <w:r>
        <w:br/>
        <w:t>Художник допоміг їй підвестися, ще кілька хвилин вони вдвох розглядали ескіз.</w:t>
      </w:r>
    </w:p>
    <w:p>
      <w:r>
        <w:br/>
        <w:t>— Ідеалізація? Ніскілечки! — запально вигукнув художник. — Я не фальшую, отака ви є: дівчина рідкіс-ної вроди.</w:t>
      </w:r>
    </w:p>
    <w:p>
      <w:r>
        <w:br/>
        <w:t>Соул, звичайно, заперечувала, і це було щиро: вона себе майже не знала, за роботою їй ніколи й угору глянути, не те що в люстро, але від слів художника теплі хвилі пробігли по тілу. Які приємні дотики його паль-ців до її руки!</w:t>
      </w:r>
    </w:p>
    <w:p>
      <w:r>
        <w:br/>
        <w:t>На доріжці знову з’явилася Фанні, але чомусь сама. Розгублений вираз її обличчя одразу ж стривожив Соул. Вона заспішила навстріч подрузі.</w:t>
      </w:r>
    </w:p>
    <w:p>
      <w:r>
        <w:br/>
        <w:t>— Що сталось?</w:t>
      </w:r>
    </w:p>
    <w:p>
      <w:r>
        <w:br/>
        <w:t>— Та, власне, нічого особливого… — ніяково посміхнулась Фанні. — Він ненадовго… у справах…</w:t>
      </w:r>
    </w:p>
    <w:p>
      <w:r>
        <w:br/>
        <w:t>— Ти щось недоговорюєш. У яких справах? Може, посварились?</w:t>
      </w:r>
    </w:p>
    <w:p>
      <w:r>
        <w:br/>
        <w:t>— Та ні, справді він подався… Щось термінове… — вже лагідніше промовила Фанні і додала, дивлячись на художника: — Побіля Ажурового мосту.</w:t>
      </w:r>
    </w:p>
    <w:p>
      <w:r>
        <w:br/>
        <w:t>Соул пополотніла: там, одразу за Ажуровим мостом, їхня лабораторія!</w:t>
      </w:r>
    </w:p>
    <w:p>
      <w:r>
        <w:br/>
        <w:t>Безпорадно і водночас благально поглянула на подругу і на художника:</w:t>
      </w:r>
    </w:p>
    <w:p>
      <w:r>
        <w:br/>
        <w:t>— Я мушу теж відлучитися!</w:t>
      </w:r>
    </w:p>
    <w:p>
      <w:r>
        <w:br/>
        <w:t>Оце "відлучитися" пролунало чи не на весь парк.</w:t>
      </w:r>
    </w:p>
    <w:p>
      <w:r>
        <w:br/>
        <w:t>— Що з вами? — Художник вхопив її за обидві руки. — Заспокойтеся.</w:t>
      </w:r>
    </w:p>
    <w:p>
      <w:r>
        <w:br/>
        <w:t>"Значить, так і є, — майнула в неї думка. — Змова, Чорна Троянда… Яка ницість!"</w:t>
      </w:r>
    </w:p>
    <w:p>
      <w:r>
        <w:br/>
        <w:t>Відчайдушно рвонулася в бік магістралі. Була така обурена, що ніякого страху вже не відчувала. Одна думка палила їй мозок: лабораторія в небезпеці! Той понурий тип уже, певно, там…</w:t>
      </w:r>
    </w:p>
    <w:p>
      <w:r>
        <w:br/>
        <w:t>— Зажди, Соул! — гукала Фанні. — Ми з тобою!</w:t>
      </w:r>
    </w:p>
    <w:p>
      <w:r>
        <w:br/>
        <w:t>Соул побігла ще прудкіше.</w:t>
      </w:r>
    </w:p>
    <w:p>
      <w:r>
        <w:br/>
        <w:t>— Що за паніка? — обурювався художник.</w:t>
      </w:r>
    </w:p>
    <w:p>
      <w:r>
        <w:br/>
        <w:t>А Соул — поза кущами, поміж деревами — птахою летіла до рятівної магістралі. Ось уже вилискують рухомі стрічки, ще зусилля — дівчина скочила на крайню. Помітивши, що загубила один черевик, скинула й другий. Було ніяково босій, та вона не зважала: в голові боляче дзенькали дзвони тривоги: лабораторія! Лабора-торія! Невже вся їхня праця пішла прахом?! Прокляті дебіли…</w:t>
      </w:r>
    </w:p>
    <w:p>
      <w:r>
        <w:br/>
        <w:t>Перебігла на найшвидшу стрічку, але не вхопилась за поручень, не стояла, як інші, а пробиралась поміж людьми все вперед і вперед. Ех, чи встигне?.. Огидний Мовчун… От би застукати!</w:t>
      </w:r>
    </w:p>
    <w:p>
      <w:r>
        <w:br/>
        <w:t>А що вона може вдіяти — про це й гадки не мала.</w:t>
      </w:r>
    </w:p>
    <w:p>
      <w:r>
        <w:br/>
        <w:t>Рухома траса скінчилася. Вже тьмяно поблискують високі вікна лабораторії. Наче ніякого руху.</w:t>
      </w:r>
    </w:p>
    <w:p>
      <w:r>
        <w:br/>
        <w:t>Серце мало не вискочило з грудей, коли тихо ступила до входу. "Двері прочинені, зумів-таки відімкнути. Ну, та сейфів не відчинить!.."</w:t>
      </w:r>
    </w:p>
    <w:p>
      <w:r>
        <w:br/>
        <w:t>З порога Головного Залу одразу побачила двох: Мовчун лежав ліворуч під стіною, стискаючи в зігнутій руці тонку цівку зброї, а незнайомий сидів біля сейфів, тримаючи на колінах чорну скриньку. Один з одного не зводили очей.</w:t>
      </w:r>
    </w:p>
    <w:p>
      <w:r>
        <w:br/>
        <w:t>— Обережно, Соул! — гукнув Мовчун. — У нього вакуумна бомба! Та він у мене на прицілі.</w:t>
      </w:r>
    </w:p>
    <w:p>
      <w:r>
        <w:br/>
        <w:t>Соул стрепенулась, простягла руки вперед — білі пальці ворушилися від нервової напруги — і рушила до того, що з бомбою… Певне, була в її очах якась демонічна сила, бо, глянувши на неї, терорист мовби закляк. Пошепки вимовляла давно забуті формули, яких навчив її, ще студентку, Великий Психолог.</w:t>
      </w:r>
    </w:p>
    <w:p>
      <w:r>
        <w:br/>
        <w:t>Вражений Мовчун побачив, як патлата голова терориста почала хилитися на груди; руки, що лежали на чорній скриньці, в’яло зсунулися, ще хвилина — тіло диверсанта зовсім обм’якло і впало на підлогу. Мовчун одразу скочив на рівні ноги і кинувся до скриньки. Обережно відніс її вбік, прислухався, чи не цокає годинник, полегшено зітхнув:</w:t>
      </w:r>
    </w:p>
    <w:p>
      <w:r>
        <w:br/>
        <w:t>— Не встиг, мерзотник. Якби ми запізнилися на кілька хвилин, від лабораторії нічого б не лишилося. А ви паралізували його на смерть?</w:t>
      </w:r>
    </w:p>
    <w:p>
      <w:r>
        <w:br/>
        <w:t>— Та ні, за годину–дві прочумається.</w:t>
      </w:r>
    </w:p>
    <w:p>
      <w:r>
        <w:br/>
        <w:t>Обличчя в неї побіліло, а попід очима проступили синці.</w:t>
      </w:r>
    </w:p>
    <w:p>
      <w:r>
        <w:br/>
        <w:t>— Вам треба відпочити, Соул. Де тут у вас відео?</w:t>
      </w:r>
    </w:p>
    <w:p>
      <w:r>
        <w:br/>
        <w:t>Соул здивувалась, побачивши на екрані… батька.</w:t>
      </w:r>
    </w:p>
    <w:p>
      <w:r>
        <w:br/>
        <w:t>Мовчун сказав щось про "небезпечну ескалацію", чергову невдачу Чорної Троянди, а наприкінці підкре-слив "просто-таки відчайдушне втручання Соул".</w:t>
      </w:r>
    </w:p>
    <w:p>
      <w:r>
        <w:br/>
        <w:t>— Підійди ближче, Соул, — обізвався з екрана батько. — Хвалю, не розгубилася. О, та на тобі лиця не-ма!</w:t>
      </w:r>
    </w:p>
    <w:p>
      <w:r>
        <w:br/>
        <w:t>— Багато втратила праенергії…</w:t>
      </w:r>
    </w:p>
    <w:p>
      <w:r>
        <w:br/>
        <w:t>— Не падай духом, закінчите програму — відпочинеш. І не треба на цьому зосереджуватись, зрозуміла? Робота — найкраще джерело енергії. — Старий спробував усміхнутись.</w:t>
      </w:r>
    </w:p>
    <w:p>
      <w:r>
        <w:br/>
        <w:t>Соул відчула за собою чиєсь дихання, краєчком ока побачила художника і Фавні. На мить їй стало ніяко-во.</w:t>
      </w:r>
    </w:p>
    <w:p>
      <w:r>
        <w:br/>
        <w:t>— Ми пройшли більше, аніж лишилось… От якби ще обіцяний мікроскоп…</w:t>
      </w:r>
    </w:p>
    <w:p>
      <w:r>
        <w:br/>
        <w:t>У вухах Соул зненацька зашуміло, перед очима засіріла мла, і навіть власний голос звучав глухо, як за стіною. Хотіла ступнути до крісла, та забракло сили. Відчула міцні руки художника, що не дали їй впасти. Пе-редихнула і аж тоді докінчила:</w:t>
      </w:r>
    </w:p>
    <w:p>
      <w:r>
        <w:br/>
        <w:t>— Мені здається… якщо там… колись… з’являться хороші люди… то ми попрацювали не марно.</w:t>
      </w:r>
    </w:p>
    <w:p>
      <w:r>
        <w:br/>
        <w:t>Батько щось відповів, щось запитував у Фанні, давав інструкції молодим людям, — Соул не дослухалась, її огорнула дрімота, дівчині приємно було відчувати тепло чоловічих рук, думки плутались: гени… фермент… безсмертя…</w:t>
      </w:r>
    </w:p>
    <w:p>
      <w:r>
        <w:br/>
        <w:t>Так і заснула.</w:t>
      </w:r>
    </w:p>
    <w:p>
      <w:r>
        <w:br/>
        <w:t>III.</w:t>
      </w:r>
    </w:p>
    <w:p>
      <w:r>
        <w:br/>
        <w:t>Озеро було напрочуд спокійне — жодної хвильки! — і Соул, що сиділа на носі човна обличчям до всіх, здавалося, ніби вони пливуть у небі. Он далеко внизу біліє хмарина. З кожним порухом весел вона гойдається, от-от хлюпне через борт.</w:t>
      </w:r>
    </w:p>
    <w:p>
      <w:r>
        <w:br/>
        <w:t>Соул тішиться, як дівчинка. Ця біла хмарка, що нагадує далеку галактику, і золотий від осіннього сонця ліс на тому березі, такі любі обличчя друзів, — усе бадьорить, улагіднюе душу. От тільки вимушена бездіяльність… "Новий мікроскоп буде готовий не раніше, як через півроку, — сказав батько, — а тобі треба зміцні-ти…" Він, звичайно, має рацію, сутичка з диверсантом таки відбилась на нервовій системі, але ж і байдики би-ти…</w:t>
      </w:r>
    </w:p>
    <w:p>
      <w:r>
        <w:br/>
        <w:t>— Соул знову думає про генетичні коди, — обізвався Мовчун.</w:t>
      </w:r>
    </w:p>
    <w:p>
      <w:r>
        <w:br/>
        <w:t>Художник, налягаючи на весла, запитливо поглянув на неї.</w:t>
      </w:r>
    </w:p>
    <w:p>
      <w:r>
        <w:br/>
        <w:t>— Коли впораємось з програмою, тоді… — Хотіла сказати щось веселе, але не вийшло, голос, несподі-вано для неї, пролунав кволо й сумно; всі знітилися.</w:t>
      </w:r>
    </w:p>
    <w:p>
      <w:r>
        <w:br/>
        <w:t>— Ну… а багато ще лишилося? — спитала Фанні з корми. І додала, ніяково усміхнувшись: — Якщо це не таємниця.</w:t>
      </w:r>
    </w:p>
    <w:p>
      <w:r>
        <w:br/>
        <w:t>— Які від вас таємниці? — знизала плечима Соул. — Програма, власне, завершена. Ми хотіли тільки внести ще деякі корективи до формули "Людина і біосфера". — Соул махнула рукою. — Все оце природне се-редовище зашифроване і відновиться… у сприятливих умовах.</w:t>
      </w:r>
    </w:p>
    <w:p>
      <w:r>
        <w:br/>
        <w:t>— Як це може статися? — скинув бровами художник.</w:t>
      </w:r>
    </w:p>
    <w:p>
      <w:r>
        <w:br/>
        <w:t>— Наші космічні кораблі, наповнені таким делікатним вантажем, шукатимуть планету з відповідними параметрами, вони так запрограмовані.</w:t>
      </w:r>
    </w:p>
    <w:p>
      <w:r>
        <w:br/>
        <w:t>— А може трапитися… така планета? — з острахом докинула Фанні.</w:t>
      </w:r>
    </w:p>
    <w:p>
      <w:r>
        <w:br/>
        <w:t>— Батько каже: в доступному для спостережень Всесвіті ймовірно є три мільйони планет, подібних до нашої…</w:t>
      </w:r>
    </w:p>
    <w:p>
      <w:r>
        <w:br/>
        <w:t>— Якби ж то! — вигукнула Фаяні.</w:t>
      </w:r>
    </w:p>
    <w:p>
      <w:r>
        <w:br/>
        <w:t>— І що далі? — не перестаючи працювати веслами, спитав художник. — Припустімо, наші апарати знайшли потрібну планету і засіяли її спорами життя…</w:t>
      </w:r>
    </w:p>
    <w:p>
      <w:r>
        <w:br/>
        <w:t>— Далі почнеться генезис біосфери — ареалу для мислячої людини… Піде процес орозуміння середо-вища, виникне ноосфера… Тобто відбуватиметься інтенсивна взаємодія людини і біосфери. І от хотілося б по-силити потенціал мислячих. Як тільки сконструюють новий мікроскоп…</w:t>
      </w:r>
    </w:p>
    <w:p>
      <w:r>
        <w:br/>
        <w:t>— Що означає "посилити?" — поцікавився Мовчун.</w:t>
      </w:r>
    </w:p>
    <w:p>
      <w:r>
        <w:br/>
        <w:t>— Продовжити життя людини. — Соул передихнула, глянула на друзів проникливим поглядом. — Про-довжити… до безсмертя.</w:t>
      </w:r>
    </w:p>
    <w:p>
      <w:r>
        <w:br/>
        <w:t>— Ого! — Фанні аж підскочила, і хоч вона була дівчиною тендітною, човен добряче хитнуло. — Оце так!</w:t>
      </w:r>
    </w:p>
    <w:p>
      <w:r>
        <w:br/>
        <w:t>Але її захоплення поділяли не всі.</w:t>
      </w:r>
    </w:p>
    <w:p>
      <w:r>
        <w:br/>
        <w:t>— Ви гадаєте, що їм саме безсмертя не вистачатиме для повного щастя? — Художник поклав довгі весла, наче птах згорнув крила. — Я читав фантазію про безсмертних, їхній долі не позаздриш. Стомилися від плину життя, отупіли, цілковито деградували.</w:t>
      </w:r>
    </w:p>
    <w:p>
      <w:r>
        <w:br/>
        <w:t>— Правильно, в тій ситуації інакше й не могло бути, — поблажливо посміхнулась Соул. — Адже там ідеться про окремих безсмертних, випадкові мутації. А ми хочемо безсмертя не для поодиноких, а для всіх людей, для всієї популяції.</w:t>
      </w:r>
    </w:p>
    <w:p>
      <w:r>
        <w:br/>
        <w:t>— Та це ж золота мрія! — знову з піднесенням вигукнула Фанні.</w:t>
      </w:r>
    </w:p>
    <w:p>
      <w:r>
        <w:br/>
        <w:t>Мовчун, обіпершись ліктем об коліно, подався вперед і тепер був схожим на коршака.</w:t>
      </w:r>
    </w:p>
    <w:p>
      <w:r>
        <w:br/>
        <w:t>— Ну, це з якого боку подивитись, — сказав насупившись. — Людство, якщо воно десь… засіється, і так буде безсмертне. А процес передачі життя новим поколінням — найефективніший шлях розвитку. Інакше — застій, регрес.</w:t>
      </w:r>
    </w:p>
    <w:p>
      <w:r>
        <w:br/>
        <w:t>— Що ви таке говорите? — невдоволено мовила Фанні. — Ти їх не слухай, Соул. Ба, які мудреці знай-шлися. Безсмертя — це ж чудово!</w:t>
      </w:r>
    </w:p>
    <w:p>
      <w:r>
        <w:br/>
        <w:t>— А ти уяви собі… — Мовчун повернувся обличчям до Фанні, хитрувато посміхнувся. — Уяви, що пе-ред тобою вічність. Як би ти жила?</w:t>
      </w:r>
    </w:p>
    <w:p>
      <w:r>
        <w:br/>
        <w:t>— О, — дівчина взялася в боки, — ти б за мною упадав сто років, ні, щонайменше — тисячу! Аж доки не заговорив би про кохання.</w:t>
      </w:r>
    </w:p>
    <w:p>
      <w:r>
        <w:br/>
        <w:t>Усі засміялися, навіть Соул. У Мовчуна заблищали очі:</w:t>
      </w:r>
    </w:p>
    <w:p>
      <w:r>
        <w:br/>
        <w:t>— І разом марнували б час. І так в усьому. Куди, мовляв, спішити? Ще встигнемо!</w:t>
      </w:r>
    </w:p>
    <w:p>
      <w:r>
        <w:br/>
        <w:t>— Якщо серйозно, любі дівчатонька, — знову взявся за весла художник, — безсмертя спричинилося б до застою, і тут немає чого поправляти Природу. От якби додати совісті, чесності…</w:t>
      </w:r>
    </w:p>
    <w:p>
      <w:r>
        <w:br/>
        <w:t>— Так, цих моральних якостей ніколи б не було забагато, — зітхнула Соул. — Але генами вони не пере-даються. Що ж до регресу за умов безсмертя, то я не можу погодитись з такою категоричністю.. Творча основа людини визначається не лише запасом часу…</w:t>
      </w:r>
    </w:p>
    <w:p>
      <w:r>
        <w:br/>
        <w:t>— Справедливо, Соул! Не поступайся, ідея твоя прекрасна! — проголошувала Фанні. — Відомо ж бо, що той найрозумніший, хто сам знає, що йому робити.</w:t>
      </w:r>
    </w:p>
    <w:p>
      <w:r>
        <w:br/>
        <w:t>Дискусія, неначе вир, втягувала усіх до своїх глибин, та Соул більше мовчала, відбуваючись кволою по-смішкою, їй просто бракувало сили, навіть ця прогулянка не допомогла. Аргументи художника і Мовчуна від-футболювала Фанні, аж ніяк не турбуючись про логіку заперечень. "Ні, це ні в тин ні в ворота! — вигукувала вона. — Не треба каламутити воду!"</w:t>
      </w:r>
    </w:p>
    <w:p>
      <w:r>
        <w:br/>
        <w:t>Молодики тільки розводили руками.</w:t>
      </w:r>
    </w:p>
    <w:p>
      <w:r>
        <w:br/>
        <w:t>— А що, нічого сказати? — торжествувала Фанні. — Тож схиліть голови і визнайте…</w:t>
      </w:r>
    </w:p>
    <w:p>
      <w:r>
        <w:br/>
        <w:t>Мовчун милувався своєю галасливою нареченою, пасучи очима її вихиляси, і це їй вочевидь подобалося. Художник знову покинув весла і вже заходився малювати, коли почувся шум мотора — до них мчав катер. Олі-вець застиг у руці… Всі повернули голови у той бік, звідки линуло металеве дзижчання. Соул одразу впізнала білокрилу батькову "Чайку". Що ж трапилось?</w:t>
      </w:r>
    </w:p>
    <w:p>
      <w:r>
        <w:br/>
        <w:t>Катер описав дугу і майже впритул наблизився до човна, розгойданого хвилею. Соул насторожено по-глянула на батька, що стояв на борту, тримаючись за поручні,— напружений і тривожний.</w:t>
      </w:r>
    </w:p>
    <w:p>
      <w:r>
        <w:br/>
        <w:t>— Що сталося? — не витримала Соул. — Від передчуття біди стиснулося серце.</w:t>
      </w:r>
    </w:p>
    <w:p>
      <w:r>
        <w:br/>
        <w:t>— Є новини.</w:t>
      </w:r>
    </w:p>
    <w:p>
      <w:r>
        <w:br/>
        <w:t>З катера перекинули дощаний місток, і всі четверо швидко перейшли на борт "Чайки". Човен було взято на буксир.</w:t>
      </w:r>
    </w:p>
    <w:p>
      <w:r>
        <w:br/>
        <w:t>— Так от, — почав керівник Головного Наукового Товариства, коли всі зайшли до каюти і посідали в кріслах, — ситуація вимагає негайно здійснити Великий Запуск. Необхідно вже сьогодні завантажити три наші ракети біоматеріалом, щоб вони могли стартувати не пізніше, як опівночі…</w:t>
      </w:r>
    </w:p>
    <w:p>
      <w:r>
        <w:br/>
        <w:t>Соул з подивом дивилася на батька.</w:t>
      </w:r>
    </w:p>
    <w:p>
      <w:r>
        <w:br/>
        <w:t>— Чого раптом такий поспіх? Адже ви добре знаєте — Програма не завершена. Без мікроскопа ми не змогли перебудувати генний ланцюжок.</w:t>
      </w:r>
    </w:p>
    <w:p>
      <w:r>
        <w:br/>
        <w:t>— Мікроскоп буде ще не скоро, — зітхнув батько, — а війна…</w:t>
      </w:r>
    </w:p>
    <w:p>
      <w:r>
        <w:br/>
        <w:t>— Війна?!</w:t>
      </w:r>
    </w:p>
    <w:p>
      <w:r>
        <w:br/>
        <w:t>— Так, оголошена готовність номер один, війна може вибухнути не сьогодні — завтра, і тоді…</w:t>
      </w:r>
    </w:p>
    <w:p>
      <w:r>
        <w:br/>
        <w:t>— Яке божевілля! — вигукнула Фанні. — Невже наша цивілізація скінчиться так ганебно?</w:t>
      </w:r>
    </w:p>
    <w:p>
      <w:r>
        <w:br/>
        <w:t>— З хаосу ми вийшли…</w:t>
      </w:r>
    </w:p>
    <w:p>
      <w:r>
        <w:br/>
        <w:t>— Безглуздя!</w:t>
      </w:r>
    </w:p>
    <w:p>
      <w:r>
        <w:br/>
        <w:t>— Ясно, що найпершого удару буде завдано по ракетодромах, отже, мусимо поспішати. — Батько обвів поглядом присутніх. — Сподіваюся, ви допоможете?</w:t>
      </w:r>
    </w:p>
    <w:p>
      <w:r>
        <w:br/>
        <w:t>— Звичайно, — відповіли молодики.</w:t>
      </w:r>
    </w:p>
    <w:p>
      <w:r>
        <w:br/>
        <w:t>"Війна… Руїни і смерть… Але це ж не стихійне лихо! Мислячі… Усе ж від них залежить, — скрушно подумала Соул. їй хотілося заплакати з розпачу. — Безсмертя… Невже воно не судилось людині?"</w:t>
      </w:r>
    </w:p>
    <w:p>
      <w:r>
        <w:br/>
        <w:t>— А я ж так мріяла… — сказала з гіркотою.</w:t>
      </w:r>
    </w:p>
    <w:p>
      <w:r>
        <w:br/>
        <w:t>— Нічого не вдієш, дочко. — У батьковому голосі бринів глибокий жаль. — І наші нащадки матимуть своїм привілеєм смерть…</w:t>
      </w:r>
    </w:p>
    <w:p>
      <w:r>
        <w:br/>
        <w:t>Соул зовсім ослабла, не мала сили й говорити, тільки дивилась на всіх повними смутку очима. Відчувала спустошеність і порожнечу. Навіть закохано-тужливий художників погляд не зворушував її душі.</w:t>
      </w:r>
    </w:p>
    <w:p>
      <w:r>
        <w:br/>
        <w:t>З катера кволу дівчину довелось виносити на руках.</w:t>
      </w:r>
    </w:p>
    <w:p>
      <w:r>
        <w:br/>
        <w:t>…Її останній подих відлетів, мабуть, одночасно з тими ракетами, що в гуркоті і громі стартували з кос-модрому в міжзоряний простір, несучи насіння Життя.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Естафета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