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Енн у Домі Мрії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Енн у Домі Мрії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