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Острова Принца Едварда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Острова Принца Едварда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