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Інглсайду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Інглсайду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