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із Ейвонлі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із Ейвонлі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