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Енеїда (фрагменти в перекладі Миколи Зерова)</w:t>
      </w:r>
    </w:p>
    <w:p>
      <w:r>
        <w:br/>
        <w:t xml:space="preserve"> Публій Вергілій Марон&lt;br /&gt;</w:t>
        <w:br/>
        <w:t>Енеїда (Книга перша, з книг другої та п'ятої)</w:t>
      </w:r>
    </w:p>
    <w:p>
      <w:r>
        <w:br/>
        <w:t>Перекладач: Микола Зеров&lt;br /&gt;</w:t>
        <w:br/>
        <w:t>Джерело: З книги:Микола Зеров. Твори в двох томах. К.: Дніпро, 1990, т. 1,</w:t>
      </w:r>
    </w:p>
    <w:p>
      <w:r>
        <w:br/>
        <w:t>Книга перша</w:t>
      </w:r>
    </w:p>
    <w:p>
      <w:r>
        <w:br/>
        <w:t>Збройного славлю звитяжця, що перший з надмор'їв троянських,&lt;br /&gt;</w:t>
        <w:br/>
        <w:t>Долею гнаний нещадно, на берег ступив італійський.&lt;br /&gt;</w:t>
        <w:br/>
        <w:t>Горя він досить зазнав, суходолами й морем блукавши,&lt;br /&gt;</w:t>
        <w:br/>
        <w:t>З волі безсмертних богів та мстивої серцем Юнони,&lt;br /&gt;</w:t>
        <w:br/>
        <w:t>Лиха він досить зазнав у бою, поки місто поставив,&lt;br /&gt;</w:t>
        <w:br/>
        <w:t>Лацію давши пенатів, а з ними — і плем'я латинське,&lt;br /&gt;</w:t>
        <w:br/>
        <w:t>I Альбалонгу стару, і мури високого Рима.&lt;br /&gt;</w:t>
        <w:br/>
        <w:t>Музо, повідай мені, чим саме прогнівана тяжко,&lt;br /&gt;</w:t>
        <w:br/>
        <w:t>Чи то покривджена чим, цариця богів засудила&lt;br /&gt;</w:t>
        <w:br/>
        <w:t>На незліченні труди та нещастя побожного духом&lt;br /&gt;</w:t>
        <w:br/>
        <w:t>Батька й вождя, як богиня — і гнівом таким пойнялася!&lt;br /&gt;</w:t>
        <w:br/>
        <w:t>Місто старинне було — фінікійського люду осада,&lt;br /&gt;</w:t>
        <w:br/>
        <w:t>Звалось воно Карфаген на лібійському березі, проти&lt;br /&gt;</w:t>
        <w:br/>
        <w:t>Тібрових гирел, багате на скарб і завзяття воєнне.&lt;br /&gt;</w:t>
        <w:br/>
        <w:t>Кажуть, Юнона його шанувала найбільше у світі,&lt;br /&gt;</w:t>
        <w:br/>
        <w:t>Навіть I Самос забувши для нього; там зброя богині,&lt;br /&gt;</w:t>
        <w:br/>
        <w:t>Там колісниця її. А на серці в богині бажання,&lt;br /&gt;</w:t>
        <w:br/>
        <w:t>Щоб Карфаген цей, як Доля дозволить, був паном народів,&lt;br /&gt;</w:t>
        <w:br/>
        <w:t>Але прочула вона, що від крові троянської плем'я&lt;br /&gt;</w:t>
        <w:br/>
        <w:t>Вже виростає нове, що міста поруйнує тірійські.&lt;br /&gt;</w:t>
        <w:br/>
        <w:t>З'явиться люд, підкоритель земель, войовничий та гордий,&lt;br /&gt;</w:t>
        <w:br/>
        <w:t>Згине в пожарі могутність лібійська: так випряли парки.&lt;br /&gt;</w:t>
        <w:br/>
        <w:t>Все те Сатурнія знає і кров ще пригадує свіжу,&lt;br /&gt;</w:t>
        <w:br/>
        <w:t>Що попід мурами Трої лила за улюблених аргів.&lt;br /&gt;</w:t>
        <w:br/>
        <w:t>Ще ж не зів'яли в душі причини скорботи і гніву,&lt;br /&gt;</w:t>
        <w:br/>
        <w:t>Ще, притаївшися, в серці живуть її й вирок Паріса —&lt;br /&gt;</w:t>
        <w:br/>
        <w:t>Прикра зневага краси божествeнної,-й рід ненависний,&lt;br /&gt;</w:t>
        <w:br/>
        <w:t>I Ганімеда, на небо узятого, шана висока.&lt;br /&gt;</w:t>
        <w:br/>
        <w:t>Тямлячи все те, вона троянців, хвилею битих,-&lt;br /&gt;</w:t>
        <w:br/>
        <w:t>Все, що зосталось від люті данайців і зброї Ахілла,&lt;br /&gt;</w:t>
        <w:br/>
        <w:t>Не підпускала до краю латинського; довго і гірко&lt;br /&gt;</w:t>
        <w:br/>
        <w:t>Пасерби Долі, вони усіма проблукали морями.&lt;br /&gt;</w:t>
        <w:br/>
        <w:t>Стільки страждання лягло на підвалини Римського роду!&lt;br /&gt;</w:t>
        <w:br/>
        <w:t>Вже вони кинули берег Сіцілії, вийшли у море&lt;br /&gt;</w:t>
        <w:br/>
        <w:t>I під вітрилом веселим запінену сіль розтинали,-&lt;br /&gt;</w:t>
        <w:br/>
        <w:t>Мати ж Юнона, у серці довічну роз'ятривши рану,&lt;br /&gt;</w:t>
        <w:br/>
        <w:t>Мовить собі: "Та невже я не дужа дійти перемоги&lt;br /&gt;</w:t>
        <w:br/>
        <w:t>І від Італії геть одвернути владику троянців?&lt;br /&gt;</w:t>
        <w:br/>
        <w:t>Доля боронить мені. Хіба ж не спалила Паллада&lt;br /&gt;</w:t>
        <w:br/>
        <w:t>Флоту аргівську, а сильний насад потопила у морі&lt;br /&gt;</w:t>
        <w:br/>
        <w:t>За навіженство самого лише Ойлеїда Аянта?&lt;br /&gt;</w:t>
        <w:br/>
        <w:t>Батьківським бистрим перуном метнувши із хмар піднебесних,&lt;br /&gt;</w:t>
        <w:br/>
        <w:t>Їх кораблі погромила, нуртам на здобич оддавши,&lt;br /&gt;</w:t>
        <w:br/>
        <w:t>А самого ватажка, що полум'ям дихав смертельним,&lt;br /&gt;</w:t>
        <w:br/>
        <w:t>Вихром грізним пойняла і на гострій скалі розіп'яла.&lt;br /&gt;</w:t>
        <w:br/>
        <w:t>Я ж, небовців повновладна цариця, сестра і подружжя&lt;br /&gt;</w:t>
        <w:br/>
        <w:t>Батька богів,— і стільки вже літ з одним лише родом&lt;br /&gt;</w:t>
        <w:br/>
        <w:t>Марно борюся. Та хто ж після того святу, боговиту&lt;br /&gt;</w:t>
        <w:br/>
        <w:t>Волю Юнони вшанує і дасть їй офіри побожні".&lt;br /&gt;</w:t>
        <w:br/>
        <w:t>В серці розпаленім думи такі обертаючи потай,&lt;br /&gt;</w:t>
        <w:br/>
        <w:t>Лине цариця на острів Еолію, в те родовuще&lt;br /&gt;</w:t>
        <w:br/>
        <w:t>Бур і дощів ненастанних. Цар Eол в печері великій&lt;br /&gt;</w:t>
        <w:br/>
        <w:t>Там непоборні вітри та бурі усі громоносні&lt;br /&gt;</w:t>
        <w:br/>
        <w:t>Міцно тримає в обладі, гамуючи їх ланцюгами.&lt;br /&gt;</w:t>
        <w:br/>
        <w:t>Ремствують буйні і, гомін збудивши вгорі нездоланний,&lt;br /&gt;</w:t>
        <w:br/>
        <w:t>Б'ються довкола замків. Цар Еол сидить у твердині,&lt;br /&gt;</w:t>
        <w:br/>
        <w:t>Берло в руках, і втишає їм лють, і прискромлює серце.&lt;br /&gt;</w:t>
        <w:br/>
        <w:t>Бо ж попустити їм, море, і землю, і горішнє небо —&lt;br /&gt;</w:t>
        <w:br/>
        <w:t>Все рознесуть буревійні і геть розімчать у просторах.&lt;br /&gt;</w:t>
        <w:br/>
        <w:t>Тим-то владика світів і замкнув їх у чорні яскині&lt;br /&gt;</w:t>
        <w:br/>
        <w:t>I, опасаючись сам небезпеки, важкою горою&lt;br /&gt;</w:t>
        <w:br/>
        <w:t>Їх привалив і наставив царя, що на праві незломнім&lt;br /&gt;</w:t>
        <w:br/>
        <w:t>Міг би їм волю давать і знову до рук прибирати.&lt;br /&gt;</w:t>
        <w:br/>
        <w:t>От до того царя і вдалася покірно Юнона:&lt;br /&gt;</w:t>
        <w:br/>
        <w:t>"Eоле! Владі твоїй господар людей і безсмертних&lt;br /&gt;</w:t>
        <w:br/>
        <w:t>Хвилі віддав — і власкавлювать їх, і здіймати вітрами.&lt;br /&gt;</w:t>
        <w:br/>
        <w:t>Плем'я вороже мені випливає на море Тірренське,&lt;br /&gt;</w:t>
        <w:br/>
        <w:t>Трою у край Італійський везе і звитяжених ларів.&lt;br /&gt;</w:t>
        <w:br/>
        <w:t>Сили вітрам надихни, поруйнуй кораблі, потопи їх,&lt;br /&gt;</w:t>
        <w:br/>
        <w:t>Трупом пловців укриваючи тоні морські безбережні.&lt;br /&gt;</w:t>
        <w:br/>
        <w:t>Маю я в пoчеті німф найприкметніших дві семериці;&lt;br /&gt;</w:t>
        <w:br/>
        <w:t>Вродою дивною з них найповабнішу — Деіопею —&lt;br /&gt;</w:t>
        <w:br/>
        <w:t>Нині ж тобі прирікаю віддати у шлюб непорушний:&lt;br /&gt;</w:t>
        <w:br/>
        <w:t>Хай, за послугу твою нагородою бувши, з тобою&lt;br /&gt;</w:t>
        <w:br/>
        <w:t>Вік проживе і нащаддя тобі подарує вродливе".&lt;br /&gt;</w:t>
        <w:br/>
        <w:t>Eол говорить: "Я твій, о царице! Чого б не схотіла,&lt;br /&gt;</w:t>
        <w:br/>
        <w:t>Маєш лише зажадати, а виконать — мій обов'язок.&lt;br /&gt;</w:t>
        <w:br/>
        <w:t>Ти мені царство моє присудила, дала мені частку&lt;br /&gt;</w:t>
        <w:br/>
        <w:t>Від повновласті Юпітера, ти мені там дозволяєш&lt;br /&gt;</w:t>
        <w:br/>
        <w:t>Божеські учти одвідувать, тут — керувати вітрами".&lt;br /&gt;</w:t>
        <w:br/>
        <w:t>Мовив, і гору порожню у бік патерицею б'є він,&lt;br /&gt;</w:t>
        <w:br/>
        <w:t>I відкриває отвори, і, в лаву струнку вшикувавшись,&lt;br /&gt;</w:t>
        <w:br/>
        <w:t>Подуви всі вилітають і вихрами линуть на землю;&lt;br /&gt;</w:t>
        <w:br/>
        <w:t>Наполягають на море і все до нуртів щонайглибших&lt;br /&gt;</w:t>
        <w:br/>
        <w:t>Збурюють разом — і Евр, і Нот, і бурхливістю знаний&lt;br /&gt;</w:t>
        <w:br/>
        <w:t>Афрік,— і хвилі могутні на берег віддалений котять.&lt;br /&gt;</w:t>
        <w:br/>
        <w:t>Крик розітнувся на морі, кoдол та щогли скрипіння.&lt;br /&gt;</w:t>
        <w:br/>
        <w:t>Хмари, набігши раптово, у тевкрів з очей виривають&lt;br /&gt;</w:t>
        <w:br/>
        <w:t>День і небесну блакить. I ніч нависає над морем.&lt;br /&gt;</w:t>
        <w:br/>
        <w:t>Загуркотіла твердінь, блискавками мигоче рясними;&lt;br /&gt;</w:t>
        <w:br/>
        <w:t>Де б не поглянув, усе неминучою смертю грозиться.&lt;br /&gt;</w:t>
        <w:br/>
        <w:t>Раптом безвладність холодна на серце Енеєві впала,&lt;br /&gt;</w:t>
        <w:br/>
        <w:t>Стогін зірвався йому і, руки здіймаючи вгору,&lt;br /&gt;</w:t>
        <w:br/>
        <w:t>Кличе він голосом дужим: "Які ж бо ви, браття, щасливі,&lt;br /&gt;</w:t>
        <w:br/>
        <w:t>Що у батьків на очах, під високими мурами Трої&lt;br /&gt;</w:t>
        <w:br/>
        <w:t>Стрінули смерть у бою! I ти, найсильніший з данаїв,&lt;br /&gt;</w:t>
        <w:br/>
        <w:t>Тiдіде, чом я не зміг на полях Іліона загинуть&lt;br /&gt;</w:t>
        <w:br/>
        <w:t>I від правиці твоєї із кровію душу пролляти —&lt;br /&gt;</w:t>
        <w:br/>
        <w:t>Там, де Гектор упав під списом Еакіда, де велет&lt;br /&gt;</w:t>
        <w:br/>
        <w:t>Ліг у бою Сарпедон, і стільки щитів і шоломів&lt;br /&gt;</w:t>
        <w:br/>
        <w:t>Котить по дну Сімоент між тілами героїв полеглих".</w:t>
      </w:r>
    </w:p>
    <w:p>
      <w:r>
        <w:br/>
        <w:t>Стогне й метається він. А буря реве Аквілоном,&lt;br /&gt;</w:t>
        <w:br/>
        <w:t>Вкрай обірвала вітрила і хвилю до зір підкидає.&lt;br /&gt;</w:t>
        <w:br/>
        <w:t>Ламлються весла. А море носи кораблям одвернуло,&lt;br /&gt;</w:t>
        <w:br/>
        <w:t>Б'є у боки, у облавки, горою падe на помости.&lt;br /&gt;</w:t>
        <w:br/>
        <w:t>Ті — на шпилі водянім, а ці западаються в яму.&lt;br /&gt;</w:t>
        <w:br/>
        <w:t>Дно оголилось. У пісках кипить і бушує негода.&lt;br /&gt;</w:t>
        <w:br/>
        <w:t>Нот розходився і три кораблі на приховані скелі&lt;br /&gt;</w:t>
        <w:br/>
        <w:t>Мчить (той хребет величенний, що з хвиль виринає глибоких,&lt;br /&gt;</w:t>
        <w:br/>
        <w:t>Зве Вівтарями народ італійський), а Евр, завертівши&lt;br /&gt;</w:t>
        <w:br/>
        <w:t>Друге тройкo, гонить їх мілководдям — аж глянути страшно!&lt;br /&gt;</w:t>
        <w:br/>
        <w:t>I, посадивши на бродах, піскoватим валом обносить.&lt;br /&gt;</w:t>
        <w:br/>
        <w:t>От уже човен з насадом Лікійським та вірним Оронтом&lt;br /&gt;</w:t>
        <w:br/>
        <w:t>Перед очима в самого Енея бурун височенний&lt;br /&gt;</w:t>
        <w:br/>
        <w:t>Б'є по кормі, а старого керманича сторч головою&lt;br /&gt;</w:t>
        <w:br/>
        <w:t>В море змиває і, тричі на місці судно обернувши,&lt;br /&gt;</w:t>
        <w:br/>
        <w:t>На пожертя віддає ненатлим нуртам та глибинам:&lt;br /&gt;</w:t>
        <w:br/>
        <w:t>Поодинокі лише виринають плавці у розложисті тоні.&lt;br /&gt;</w:t>
        <w:br/>
        <w:t>Дошки, і збіжжя троянське, і зброя пливе по безоднях.&lt;br /&gt;</w:t>
        <w:br/>
        <w:t>Вже Ільйонеїв міцний корабель і дебелий Ахатів,&lt;br /&gt;</w:t>
        <w:br/>
        <w:t>Той, що Абанта тримав, і той, що Алета старого,&lt;br /&gt;</w:t>
        <w:br/>
        <w:t>Бурею вщент переможені, закріпи всі розхитались&lt;br /&gt;</w:t>
        <w:br/>
        <w:t>I крізь щілини роззявлені воду солону вбирають.</w:t>
      </w:r>
    </w:p>
    <w:p>
      <w:r>
        <w:br/>
        <w:t>Тою порою, що спінений Понт розгулявся і плеще,&lt;br /&gt;</w:t>
        <w:br/>
        <w:t>Вчув і стривожився вельми Нептун,— що негода зірвалась,&lt;br /&gt;</w:t>
        <w:br/>
        <w:t>Що від найглибшого дна знадобилися хвилі,— і, плеса&lt;br /&gt;</w:t>
        <w:br/>
        <w:t>Збурених вод оглядаючи, голову зносить над морем.&lt;br /&gt;</w:t>
        <w:br/>
        <w:t>Бачить Енеєву флоту, по хвилях розкидану різно,&lt;br /&gt;</w:t>
        <w:br/>
        <w:t>Троїв, знеможених бурею та руйнуванням небесним;&lt;br /&gt;</w:t>
        <w:br/>
        <w:t>I відкриваються братові злість і підступство Юнони.&lt;br /&gt;</w:t>
        <w:br/>
        <w:t>Кличе до себе Зефіра та Евра і мовить поважно:&lt;br /&gt;</w:t>
        <w:br/>
        <w:t>"Чи не занадто звіряєтесь ви на свій рід і потугу?&lt;br /&gt;</w:t>
        <w:br/>
        <w:t>Як то без волі моєї вітри, моря й суходоли&lt;br /&gt;</w:t>
        <w:br/>
        <w:t>Важитесь ви помішати і гори такі нагромадить?&lt;br /&gt;</w:t>
        <w:br/>
        <w:t>Я вас! I дайте-но море розлоге мені вгамувати,&lt;br /&gt;</w:t>
        <w:br/>
        <w:t>Карою мусите ви сваволю мені відкупити.&lt;br /&gt;</w:t>
        <w:br/>
        <w:t>Миттю втікайте і так ватажкові своєму скажіте:&lt;br /&gt;</w:t>
        <w:br/>
        <w:t>Що не йому панування над морем і тризубень царський&lt;br /&gt;</w:t>
        <w:br/>
        <w:t>Жереб судив, а мені. У скелях своїх велетенських,&lt;br /&gt;</w:t>
        <w:br/>
        <w:t>Вашому стоїщі, Евре, хай Еол собі розкошує&lt;br /&gt;</w:t>
        <w:br/>
        <w:t>В гідності царській і бурі скоряє собі у темниці".</w:t>
      </w:r>
    </w:p>
    <w:p>
      <w:r>
        <w:br/>
        <w:t>Ще й до кінця не домовивши, море набрякле гамує,&lt;br /&gt;</w:t>
        <w:br/>
        <w:t>Нарізно хмари жене нагромаджені, сонце виводить.&lt;br /&gt;</w:t>
        <w:br/>
        <w:t>Пильний Трітон і легка Кімотоя з підводяних рифів&lt;br /&gt;</w:t>
        <w:br/>
        <w:t>Зводять човни, а володар обом помагає тризубцем&lt;br /&gt;</w:t>
        <w:br/>
        <w:t>I розгрібає піски, втихомирює хвиль нарікання,&lt;br /&gt;</w:t>
        <w:br/>
        <w:t>I по свічадах морських помчав у легкій колісниці.&lt;br /&gt;</w:t>
        <w:br/>
        <w:t>I, як на вічах не раз велелюдних буває, коли там&lt;br /&gt;</w:t>
        <w:br/>
        <w:t>Заколот несамовитий повстане і чернь ворохобить,-&lt;br /&gt;</w:t>
        <w:br/>
        <w:t>Вже головешки летять і каміння, поблискує зброя;&lt;br /&gt;</w:t>
        <w:br/>
        <w:t>А зауважать нараз чоловіка, заслугами, честю&lt;br /&gt;</w:t>
        <w:br/>
        <w:t>Знаного людові, і замовкають, і слухають пильно,&lt;br /&gt;</w:t>
        <w:br/>
        <w:t>Він же царює речами і пристрасті їм утишає,-&lt;br /&gt;</w:t>
        <w:br/>
        <w:t>Так і на морі бурхaння та гук западаються, скоро,&lt;br /&gt;</w:t>
        <w:br/>
        <w:t>Пoверхню всю оглядаючи, під розпогодженим небом&lt;br /&gt;</w:t>
        <w:br/>
        <w:t>Віжки пускаючи, мчить панотець на колесах покірних.</w:t>
      </w:r>
    </w:p>
    <w:p>
      <w:r>
        <w:br/>
        <w:t>Зморені тяжко, енеяни прагнуть мерщій досягнути&lt;br /&gt;</w:t>
        <w:br/>
        <w:t>Берега і до лібійського грунту човни привертають.&lt;br /&gt;</w:t>
        <w:br/>
        <w:t>У суходолі глибока западина є там, і острів&lt;br /&gt;</w:t>
        <w:br/>
        <w:t>Супроти неї, і затишна гавань, утворена ними.&lt;br /&gt;</w:t>
        <w:br/>
        <w:t>Хвилі морські не доходять затоки, об острів розбившись;&lt;br /&gt;</w:t>
        <w:br/>
        <w:t>Скелі зусюди її обступають, двома стрімчаками&lt;br /&gt;</w:t>
        <w:br/>
        <w:t>В небо спинаючись грізно, і широко води погожі&lt;br /&gt;</w:t>
        <w:br/>
        <w:t>В затінку їх спочивають. Ліси по шпилях зеленіють,&lt;br /&gt;</w:t>
        <w:br/>
        <w:t>Сонцем облиті, а долі затінений гай простягнувся.&lt;br /&gt;</w:t>
        <w:br/>
        <w:t>Глянувши просто — печера тьмяна під навислим камінням.&lt;br /&gt;</w:t>
        <w:br/>
        <w:t>В ній джерела журкотливі і приступки в скелях природні,&lt;br /&gt;</w:t>
        <w:br/>
        <w:t>Німфам — домівка. I суднам не треба там цепом залізним&lt;br /&gt;</w:t>
        <w:br/>
        <w:t>Берега братись, ні скривленим якорем дна добувати.&lt;br /&gt;</w:t>
        <w:br/>
        <w:t>В заводі ті і вступає Еней із сьома кораблями —&lt;br /&gt;</w:t>
        <w:br/>
        <w:t>Все, що зосталось йому, і, тугою за суходолом&lt;br /&gt;</w:t>
        <w:br/>
        <w:t>Пoйняті, зразу ж на берег вискакують люди троянські,&lt;br /&gt;</w:t>
        <w:br/>
        <w:t>Ріння усе надбережне вкриваючи змученим тілом.&lt;br /&gt;</w:t>
        <w:br/>
        <w:t>Тут шонайперше Ахат, роздобувши з кременя іскру,&lt;br /&gt;</w:t>
        <w:br/>
        <w:t>Листом сухим підхопивши її і поживи додавши,&lt;br /&gt;</w:t>
        <w:br/>
        <w:t>З того запасу небавом багаття живе розкладає.&lt;br /&gt;</w:t>
        <w:br/>
        <w:t>Інші виносять Церерине зерно, водою попсуте,&lt;br /&gt;</w:t>
        <w:br/>
        <w:t>Та розмаїте до нього знаряддя, і, що надається&lt;br /&gt;</w:t>
        <w:br/>
        <w:t>До уживання, сушать в огні, і мелють на жорнах.</w:t>
      </w:r>
    </w:p>
    <w:p>
      <w:r>
        <w:br/>
        <w:t>Тою ж порою Еней на узгір'я виходить; на море&lt;br /&gt;</w:t>
        <w:br/>
        <w:t>Дивиться він, далечінь оглядає, чи де не забачить&lt;br /&gt;</w:t>
        <w:br/>
        <w:t>Гнаного вітром Антея, фрігійські човни-двоєрядки,&lt;br /&gt;</w:t>
        <w:br/>
        <w:t>Капія або Каїкову зброю на кермі високій.&lt;br /&gt;</w:t>
        <w:br/>
        <w:t>Жодного човна! Та от — примічає він — троє оленів&lt;br /&gt;</w:t>
        <w:br/>
        <w:t>На узбережжі блукають, а далі весь рід їх пасеться,&lt;br /&gt;</w:t>
        <w:br/>
        <w:t>Довгою в жизній долині простягшись ген-ген чередою.&lt;br /&gt;</w:t>
        <w:br/>
        <w:t>Тут він спинився, і лука бере, і стрілу прудколетну&lt;br /&gt;</w:t>
        <w:br/>
        <w:t>На тятиву накладає, узявши її від Ахата.&lt;br /&gt;</w:t>
        <w:br/>
        <w:t>Цілить спочатку у трьох вожаїв, що їх роги гіллясті,&lt;br /&gt;</w:t>
        <w:br/>
        <w:t>Мовби дерева, зростають; а потім, сполохавши рід весь,&lt;br /&gt;</w:t>
        <w:br/>
        <w:t>Стрілами гонить у гай густолистий і лук залишає&lt;br /&gt;</w:t>
        <w:br/>
        <w:t>Тільки тоді, коли семеро дужих звірів показніших&lt;br /&gt;</w:t>
        <w:br/>
        <w:t>Впали на землю, до суден троянських числом дорівнявшись;&lt;br /&gt;</w:t>
        <w:br/>
        <w:t>Потім іде до причалу, і здобич мисливську паює&lt;br /&gt;</w:t>
        <w:br/>
        <w:t>Поміж човнами, і вина, що добрий Ацест навантажив&lt;br /&gt;</w:t>
        <w:br/>
        <w:t>На кораблі, коли вони острів Трирогу лишали,&lt;br /&gt;</w:t>
        <w:br/>
        <w:t>Теж роздає, і братчикам тугу гірку розважає:&lt;br /&gt;</w:t>
        <w:br/>
        <w:t>"Друзі, та чей же досвідчені ви у пригодах скорботних!&lt;br /&gt;</w:t>
        <w:br/>
        <w:t>В гіршій біді витривалі! Минуться і ці небезпеки.&lt;br /&gt;</w:t>
        <w:br/>
        <w:t>Знаєте Сціллине ви навіженство, і скелі співучі&lt;br /&gt;</w:t>
        <w:br/>
        <w:t>Бачили зблизька, і камінь Циклопа у пам'яті вашій&lt;br /&gt;</w:t>
        <w:br/>
        <w:t>Ще не минувся... Верніть собі звагу, а розпач і тугу&lt;br /&gt;</w:t>
        <w:br/>
        <w:t>Далі женіте. I злигодні любо колись пригадаєм.&lt;br /&gt;</w:t>
        <w:br/>
        <w:t>Крізь розмаїті нещастя та крайнощі всі незчисленні&lt;br /&gt;</w:t>
        <w:br/>
        <w:t>В Лацій простуєм тепер, де мир і господа спокійна&lt;br /&gt;</w:t>
        <w:br/>
        <w:t>Нас дожидає, де Трою призначено нам оновити.&lt;br /&gt;</w:t>
        <w:br/>
        <w:t>Отже, кріпіться і серцем до кращої долі готуйтесь".</w:t>
      </w:r>
    </w:p>
    <w:p>
      <w:r>
        <w:br/>
        <w:t>Так промовляє і сам, не виходячи з мук і тривоги,&lt;br /&gt;</w:t>
        <w:br/>
        <w:t>Світлом надії горить, і з болем сердечним таїться.&lt;br /&gt;</w:t>
        <w:br/>
        <w:t>Ті ж, заходившись собі біля страви, бенкет уряджають.&lt;br /&gt;</w:t>
        <w:br/>
        <w:t>Оббілувавши оленів і потрух увесь повиймавши,&lt;br /&gt;</w:t>
        <w:br/>
        <w:t>Тут вирізають шматки соковиті, стромляють на рожна,&lt;br /&gt;</w:t>
        <w:br/>
        <w:t>Там казани повиносили мідні, багаття розводять,&lt;br /&gt;</w:t>
        <w:br/>
        <w:t>Стравою потім підживлюють сили: простершися в травах,&lt;br /&gt;</w:t>
        <w:br/>
        <w:t>Ласують давнім вином, дичину споживають добірну.&lt;br /&gt;</w:t>
        <w:br/>
        <w:t>А як вдоволено голод і набік одсунуто їжу,&lt;br /&gt;</w:t>
        <w:br/>
        <w:t>Друзів утрачених образ у теплих словах поновляють;&lt;br /&gt;</w:t>
        <w:br/>
        <w:t>Страх і надія приходять по черзі: то бачать живими,&lt;br /&gt;</w:t>
        <w:br/>
        <w:t>То видається,— загинули й поклику вже не почують.&lt;br /&gt;</w:t>
        <w:br/>
        <w:t>Сам же Еней боговірний оплакує надто Оронта,&lt;br /&gt;</w:t>
        <w:br/>
        <w:t>Тяжко зітхає над долею Аміка, тужить за Ліком,&lt;br /&gt;</w:t>
        <w:br/>
        <w:t>Та неподоланим Гією, та непоборним Клоантом.</w:t>
      </w:r>
    </w:p>
    <w:p>
      <w:r>
        <w:br/>
        <w:t>Бенкетування кінчалось, коли з верховини етеру&lt;br /&gt;</w:t>
        <w:br/>
        <w:t>Глянув Юпітер на море вітрильно-крилате, на землі&lt;br /&gt;</w:t>
        <w:br/>
        <w:t>Та узбережжя, на різні народи, і, в небі спинившись,&lt;br /&gt;</w:t>
        <w:br/>
        <w:t>Божеські зори свої затримaв на Лібійському царстві.&lt;br /&gt;</w:t>
        <w:br/>
        <w:t>I як турботи такі обертав він у серці, до нього,&lt;br /&gt;</w:t>
        <w:br/>
        <w:t>Ніжна й смутна, блискучими слізьми зрошаючи очі,&lt;br /&gt;</w:t>
        <w:br/>
        <w:t>Так удається Венера: "О ти, що ділами смертельних&lt;br /&gt;</w:t>
        <w:br/>
        <w:t>I несмертельних одвіку владаєш і мечеш перуни!&lt;br /&gt;</w:t>
        <w:br/>
        <w:t>Щo мій Еней заподіяти міг проти тебе такого,&lt;br /&gt;</w:t>
        <w:br/>
        <w:t>Щo учинили троянці, що стільки вже лиха зазнали&lt;br /&gt;</w:t>
        <w:br/>
        <w:t>Ради Італії і, безталанні, спочинку не знайдуть?&lt;br /&gt;</w:t>
        <w:br/>
        <w:t>Ти ж нам подав обітнuцю, що в yпливі часу побачим&lt;br /&gt;</w:t>
        <w:br/>
        <w:t>Ми знакомитих мужів од крові і племені тевкра,&lt;br /&gt;</w:t>
        <w:br/>
        <w:t>I подолають вони суходоли і море підіб'ють.&lt;br /&gt;</w:t>
        <w:br/>
        <w:t>Нині ж яка новина обітнuцю твою заступила?&lt;br /&gt;</w:t>
        <w:br/>
        <w:t>У жалібнoму занепаді Трої, у темних руїнах&lt;br /&gt;</w:t>
        <w:br/>
        <w:t>Я утіщалась, що Доля неласку давнішу відкупить,-&lt;br /&gt;</w:t>
        <w:br/>
        <w:t>Нині ж ті самі нещастя женуть переможений люд мій&lt;br /&gt;</w:t>
        <w:br/>
        <w:t>Знову,— і де положив ти, о царю, кінець бідуванням?&lt;br /&gt;</w:t>
        <w:br/>
        <w:t>Міг же Антенор, із тиску данайської зброї пробившись,&lt;br /&gt;</w:t>
        <w:br/>
        <w:t>Без небезпеки в затоку пройти Іллірійську — і далі&lt;br /&gt;</w:t>
        <w:br/>
        <w:t>В царство Лібурнів і вустя Тімава-ріки обминути,&lt;br /&gt;</w:t>
        <w:br/>
        <w:t>Що, упадаючи голосно з гір дев'ятьма течіями,&lt;br /&gt;</w:t>
        <w:br/>
        <w:t>В море спішить, і рокоче, і зрошує луки родючі.&lt;br /&gt;</w:t>
        <w:br/>
        <w:t>Там осадив він Патавію-місто і втомленим тевкрам&lt;br /&gt;</w:t>
        <w:br/>
        <w:t>Дав пристановище, людям тубільним ім'я залишивши,&lt;br /&gt;</w:t>
        <w:br/>
        <w:t>I, заспокоївши зброю троянську, спочив тихомирно.&lt;br /&gt;</w:t>
        <w:br/>
        <w:t>Ми ж породіння твоє, що небо нам вoлиш одкрити,&lt;br /&gt;</w:t>
        <w:br/>
        <w:t>Втративши знов кораблі, на поталу єдиній (о горе!)&lt;br /&gt;</w:t>
        <w:br/>
        <w:t>Дані навік і розлучені з краєм своїм Італійським.&lt;br /&gt;</w:t>
        <w:br/>
        <w:t>То нам заплата за нашу побожність? I берло новітнє?"&lt;br /&gt;</w:t>
        <w:br/>
        <w:t>Та, посміхнувшися, батько богів і людей сотворитель&lt;br /&gt;</w:t>
        <w:br/>
        <w:t>Оком повів, що єднає негоду і небо ласкавить,&lt;br /&gt;</w:t>
        <w:br/>
        <w:t>I приголубив дочку, у відповідь їй проказавши:&lt;br /&gt;</w:t>
        <w:br/>
        <w:t>"Марне тремтиш, Цітереє. Нерушно стоїть твого роду&lt;br /&gt;</w:t>
        <w:br/>
        <w:t>Доля обіцяна. Місто побачиш і мур Лавінійський,&lt;br /&gt;</w:t>
        <w:br/>
        <w:t>Суджений з предку віків, і до горішніх зір запровадиш&lt;br /&gt;</w:t>
        <w:br/>
        <w:t>Мужнього серцем Енея. I слово моє непохитне.&lt;br /&gt;</w:t>
        <w:br/>
        <w:t>Син твій (скажу я тобі, раз турбота тебе непокоїть,&lt;br /&gt;</w:t>
        <w:br/>
        <w:t>I таємниче прийдешнє з сувоїв судьби прочитаєш),&lt;br /&gt;</w:t>
        <w:br/>
        <w:t>Син твій Італію сповнить борнею, і люд войовничий&lt;br /&gt;</w:t>
        <w:br/>
        <w:t>Скорить собі, і звичaї уставить, і мури спорудить.&lt;br /&gt;</w:t>
        <w:br/>
        <w:t>А як на царстві Латинському третє мине йому літо&lt;br /&gt;</w:t>
        <w:br/>
        <w:t>I як утретє минеться зима по здоланню рутулів,&lt;br /&gt;</w:t>
        <w:br/>
        <w:t>Отрок Асканій, що нині Іула йому надається&lt;br /&gt;</w:t>
        <w:br/>
        <w:t>Ймення (бо ж Ілом не зватись йому, як нема Іліона),&lt;br /&gt;</w:t>
        <w:br/>
        <w:t>Тридцять великих кругів годових пануватиме потім&lt;br /&gt;</w:t>
        <w:br/>
        <w:t>I з лавінійського міста оселю свою королівську&lt;br /&gt;</w:t>
        <w:br/>
        <w:t>Перенесе до міцної знаряддям і Довгої Альби.&lt;br /&gt;</w:t>
        <w:br/>
        <w:t>Триста їй літ царювати і славитись родом троянським,&lt;br /&gt;</w:t>
        <w:br/>
        <w:t>Доки царівна-жрекиня, від Марса самого вагітна,&lt;br /&gt;</w:t>
        <w:br/>
        <w:t>Ілія в світ не появить свого порождіння двойного.&lt;br /&gt;</w:t>
        <w:br/>
        <w:t>Тут під покровом вовчиці рудої згодований гойно&lt;br /&gt;</w:t>
        <w:br/>
        <w:t>Ромул підгорне свій рід, і Марсовим муром оточить,&lt;br /&gt;</w:t>
        <w:br/>
        <w:t>I на своє імено нарече його римським народом.&lt;br /&gt;</w:t>
        <w:br/>
        <w:t>Цим уже я не кладу реченців і межі не знаходжу,-&lt;br /&gt;</w:t>
        <w:br/>
        <w:t>Владу судив без кінця. I навіть Юнона напасна,&lt;br /&gt;</w:t>
        <w:br/>
        <w:t>Що ненастанно моря, й суходоли, і небо турбує,&lt;br /&gt;</w:t>
        <w:br/>
        <w:t>Серце одмінить своє і буде зо мною плекати&lt;br /&gt;</w:t>
        <w:br/>
        <w:t>Римлян, володарів світу, зодягнене тогою плем'я.&lt;br /&gt;</w:t>
        <w:br/>
        <w:t>Так ухвалив я. Часи довершаться — і прийде година,&lt;br /&gt;</w:t>
        <w:br/>
        <w:t>Що племено Ассаракове славні уярмить Мікени,&lt;br /&gt;</w:t>
        <w:br/>
        <w:t>Фтію і Аргос підбитий примусить собі слугувати.&lt;br /&gt;</w:t>
        <w:br/>
        <w:t>I народитися має у роді славетному Цезар,&lt;br /&gt;</w:t>
        <w:br/>
        <w:t>На Океані потугою знаний, а славою в зорях —&lt;br /&gt;</w:t>
        <w:br/>
        <w:t>Юлій, на ймення спадкове Іула-царя наречений.&lt;br /&gt;</w:t>
        <w:br/>
        <w:t>Радо зустрінеш його, як, дарунками Сходу розкішний,&lt;br /&gt;</w:t>
        <w:br/>
        <w:t>Вступить у небо, і будуть його в молитвах поминати.&lt;br /&gt;</w:t>
        <w:br/>
        <w:t>Вік злагідніє тоді і війни в непам'яті згинуть,&lt;br /&gt;</w:t>
        <w:br/>
        <w:t>Веста, і Вірність днедавня, і Рем, і Квірін одностайно&lt;br /&gt;</w:t>
        <w:br/>
        <w:t>Будуть права уставляти. I щільно на засув залізний&lt;br /&gt;</w:t>
        <w:br/>
        <w:t>Візьмуться брами Незгоди: всередині ж люта Ненатлість&lt;br /&gt;</w:t>
        <w:br/>
        <w:t>Сяде на зброї самотня і, вся спижевими вузлами&lt;br /&gt;</w:t>
        <w:br/>
        <w:t>Туго пов'язана, в люті даремній заб'ється, заскиглить".&lt;br /&gt;</w:t>
        <w:br/>
        <w:t>Так проказав він і Маїну парость з висот посилає,-&lt;br /&gt;</w:t>
        <w:br/>
        <w:t>Щоб і земля, і Картaгіни свіжопоставлені мури&lt;br /&gt;</w:t>
        <w:br/>
        <w:t>Не відмовляли гостинності тевкрам, і владна Дідона&lt;br /&gt;</w:t>
        <w:br/>
        <w:t>Їх прийняла у свої володіння. I лине звістовник,&lt;br /&gt;</w:t>
        <w:br/>
        <w:t>Веслами крил гребучи. I от він у краї Лібійськім&lt;br /&gt;</w:t>
        <w:br/>
        <w:t>Діє по слову володаря, і залишають пунійці&lt;br /&gt;</w:t>
        <w:br/>
        <w:t>Давню свою неподатливість. Надто ж цариця голубить&lt;br /&gt;</w:t>
        <w:br/>
        <w:t>В серці своїм тихомир'я і лагідну щиру зичливість.</w:t>
      </w:r>
    </w:p>
    <w:p>
      <w:r>
        <w:br/>
        <w:t>А боговірний Еней, цілу ніч змарнувавши у думах, ;&lt;br /&gt;</w:t>
        <w:br/>
        <w:t>Скоро світанок зійшов благодатний,— ухвалює вийти&lt;br /&gt;</w:t>
        <w:br/>
        <w:t>I роздивитись кругом, до яких узбережжів прибила&lt;br /&gt;</w:t>
        <w:br/>
        <w:t>Їх непогода, і хто тут насельником — звір чи людина,&lt;br /&gt;</w:t>
        <w:br/>
        <w:t>Щоб по розвідинах друзям усе розповісти достоту.&lt;br /&gt;</w:t>
        <w:br/>
        <w:t>У гущині непроглядній, в западині скель прямовисних&lt;br /&gt;</w:t>
        <w:br/>
        <w:t>Судна свої укриває, затінені гаєм дрімучим.&lt;br /&gt;</w:t>
        <w:br/>
        <w:t>Сам же рушає, Ахата єдиного взявши з собою.&lt;br /&gt;</w:t>
        <w:br/>
        <w:t>На раменах два великі списи з поконеччям залізним.&lt;br /&gt;</w:t>
        <w:br/>
        <w:t>Тут йому мати назустріч з середини лісу виходить,&lt;br /&gt;</w:t>
        <w:br/>
        <w:t>Діви спартанської образ і вбрaння узявши на себе,&lt;br /&gt;</w:t>
        <w:br/>
        <w:t>Або тракіянки стать Гарпаліки, що кіньми правує,&lt;br /&gt;</w:t>
        <w:br/>
        <w:t>Випереджаючи в гоні шаленім вітри прудкобіжні.&lt;br /&gt;</w:t>
        <w:br/>
        <w:t>Наручний лук за плечима у неї — звичаєм мисливським;&lt;br /&gt;</w:t>
        <w:br/>
        <w:t>Кучері дано свавільному вітрові; голі коліна;&lt;br /&gt;</w:t>
        <w:br/>
        <w:t>Одіж хвилясту підв'язано туго вузлом непорушним.&lt;br /&gt;</w:t>
        <w:br/>
        <w:t>Мовить вона: "Чи не бачили ви, о юнацтво добірне,&lt;br /&gt;</w:t>
        <w:br/>
        <w:t>Десь ненароком сестрички моєї, що тут заблукала —&lt;br /&gt;</w:t>
        <w:br/>
        <w:t>Із сайдаком і плямистою шкурою рисі на плечах,&lt;br /&gt;</w:t>
        <w:br/>
        <w:t>Може, де вепра напавши неситого, криком гонила?"&lt;br /&gt;</w:t>
        <w:br/>
        <w:t>Так проказала Венера, і син одповів їй Венерин:&lt;br /&gt;</w:t>
        <w:br/>
        <w:t>"Жодної я із сестричок твоїх не чував і не бачив,&lt;br /&gt;</w:t>
        <w:br/>
        <w:t>Діво! Не знаю твого величання. Лицем — несмертельна,&lt;br /&gt;</w:t>
        <w:br/>
        <w:t>Не про людину звістує твій голос, ти, певно, богиня!&lt;br /&gt;</w:t>
        <w:br/>
        <w:t>Хто ти, сестра Аполлона чи німфа яка богорівна,&lt;br /&gt;</w:t>
        <w:br/>
        <w:t>Будь милосердна і горя тягар одпусти нестерпучий.&lt;br /&gt;</w:t>
        <w:br/>
        <w:t>Під небесами якими, в якій стороні пробуваєм —&lt;br /&gt;</w:t>
        <w:br/>
        <w:t>Нам розкажи! Бо, не бачивши люду, не знаючи краю,&lt;br /&gt;</w:t>
        <w:br/>
        <w:t>Блудимо тут, бурунами морськими та бурями биті:&lt;br /&gt;</w:t>
        <w:br/>
        <w:t>Гойні офіри за те від правиці моєї побачиш!"</w:t>
      </w:r>
    </w:p>
    <w:p>
      <w:r>
        <w:br/>
        <w:t>Мовить Венера: "О ні! Я такої не гідна пошани:&lt;br /&gt;</w:t>
        <w:br/>
        <w:t>Так повелося у нас, у тірійок,— при зброї ходити&lt;br /&gt;</w:t>
        <w:br/>
        <w:t>I пурпуровий на литках високий котурн шнурувати,&lt;br /&gt;</w:t>
        <w:br/>
        <w:t>Царство ти бачиш Пунійське, тірійця Агенора місто;&lt;br /&gt;</w:t>
        <w:br/>
        <w:t>Землі ж належать лібійцям, в оружнім бою нездоланним.&lt;br /&gt;</w:t>
        <w:br/>
        <w:t>Влада в руках у Дідони, що з міста тірійського вийшла,&lt;br /&gt;</w:t>
        <w:br/>
        <w:t>Дівера кривд уникаючи. Довга то повість, багато&lt;br /&gt;</w:t>
        <w:br/>
        <w:t>В ній плутанини — я тільки верхи перегляну з тобою.&lt;br /&gt;</w:t>
        <w:br/>
        <w:t>Звався Сіхеєм її чоловік, і був найбагатший&lt;br /&gt;</w:t>
        <w:br/>
        <w:t>У фінікіянах. Щиро любила його бідолашна&lt;br /&gt;</w:t>
        <w:br/>
        <w:t>З першого дня, як її, непорочну, до чесного шлюбу&lt;br /&gt;</w:t>
        <w:br/>
        <w:t>Батько віддав. Царем же у Тірі був брат молодого —&lt;br /&gt;</w:t>
        <w:br/>
        <w:t>Пігмаліон, із наземних усіх найлютіший злочинця.&lt;br /&gt;</w:t>
        <w:br/>
        <w:t>Скоро незгода між ними постала, і брат нечестивий&lt;br /&gt;</w:t>
        <w:br/>
        <w:t>Потай убив необачного лезом підступним Сіхея&lt;br /&gt;</w:t>
        <w:br/>
        <w:t>Край вівтаря, засліпившися золотом, і братової&lt;br /&gt;</w:t>
        <w:br/>
        <w:t>Шлюб споневажив; і довго таїв заподіяну кривду,&lt;br /&gt;</w:t>
        <w:br/>
        <w:t>Вигадки плів і надіями марними зводив Дідону.&lt;br /&gt;</w:t>
        <w:br/>
        <w:t>Та незабаром у віщому сні перед нею з'явилась&lt;br /&gt;</w:t>
        <w:br/>
        <w:t>Тінь непохована. Звівши обличчя бліде, дивоглядне,&lt;br /&gt;</w:t>
        <w:br/>
        <w:t>Викрила їй храмову таємницю, і груди пробиті&lt;br /&gt;</w:t>
        <w:br/>
        <w:t>Їй показала, і навіч явила злочинство цареве.&lt;br /&gt;</w:t>
        <w:br/>
        <w:t>Радить покинути край і тікання своє приспішити,&lt;br /&gt;</w:t>
        <w:br/>
        <w:t>А на підмогу в дорозі показує скарб потаємний,&lt;br /&gt;</w:t>
        <w:br/>
        <w:t>Пильно укритий — незнаного срібла та золота купи.&lt;br /&gt;</w:t>
        <w:br/>
        <w:t>Вражена тим, товариство собі добирає Дідона.&lt;br /&gt;</w:t>
        <w:br/>
        <w:t>Всі, кого жах, і ненависть, і лють до царя поєднали,&lt;br /&gt;</w:t>
        <w:br/>
        <w:t>Сходяться. На кораблі, що у місті в той час нагодились,&lt;br /&gt;</w:t>
        <w:br/>
        <w:t>Зносять скарби і вантажать. I от уже плине по морю&lt;br /&gt;</w:t>
        <w:br/>
        <w:t>Пігмаліонове золото. Жінка все те довершила.&lt;br /&gt;</w:t>
        <w:br/>
        <w:t>Так і дістались до краю, де нині стоять велетенські&lt;br /&gt;</w:t>
        <w:br/>
        <w:t>Мури і зноситься гордий нової Картaгіни замок.&lt;br /&gt;</w:t>
        <w:br/>
        <w:t>(Землю купили, і Бірса славетному грунту наймення —&lt;br /&gt;</w:t>
        <w:br/>
        <w:t>Скільки воловою шкурою можна було охопити).&lt;br /&gt;</w:t>
        <w:br/>
        <w:t>Але хто ж ви і з яких узбережжів сюди заблукали,&lt;br /&gt;</w:t>
        <w:br/>
        <w:t>Звідки й куди ваша путь пролягає?" I так на той запит&lt;br /&gt;</w:t>
        <w:br/>
        <w:t>Відповідає Еней у глибокім зітханні сердечнім:</w:t>
      </w:r>
    </w:p>
    <w:p>
      <w:r>
        <w:br/>
        <w:t>"О, коли б я розповів од самого початку, богине,&lt;br /&gt;</w:t>
        <w:br/>
        <w:t>I коли б ласка твоя про злигодні наші послухать,-&lt;br /&gt;</w:t>
        <w:br/>
        <w:t>Веспер раніше б замкнув небеса і день упокоїв.&lt;br /&gt;</w:t>
        <w:br/>
        <w:t>Нас од старинної Трої,— як тільки до вашого уха&lt;br /&gt;</w:t>
        <w:br/>
        <w:t>Славне наймення долинуло Троя,— по довгих блуканнях&lt;br /&gt;</w:t>
        <w:br/>
        <w:t>Буря свавольна прибила до цих узбережжів лібійських.&lt;br /&gt;</w:t>
        <w:br/>
        <w:t>Я — боговірний Еней, що пенати у ворога вирвав,&lt;br /&gt;</w:t>
        <w:br/>
        <w:t>Взявши на свій корабель, і славою знісся до неба.&lt;br /&gt;</w:t>
        <w:br/>
        <w:t>Плину в Італію я, до роду свого, що походить&lt;br /&gt;</w:t>
        <w:br/>
        <w:t>Від громовладця самого. У морі Фрігійському мав я&lt;br /&gt;</w:t>
        <w:br/>
        <w:t>Двадесять суден, і мати-богиня мені помагала,&lt;br /&gt;</w:t>
        <w:br/>
        <w:t>Ледве одна семериця від Евра та хвиль заціліла;&lt;br /&gt;</w:t>
        <w:br/>
        <w:t>Сам я, забутий, нужденний, блуджу у пустелі лібійській,&lt;br /&gt;</w:t>
        <w:br/>
        <w:t>Гнаний з Європи, від Азії гнаний". Та дальшої скарги&lt;br /&gt;</w:t>
        <w:br/>
        <w:t>Не припустила Венера і так йому в річ упадає:</w:t>
      </w:r>
    </w:p>
    <w:p>
      <w:r>
        <w:br/>
        <w:t>"Хто б ти не був, але думаю я, що в опіці небесній&lt;br /&gt;</w:t>
        <w:br/>
        <w:t>Ти пробуваєш, коли ти тірійських осель доступився.&lt;br /&gt;</w:t>
        <w:br/>
        <w:t>Далі простуй, поки дійдеш царициних славних порогів.&lt;br /&gt;</w:t>
        <w:br/>
        <w:t>Знай, що твоє товариство і судна твої врятувались&lt;br /&gt;</w:t>
        <w:br/>
        <w:t>I до безпечних заток з вітерцем ходовим завертають —&lt;br /&gt;</w:t>
        <w:br/>
        <w:t>Чей же немарно мене ворожіння батьки научали!&lt;br /&gt;</w:t>
        <w:br/>
        <w:t>Глянь, як ця лебедів зграя кричить у повітрі, весела,-&lt;br /&gt;</w:t>
        <w:br/>
        <w:t>Їх од етерних висот Юпітерів птах, залетівши,&lt;br /&gt;</w:t>
        <w:br/>
        <w:t>В чистому небі полохав, а нині, у ключ розвернувшись,&lt;br /&gt;</w:t>
        <w:br/>
        <w:t>Ті поспадали додолу, а ці — де їм сісти, шукають.&lt;br /&gt;</w:t>
        <w:br/>
        <w:t>Як вони, лиха уникнувши, дужими крилами плещуть!&lt;br /&gt;</w:t>
        <w:br/>
        <w:t>Як у повітрі окреслюють кола, ячать і співають!&lt;br /&gt;</w:t>
        <w:br/>
        <w:t>Так і твої кораблі, і твоє молодецтво троянське&lt;br /&gt;</w:t>
        <w:br/>
        <w:t>Або на котвах стає, або до причалу прямує.&lt;br /&gt;</w:t>
        <w:br/>
        <w:t>Сміливо ж далі іди, куди стежка твоя завертає".</w:t>
      </w:r>
    </w:p>
    <w:p>
      <w:r>
        <w:br/>
        <w:t>Мовила — і відвернулась. I тут зарожевіла шия,&lt;br /&gt;</w:t>
        <w:br/>
        <w:t>Амброзіальне волосся тонким ароматом війнуло,&lt;br /&gt;</w:t>
        <w:br/>
        <w:t>Шата коротка опала додолу: в ході і поставі&lt;br /&gt;</w:t>
        <w:br/>
        <w:t>Справжня богиня нараз об'явилась. I зразу ж володар&lt;br /&gt;</w:t>
        <w:br/>
        <w:t>Матір пізнав і словом тужливим услід обізвався:&lt;br /&gt;</w:t>
        <w:br/>
        <w:t>"Нащо, жорстока, облудною статтю ошукуєш сина&lt;br /&gt;</w:t>
        <w:br/>
        <w:t>Ти невідступно? Чому б я не міг твоїх рук доторкнутись,&lt;br /&gt;</w:t>
        <w:br/>
        <w:t>I говорити до тебе, і голос почути правдивий?"&lt;br /&gt;</w:t>
        <w:br/>
        <w:t>Так нарікає і кроки свої скеровує в місто.&lt;br /&gt;</w:t>
        <w:br/>
        <w:t>I подорожнім Венера заслону дає із туману;&lt;br /&gt;</w:t>
        <w:br/>
        <w:t>Мовби плаща із густого повітря на них накидає,&lt;br /&gt;</w:t>
        <w:br/>
        <w:t>Щоб не помітив ніхто, і кривди ніхто не подіяв,&lt;br /&gt;</w:t>
        <w:br/>
        <w:t>I на путі не задержав питанням про ціль і дорогу.&lt;br /&gt;</w:t>
        <w:br/>
        <w:t>Справивши те, подалася до Пафу свого і, весела,&lt;br /&gt;</w:t>
        <w:br/>
        <w:t>Пишну домівку свою повітала, де сто її храмів&lt;br /&gt;</w:t>
        <w:br/>
        <w:t>Зносять кадила сабейські і свіжими квітнуть вінками.</w:t>
      </w:r>
    </w:p>
    <w:p>
      <w:r>
        <w:br/>
        <w:t>Далі ідуть подорожні, куди їх тропа закликає,&lt;br /&gt;</w:t>
        <w:br/>
        <w:t>I незабаром стають на горбі, що над містом панує,&lt;br /&gt;</w:t>
        <w:br/>
        <w:t>Маючи замок насупроти себе грізнuй оборонний.&lt;br /&gt;</w:t>
        <w:br/>
        <w:t>Дивом дивує Еней на споруду таку — між землянок,&lt;br /&gt;</w:t>
        <w:br/>
        <w:t>Дивом дивує міським бруковицям, і брамі, і людям.&lt;br /&gt;</w:t>
        <w:br/>
        <w:t>Пильно до праці взялися тірійці: ті мури мурують,&lt;br /&gt;</w:t>
        <w:br/>
        <w:t>Щоб докінчити фортецю, підкочують брили камінні,&lt;br /&gt;</w:t>
        <w:br/>
        <w:t>Інші для власних осель позначають грунта борозною,&lt;br /&gt;</w:t>
        <w:br/>
        <w:t>Треті суди уставляють, сенат та уряди найвищі,&lt;br /&gt;</w:t>
        <w:br/>
        <w:t>Гавань поглиблюють там, а тут підмурівки виводять&lt;br /&gt;</w:t>
        <w:br/>
        <w:t>Задля сидінь театральних, і просто у камені дикім&lt;br /&gt;</w:t>
        <w:br/>
        <w:t>Повирубали колони — майбутньої сцени покрасу.&lt;br /&gt;</w:t>
        <w:br/>
        <w:t>Все те роботу бджолину нагадує: десь у початку&lt;br /&gt;</w:t>
        <w:br/>
        <w:t>Щедрого літа, у променях сонця, по луках зелених,&lt;br /&gt;</w:t>
        <w:br/>
        <w:t>Грає бджола молодими роями, або запахущий&lt;br /&gt;</w:t>
        <w:br/>
        <w:t>Мед запасає і нeктаром повнить тісні комірчини,&lt;br /&gt;</w:t>
        <w:br/>
        <w:t>Або прибуток збирає від новоприбулих, і трутнів&lt;br /&gt;</w:t>
        <w:br/>
        <w:t>Плем'я ледаче від повних уже щільників одганяє.&lt;br /&gt;</w:t>
        <w:br/>
        <w:t>Праця і рух — і дихає медом щільник ароматний.&lt;br /&gt;</w:t>
        <w:br/>
        <w:t>"О щасливі! У вас уже мури міські виростають",-&lt;br /&gt;</w:t>
        <w:br/>
        <w:t>Мовить Еней, і покрівлі з вершини горба оглядає,&lt;br /&gt;</w:t>
        <w:br/>
        <w:t>I, оповитий туманом, спускається (річ неймовірна!)&lt;br /&gt;</w:t>
        <w:br/>
        <w:t>В людське живе осереддя, нікому з людей не помітний.</w:t>
      </w:r>
    </w:p>
    <w:p>
      <w:r>
        <w:br/>
        <w:t>Тінявий гай зеленів посередині міста, де, кажуть,&lt;br /&gt;</w:t>
        <w:br/>
        <w:t>Пуни, вітрами та борвієм гнані, як вийшли на берег,&lt;br /&gt;</w:t>
        <w:br/>
        <w:t>Зразу ж признаку собі одкопали — ту голову кінську,&lt;br /&gt;</w:t>
        <w:br/>
        <w:t>Що показала Юнона-цариця, звістуючи місту&lt;br /&gt;</w:t>
        <w:br/>
        <w:t>Славу гучну у боях і надовго сприятливе щастя.&lt;br /&gt;</w:t>
        <w:br/>
        <w:t>Тут і поставила храм величавий Дідона Тірійська,&lt;br /&gt;</w:t>
        <w:br/>
        <w:t>Щедрий дарами і доброю міццю Юнони багатий.&lt;br /&gt;</w:t>
        <w:br/>
        <w:t>Міддю оковані сходи здіймалися: мідні одвірки&lt;br /&gt;</w:t>
        <w:br/>
        <w:t>Падали в око, і міддю бляховані двері рипіли.</w:t>
      </w:r>
    </w:p>
    <w:p>
      <w:r>
        <w:br/>
        <w:t>Тут, у святому гаю, новина несподівана гонить&lt;br /&gt;</w:t>
        <w:br/>
        <w:t>Сумнів і жах; тут уперше Еней починає плекати&lt;br /&gt;</w:t>
        <w:br/>
        <w:t>Ясну надію, і певність — що лихо мине — віднаходить,&lt;br /&gt;</w:t>
        <w:br/>
        <w:t>Бо ж біля храму, ждучи на царицю і кожну оздобу&lt;br /&gt;</w:t>
        <w:br/>
        <w:t>Переглядаючи пильно, дивуючись долі і щастю&lt;br /&gt;</w:t>
        <w:br/>
        <w:t>Міста нового і шану віддавши митцевому хисту&lt;br /&gt;</w:t>
        <w:br/>
        <w:t>Та працьовитості, бачить події нараз іліонські —&lt;br /&gt;</w:t>
        <w:br/>
        <w:t>Битви, що гомоном слави в широких світах пролунали:&lt;br /&gt;</w:t>
        <w:br/>
        <w:t>Тут і Пріам, і Атрід, і Ахілл, обом ненависний.&lt;br /&gt;</w:t>
        <w:br/>
        <w:t>I зупинився Еней: "Чи є де країна, Ахате,&lt;br /&gt;</w:t>
        <w:br/>
        <w:t>Місце чи є на землі, де б злигоднів наших не знали?&lt;br /&gt;</w:t>
        <w:br/>
        <w:t>От він, Пріам! Ще є нагорода за честь і за гідність,&lt;br /&gt;</w:t>
        <w:br/>
        <w:t>Є ще на світі сльоза і до подвигів людських пошана.&lt;br /&gt;</w:t>
        <w:br/>
        <w:t>Не потерпай же: ця слава віщує тобі порятунок!"&lt;br /&gt;</w:t>
        <w:br/>
        <w:t>Мовив, і очі живuть на марнім німім малюванні,&lt;br /&gt;</w:t>
        <w:br/>
        <w:t>Тяжко зітхає, і котяться сльози потоком нестримним.&lt;br /&gt;</w:t>
        <w:br/>
        <w:t>Тут йому видко, як, лавою ставши довкола Пергаму,&lt;br /&gt;</w:t>
        <w:br/>
        <w:t>Граї назад подаються; натиснула молодь троянська;&lt;br /&gt;</w:t>
        <w:br/>
        <w:t>Там одступають фрігійці: жене їх Ахілл шеломeнний.&lt;br /&gt;</w:t>
        <w:br/>
        <w:t>Трохи оподаль на очі йому навертаються білі&lt;br /&gt;</w:t>
        <w:br/>
        <w:t>Резові шатра, той табір, у першому сні нерухомий,&lt;br /&gt;</w:t>
        <w:br/>
        <w:t>Що різаниною Тідід кривавий його запустошив.&lt;br /&gt;</w:t>
        <w:br/>
        <w:t>Грекам дісталися коні гарячі: ще й корму не встигли&lt;br /&gt;</w:t>
        <w:br/>
        <w:t>Покуштувати троянського, ні у Скамандрі напитись.&lt;br /&gt;</w:t>
        <w:br/>
        <w:t>З іншого боку летить у бою обеззброєний Троїл,&lt;br /&gt;</w:t>
        <w:br/>
        <w:t>Хлопчик нещасний, що став до борні з незрівнянним Ахіллом.&lt;br /&gt;</w:t>
        <w:br/>
        <w:t>Коні несуть його — він же у возі відкинувся навзнак,&lt;br /&gt;</w:t>
        <w:br/>
        <w:t>Віжки тримає, а кучері чорні метуть бойовище;&lt;br /&gt;</w:t>
        <w:br/>
        <w:t>Спис обернувся, і вістря дорожній розкреслює порох.&lt;br /&gt;</w:t>
        <w:br/>
        <w:t>Далі троянки ідуть, розметавши по плечах волосся,&lt;br /&gt;</w:t>
        <w:br/>
        <w:t>До вівтарів невблаганної серцем Паллади, і пеплум&lt;br /&gt;</w:t>
        <w:br/>
        <w:t>Їй на офіру несуть, і в розпачі б'ють себе в груди —&lt;br /&gt;</w:t>
        <w:br/>
        <w:t>Діва ж сидить на престолі і погляд від них одвернула.&lt;br /&gt;</w:t>
        <w:br/>
        <w:t>Далі бездушного Гектора втретє Ахілл-переможець&lt;br /&gt;</w:t>
        <w:br/>
        <w:t>Круг Іліона волочить, щоб потім за золото 'ддати.&lt;br /&gt;</w:t>
        <w:br/>
        <w:t>Стогін тяжкий виривається з серця Енеєві, скоро&lt;br /&gt;</w:t>
        <w:br/>
        <w:t>Бачить він друга забитого зброю, і тіло вояцьке,&lt;br /&gt;</w:t>
        <w:br/>
        <w:t>I неозброєні руки Пріама, з молінням простерті.&lt;br /&gt;</w:t>
        <w:br/>
        <w:t>Він помічає себе серед тиску ахаїв чільніших,&lt;br /&gt;</w:t>
        <w:br/>
        <w:t>Шики прибульців зі Сходу і Мемнона чорного панцир;&lt;br /&gt;</w:t>
        <w:br/>
        <w:t>Бачить округлі щити — амазонок ряди незчисленні;&lt;br /&gt;</w:t>
        <w:br/>
        <w:t>Пентезілея веде їх до бою, грізнa, войовнича,&lt;br /&gt;</w:t>
        <w:br/>
        <w:t>I, пояском золотим підв'язавши оголені перса,&lt;br /&gt;</w:t>
        <w:br/>
        <w:t>З чоловіками вона не боїться змагатися збройно.</w:t>
      </w:r>
    </w:p>
    <w:p>
      <w:r>
        <w:br/>
        <w:t>Поки троянець Еней оглядає картини дивочні,&lt;br /&gt;</w:t>
        <w:br/>
        <w:t>Поки стоїть і німує, віддавшися весь спогляданню,-&lt;br /&gt;</w:t>
        <w:br/>
        <w:t>До будування цариця іде, незрівнянна на вроду,&lt;br /&gt;</w:t>
        <w:br/>
        <w:t>А за царицею слідом добірного вицвіт юнацтва.&lt;br /&gt;</w:t>
        <w:br/>
        <w:t>Як на Евротовім березі або на горах Цінтійських&lt;br /&gt;</w:t>
        <w:br/>
        <w:t>Водить Діана танок, і зусюди прилинуть до неї&lt;br /&gt;</w:t>
        <w:br/>
        <w:t>Хори легкі Ореад. Вона ж сайдака перекине&lt;br /&gt;</w:t>
        <w:br/>
        <w:t>Через плече і рушить, найвища з богинь олімпійських,-&lt;br /&gt;</w:t>
        <w:br/>
        <w:t>Що то за радість тоді вповиває Латонине серце!&lt;br /&gt;</w:t>
        <w:br/>
        <w:t>Так і Дідона сіяла красою і йшла в осереддя&lt;br /&gt;</w:t>
        <w:br/>
        <w:t>Праці і всіх закликала до міста майбутнього братись.&lt;br /&gt;</w:t>
        <w:br/>
        <w:t>Перед дверима богині, під дахом високого храму,&lt;br /&gt;</w:t>
        <w:br/>
        <w:t>Сіла на троні вона, в оружному колі вояцькім.&lt;br /&gt;</w:t>
        <w:br/>
        <w:t>Суд вирікала, закони заводила і поміж людьми&lt;br /&gt;</w:t>
        <w:br/>
        <w:t>То постановою, то жеребком розкладала роботи.&lt;br /&gt;</w:t>
        <w:br/>
        <w:t>Тут несподівано бачить Еней, як у збігові люду&lt;br /&gt;</w:t>
        <w:br/>
        <w:t>Мужній Клоант, і Сергест, і Антей до святині надходять&lt;br /&gt;</w:t>
        <w:br/>
        <w:t>З іншими тевкрами, що налітнa на просторищах моря&lt;br /&gt;</w:t>
        <w:br/>
        <w:t>Буря схопила і в сторони їх розімчала далекі.&lt;br /&gt;</w:t>
        <w:br/>
        <w:t>Вражений дивом, спинився. Від радості та небезпеки&lt;br /&gt;</w:t>
        <w:br/>
        <w:t>Розхвилювався Ахат. I бажанням горять потиснyти&lt;br /&gt;</w:t>
        <w:br/>
        <w:t>Дружню правицю, і тяжко турбуються дальшою миттю,&lt;br /&gt;</w:t>
        <w:br/>
        <w:t>Затамувавши чуття, із туманної стежать обслони,&lt;br /&gt;</w:t>
        <w:br/>
        <w:t>Доля яка перестріла мандрівників, де залишились&lt;br /&gt;</w:t>
        <w:br/>
        <w:t>Їх кораблі, і для чого сюди прибувають? Бо ж тлумом&lt;br /&gt;</w:t>
        <w:br/>
        <w:t>Сходяться від кораблів і храм виповняють благанням.&lt;br /&gt;</w:t>
        <w:br/>
        <w:t>Ледве зайшли під склепіння, і дано їм слово держати.&lt;br /&gt;</w:t>
        <w:br/>
        <w:t>Іліоней, найстаріший з усіх, починає лагідно:&lt;br /&gt;</w:t>
        <w:br/>
        <w:t>"Ти, о царице, що з ласки Юпітера тут осадила&lt;br /&gt;</w:t>
        <w:br/>
        <w:t>Царство і люд непокірний єднаєш собі правотою!&lt;br /&gt;</w:t>
        <w:br/>
        <w:t>Ми — переможені тройці, всіма наблукавшись морями,&lt;br /&gt;</w:t>
        <w:br/>
        <w:t>Молим тебе: не давай наших суден на здобич огневі!&lt;br /&gt;</w:t>
        <w:br/>
        <w:t>Зглянься над людом побожним, спізнай наше горе смертельне.&lt;br /&gt;</w:t>
        <w:br/>
        <w:t>Ми не пустошити землю лібійську сюди заблукали&lt;br /&gt;</w:t>
        <w:br/>
        <w:t>І не збираємось чорним грабунком човни навантажить:&lt;br /&gt;</w:t>
        <w:br/>
        <w:t>Ні, в переможених серце від тих зазіханнів далеке.&lt;br /&gt;</w:t>
        <w:br/>
        <w:t>Є сторона — Гесперійською греки її прозивають,-&lt;br /&gt;</w:t>
        <w:br/>
        <w:t>Давня країна, прославлена військом та грунтом родючим,&lt;br /&gt;</w:t>
        <w:br/>
        <w:t>Люд енотрійський її оселив — та нові покоління&lt;br /&gt;</w:t>
        <w:br/>
        <w:t>Стали, на ймення свого ватажка, італійцями зватись.&lt;br /&gt;</w:t>
        <w:br/>
        <w:t>Ось ми куди прямували.&lt;br /&gt;</w:t>
        <w:br/>
        <w:t>Та несподівано бурю здійняв Оріон дощовитий&lt;br /&gt;</w:t>
        <w:br/>
        <w:t>І, на обмілини нас ошалілим Австром погнавши,&lt;br /&gt;</w:t>
        <w:br/>
        <w:t>Сіллю морською здолав нас, на скелі погнав непрохожі;&lt;br /&gt;</w:t>
        <w:br/>
        <w:t>Тільки частина плавців до вашого грунту прибилась.&lt;br /&gt;</w:t>
        <w:br/>
        <w:t>Але ж... який у вас люд? I яка сторона припускає&lt;br /&gt;</w:t>
        <w:br/>
        <w:t>Звичай подібний? Гостинність чужа узбережжям тутешнім.&lt;br /&gt;</w:t>
        <w:br/>
        <w:t>Зброя дзвенить, не дає і на край суходолу ступити.&lt;br /&gt;</w:t>
        <w:br/>
        <w:t>Хай ви людей і смертельну їх міць держите у погорді —&lt;br /&gt;</w:t>
        <w:br/>
        <w:t>Не зневажайте богів, на чесноту і гріх пам'ятливих.&lt;br /&gt;</w:t>
        <w:br/>
        <w:t>Був у нас цар і державця Еней, що ніхто й не зрівнявся&lt;br /&gt;</w:t>
        <w:br/>
        <w:t>З ним справедливістю, збройною міццю та духом побожним.&lt;br /&gt;</w:t>
        <w:br/>
        <w:t>Якщо роковано нині йому врятуватись і п'є він&lt;br /&gt;</w:t>
        <w:br/>
        <w:t>Подих наземного світу і з тінями ще не блукає,-&lt;br /&gt;</w:t>
        <w:br/>
        <w:t>То не опасуйся: не пошкодуєш, що ти учинила&lt;br /&gt;</w:t>
        <w:br/>
        <w:t>Послугу нам перед іншими. Є у Сіцілії царство,&lt;br /&gt;</w:t>
        <w:br/>
        <w:t>Зброя, міста і владика Ацест од троянської крові.&lt;br /&gt;</w:t>
        <w:br/>
        <w:t>Тільки дозволь кораблі до берега нам привернути,&lt;br /&gt;</w:t>
        <w:br/>
        <w:t>Дерева взяти у лісі та весел собі настругати —&lt;br /&gt;</w:t>
        <w:br/>
        <w:t>I як нам дано царя і братерства свого дочекатись,&lt;br /&gt;</w:t>
        <w:br/>
        <w:t>Радісно ми попливем до Італії, в землю латинську.&lt;br /&gt;</w:t>
        <w:br/>
        <w:t>Як же, володарю тевкрів, тобі не судився рятунок,&lt;br /&gt;</w:t>
        <w:br/>
        <w:t>I простелились нурта над тобою, і згинув Іул наш,-&lt;br /&gt;</w:t>
        <w:br/>
        <w:t>Ми подамося назад, до Сіканського моря, до селищ,&lt;br /&gt;</w:t>
        <w:br/>
        <w:t>Звідки до вас прибули — до вождя і зичливця Ацеста".&lt;br /&gt;</w:t>
        <w:br/>
        <w:t>Іліоней закінчив, і гомоном спільним озвались&lt;br /&gt;</w:t>
        <w:br/>
        <w:t>Всі дарданіди.</w:t>
      </w:r>
    </w:p>
    <w:p>
      <w:r>
        <w:br/>
        <w:t>Злегка чолом поникаючи, коротко мовить Дідона:&lt;br /&gt;</w:t>
        <w:br/>
        <w:t>"Тевкри, одкиньте турботу і страху в серцях не тримайте.&lt;br /&gt;</w:t>
        <w:br/>
        <w:t>Труднощі наші і царства несталість мені накидають&lt;br /&gt;</w:t>
        <w:br/>
        <w:t>Заходи ті негостинні, те чуйне границь пильнування.&lt;br /&gt;</w:t>
        <w:br/>
        <w:t>Хто ж товариства енейців і хто Іліона не знає&lt;br /&gt;</w:t>
        <w:br/>
        <w:t>Мужніх бойців? I облоги з нечувано лютим пожаром?&lt;br /&gt;</w:t>
        <w:br/>
        <w:t>Бо ж не до краю серця здебелілі у грудях пунійських,&lt;br /&gt;</w:t>
        <w:br/>
        <w:t>I не занадто од нас одвертається сонце живуще!&lt;br /&gt;</w:t>
        <w:br/>
        <w:t>Чи до Гесперії рушите ви, на Сатурнові ниви,&lt;br /&gt;</w:t>
        <w:br/>
        <w:t>Чи до Ацеста-вождя, до Ерікса гір пожаданих,-&lt;br /&gt;</w:t>
        <w:br/>
        <w:t>Вас я пущу безборонно і видам усе до потреби,&lt;br /&gt;</w:t>
        <w:br/>
        <w:t>А побажаєте в царстві цьому залишитись зо мною,-&lt;br /&gt;</w:t>
        <w:br/>
        <w:t>Місто, що нині будується, ваше. Виходьте на берег!&lt;br /&gt;</w:t>
        <w:br/>
        <w:t>Трой чи тірієць — ніякої в мене одміни не буде.&lt;br /&gt;</w:t>
        <w:br/>
        <w:t>О, коли б сам з цим же вітром південним сюди нагодився&lt;br /&gt;</w:t>
        <w:br/>
        <w:t>Ваш оборонець Еней! По всьому узбережжю пошлю я&lt;br /&gt;</w:t>
        <w:br/>
        <w:t>Вірних гінців і найдальші границі звелю обшукати —&lt;br /&gt;</w:t>
        <w:br/>
        <w:t>Чей же блукає де-небудь в лісах чи по селищах людських?"&lt;br /&gt;</w:t>
        <w:br/>
        <w:t>До глибини розворушені словом, Ахат і побожний&lt;br /&gt;</w:t>
        <w:br/>
        <w:t>Батько Еней поривались давно уже млу розірвати;&lt;br /&gt;</w:t>
        <w:br/>
        <w:t>Тут, до Енея звернувшись, хоробрий Ахат обізвався:&lt;br /&gt;</w:t>
        <w:br/>
        <w:t>"Сину богині, яка в твоїм серці зринає ухвала?&lt;br /&gt;</w:t>
        <w:br/>
        <w:t>Бачиш, ніщо не пропало, і братчики всі повернулись,&lt;br /&gt;</w:t>
        <w:br/>
        <w:t>Тільки й нема одного, що на oчах у нас поглинуло&lt;br /&gt;</w:t>
        <w:br/>
        <w:t>Море розбурхане. Сталось — як мати тобі ворожила!"&lt;br /&gt;</w:t>
        <w:br/>
        <w:t>Ледве промовив, як оболок темний, розлитий довкола,&lt;br /&gt;</w:t>
        <w:br/>
        <w:t>Раптом прорвався і в чистому небі розвіявся легко.&lt;br /&gt;</w:t>
        <w:br/>
        <w:t>Станув Еней перед людом і, весь опромінений сяйвом,&lt;br /&gt;</w:t>
        <w:br/>
        <w:t>Був раменами до бога подібний: бо ж мати Венера&lt;br /&gt;</w:t>
        <w:br/>
        <w:t>Кучерям сина краси надавала, і юності відблиск&lt;br /&gt;</w:t>
        <w:br/>
        <w:t>В лицях йому зарожевів і звагою сповнились очі.&lt;br /&gt;</w:t>
        <w:br/>
        <w:t>Кістку отак різьбярева рука оздобляє слонову,&lt;br /&gt;</w:t>
        <w:br/>
        <w:t>Так у червоному золоті срібло та мармур ясніють,&lt;br /&gt;</w:t>
        <w:br/>
        <w:t>I, несподіваний, так до цариці й до людського збору&lt;br /&gt;</w:t>
        <w:br/>
        <w:t>Він удається: "Я з вами, не треба пошуканок. Ось я,&lt;br /&gt;</w:t>
        <w:br/>
        <w:t>Троєць Еней, урятований з хвилі Лібійського моря,&lt;br /&gt;</w:t>
        <w:br/>
        <w:t>Ти ж, о єдина, що глибоко болем троянським болієш,&lt;br /&gt;</w:t>
        <w:br/>
        <w:t>Що — не добитих данаями, на суходолі і в морі&lt;br /&gt;</w:t>
        <w:br/>
        <w:t>Повною чашею горя напоєних, голих, голодних —&lt;br /&gt;</w:t>
        <w:br/>
        <w:t>Нас до господи й до царства свого прилучаєш! Несила&lt;br /&gt;</w:t>
        <w:br/>
        <w:t>Нам, о царице, несила кому б не було із троянців,&lt;br /&gt;</w:t>
        <w:br/>
        <w:t>В світі розкиданих, гідну подяку тобі уложити.&lt;br /&gt;</w:t>
        <w:br/>
        <w:t>Хай несмертельні тобі (коли є нагорода побожним&lt;br /&gt;</w:t>
        <w:br/>
        <w:t>I коли праведне серце в шанобі іще пробуває)&lt;br /&gt;</w:t>
        <w:br/>
        <w:t>Гойно за те віддадуть. У якому ж блаженному роді&lt;br /&gt;</w:t>
        <w:br/>
        <w:t>Ти із'явилась? Яких ти батьків звеселила собою?&lt;br /&gt;</w:t>
        <w:br/>
        <w:t>Поки до моря спливатимуть ріки, поки в долинах&lt;br /&gt;</w:t>
        <w:br/>
        <w:t>Перебігатиме тінь од шпилів, а в горішнім небі&lt;br /&gt;</w:t>
        <w:br/>
        <w:t>Зорі живитися будуть,— наймення твоє і чеснота&lt;br /&gt;</w:t>
        <w:br/>
        <w:t>Підуть зо мною на всі мої дальші дороги". Промовив,&lt;br /&gt;</w:t>
        <w:br/>
        <w:t>I подає Ільйонеєві праву, Серастові ліву&lt;br /&gt;</w:t>
        <w:br/>
        <w:t>(Мужнього тисне Клеонта і мужнього Гію вітає).</w:t>
      </w:r>
    </w:p>
    <w:p>
      <w:r>
        <w:br/>
        <w:t>Образ героя найперше Дідону вразив фінікійську,&lt;br /&gt;</w:t>
        <w:br/>
        <w:t>Потім — нещастя його. I так вона мовить устами:&lt;br /&gt;</w:t>
        <w:br/>
        <w:t>"Сину богині, яка тебе доля крізь ті небезпеки&lt;br /&gt;</w:t>
        <w:br/>
        <w:t>Гонить? I сила яка до суворих країн привертає?&lt;br /&gt;</w:t>
        <w:br/>
        <w:t>Ти ж бо той самий Еней, що Дaрдана крові — Анхізу&lt;br /&gt;</w:t>
        <w:br/>
        <w:t>Мати Венера на світ привела біля вод Сімоенту?&lt;br /&gt;</w:t>
        <w:br/>
        <w:t>Тевкра я знала колись, як він до Сідону приходив&lt;br /&gt;</w:t>
        <w:br/>
        <w:t>З рідного краю вигнанцем, щоб царство нове роздобути&lt;br /&gt;</w:t>
        <w:br/>
        <w:t>Із запомогою Бела; а батько мій Бел, звоювавши&lt;br /&gt;</w:t>
        <w:br/>
        <w:t>Кіпра багатого ниви, всю землю ту мав у обладі.&lt;br /&gt;</w:t>
        <w:br/>
        <w:t>З ранніх ще літ по знакy мені злигодні вашого царства,&lt;br /&gt;</w:t>
        <w:br/>
        <w:t>Слава троянська, і ти, і пелазгів царі войовничі.&lt;br /&gt;</w:t>
        <w:br/>
        <w:t>Навіть і ворог тоді іліонян хвалою підносив,&lt;br /&gt;</w:t>
        <w:br/>
        <w:t>Пагінцем сам від троянського пня величався охоче.&lt;br /&gt;</w:t>
        <w:br/>
        <w:t>Отже, вояцтво, і ви розгостіться у нашому домі.&lt;br /&gt;</w:t>
        <w:br/>
        <w:t>Знайте, і я, лихоліттям досвідчена, довго терпіла,&lt;br /&gt;</w:t>
        <w:br/>
        <w:t>Поки богове дозволили ці береги осадити.&lt;br /&gt;</w:t>
        <w:br/>
        <w:t>Горя зазнавши, нужденним учусь і сама помагати".&lt;br /&gt;</w:t>
        <w:br/>
        <w:t>Мовила. I одночасно Енея веде до палацу,&lt;br /&gt;</w:t>
        <w:br/>
        <w:t>Упоряджає офіри безсмертним богам одночасно;&lt;br /&gt;</w:t>
        <w:br/>
        <w:t>А товариству на берег наказує зараз послати&lt;br /&gt;</w:t>
        <w:br/>
        <w:t>Двадцять биків і сотню великих щетинястих вепрів,&lt;br /&gt;</w:t>
        <w:br/>
        <w:t>Сотню ягнят молодих і добре вгодованих маток,&lt;br /&gt;</w:t>
        <w:br/>
        <w:t>Щедрі дарунки святочного дня.&lt;br /&gt;</w:t>
        <w:br/>
        <w:t>Учта тим часом розкішна готується в царських покоях;&lt;br /&gt;</w:t>
        <w:br/>
        <w:t>Попід склепінням високим оздоба нечувана сяє:&lt;br /&gt;</w:t>
        <w:br/>
        <w:t>Килими ткані красуються скрізь багрецем найдорожчим;&lt;br /&gt;</w:t>
        <w:br/>
        <w:t>Срібне начиння столи обтяжає; у золоті кубків&lt;br /&gt;</w:t>
        <w:br/>
        <w:t>Видко різьблені діяння батьків і вчинки численних&lt;br /&gt;</w:t>
        <w:br/>
        <w:t>Витязів од найдавніших начатків пунійського роду.</w:t>
      </w:r>
    </w:p>
    <w:p>
      <w:r>
        <w:br/>
        <w:t>Батько ж Еней — неспроможен без сина знайти супокою —&lt;br /&gt;</w:t>
        <w:br/>
        <w:t>Каже Ахатові йти до причалів і все розказати&lt;br /&gt;</w:t>
        <w:br/>
        <w:t>Синові, і самогo привести до пунійського муру&lt;br /&gt;</w:t>
        <w:br/>
        <w:t>(Все про Асканія ніжно піклується батькова думка).&lt;br /&gt;</w:t>
        <w:br/>
        <w:t>Каже він також узяти дари, що в руїні троянській&lt;br /&gt;</w:t>
        <w:br/>
        <w:t>З полум'я виніс — плаща золотого в оздобі мистецькій&lt;br /&gt;</w:t>
        <w:br/>
        <w:t>I дороге покривало, акантом шафрановим ткане,-&lt;br /&gt;</w:t>
        <w:br/>
        <w:t>Вбрання Гелени-аргiв'янки (як із Мікен знакомитих&lt;br /&gt;</w:t>
        <w:br/>
        <w:t>До нечестивого шлюбу в далекий Пергам поспішала,&lt;br /&gt;</w:t>
        <w:br/>
        <w:t>Їй же від матері Леди дісталося те в подарунок),&lt;br /&gt;</w:t>
        <w:br/>
        <w:t>Берло узяти велить, що носила колись Іліона,&lt;br /&gt;</w:t>
        <w:br/>
        <w:t>Старша з Пріамових дочок, і перлів разок многоцінний,&lt;br /&gt;</w:t>
        <w:br/>
        <w:t>I діадему з подвійною грою каміння і злота.&lt;br /&gt;</w:t>
        <w:br/>
        <w:t>I до човнів поспішає Ахат — доконати веління.</w:t>
      </w:r>
    </w:p>
    <w:p>
      <w:r>
        <w:br/>
        <w:t>А Цітерея тим часом новий обмірковує задум,&lt;br /&gt;</w:t>
        <w:br/>
        <w:t>Заходів інших береться: щоб, постать свою відмінивши,&lt;br /&gt;</w:t>
        <w:br/>
        <w:t>Замість Іула, Купiдін мерщій приступив до цариці,&lt;br /&gt;</w:t>
        <w:br/>
        <w:t>I подарунки віддав, і коханням їй висушив кості.&lt;br /&gt;</w:t>
        <w:br/>
        <w:t>Їй увижається зрада. Тірійського слова двозначність&lt;br /&gt;</w:t>
        <w:br/>
        <w:t>I невгамовна Юнони злостивість тривожать їй серце.&lt;br /&gt;</w:t>
        <w:br/>
        <w:t>I, невпокійна, до сина крилатого так промовляє:&lt;br /&gt;</w:t>
        <w:br/>
        <w:t>"Сину мій, владо моя, що єдиний у цілому світі&lt;br /&gt;</w:t>
        <w:br/>
        <w:t>Стріли Тіфоєві батька богів і вождя зневажаєш,&lt;br /&gt;</w:t>
        <w:br/>
        <w:t>Сину, до тебе вдаюсь, до безсмертної сили твоєї.&lt;br /&gt;</w:t>
        <w:br/>
        <w:t>Знаєш гаразд, як твій брат Еней, блукаючи морем&lt;br /&gt;</w:t>
        <w:br/>
        <w:t>Вздовж берегів негостинних, спізнав усю лють і запеклість&lt;br /&gt;</w:t>
        <w:br/>
        <w:t>Серця Юнони; ти сам вболівав над моїм бідуванням.&lt;br /&gt;</w:t>
        <w:br/>
        <w:t>Нині ж Дідона його фінікіянка лагідним словом&lt;br /&gt;</w:t>
        <w:br/>
        <w:t>Щиро у себе держuть. Та Юнони боюсь я, що може&lt;br /&gt;</w:t>
        <w:br/>
        <w:t>Все відмінити: не стерпить вона повороту такого!&lt;br /&gt;</w:t>
        <w:br/>
        <w:t>От я й гадаю, на хитрощі взявшись, огонь розпалити&lt;br /&gt;</w:t>
        <w:br/>
        <w:t>В серці Дідони, щоб навіть богині воно не корилось&lt;br /&gt;</w:t>
        <w:br/>
        <w:t>I до Енея коханням великим, як я, прив'язалось.&lt;br /&gt;</w:t>
        <w:br/>
        <w:t>Як осягнути того — послухай мого научання.&lt;br /&gt;</w:t>
        <w:br/>
        <w:t>Царствений хлопчик Асканій, турбота моя найдорожча,&lt;br /&gt;</w:t>
        <w:br/>
        <w:t>Батьківській волі покірний, іде до сідонського міста&lt;br /&gt;</w:t>
        <w:br/>
        <w:t>I подарунки несе, від пожару та хвиль позосталі.&lt;br /&gt;</w:t>
        <w:br/>
        <w:t>Сном огорнувши його, на Цітеру візьму його дальню&lt;br /&gt;</w:t>
        <w:br/>
        <w:t>Або у храмі укрию своїм на горі Ідалійській,&lt;br /&gt;</w:t>
        <w:br/>
        <w:t>Щоб здогадатись не міг він і нам перешкодою стати.&lt;br /&gt;</w:t>
        <w:br/>
        <w:t>Ти його образ візьми на єдину добу — і, хлоп'ятко,&lt;br /&gt;</w:t>
        <w:br/>
        <w:t>В іншій подобі хлоп'ячій царицю мені ошукаєш.&lt;br /&gt;</w:t>
        <w:br/>
        <w:t>I як до серця тебе, звеселившись, пригорне Дідона&lt;br /&gt;</w:t>
        <w:br/>
        <w:t>Серед бенкету дзвінкого, за спіненим кубком Ліея,&lt;br /&gt;</w:t>
        <w:br/>
        <w:t>Як обіймати почне і цілунками пестити рясно,-&lt;br /&gt;</w:t>
        <w:br/>
        <w:t>Ти їй огонь потаємний навій і трутизну підступну".</w:t>
      </w:r>
    </w:p>
    <w:p>
      <w:r>
        <w:br/>
        <w:t>Матері слову корuться Амор, і згорнув свої крила,&lt;br /&gt;</w:t>
        <w:br/>
        <w:t>I виступає, веселий, Іула ходу перейнявши.&lt;br /&gt;</w:t>
        <w:br/>
        <w:t>Мати ж Венера на вії Асканія сон супокійний&lt;br /&gt;</w:t>
        <w:br/>
        <w:t>Зводить, і, ніжно на теплому лоні своїм пригорнувши,&lt;br /&gt;</w:t>
        <w:br/>
        <w:t>До Ідалійського гаю відносить, і там в майоранах&lt;br /&gt;</w:t>
        <w:br/>
        <w:t>Пестить тонким ароматом і затінком криє солодким.&lt;br /&gt;</w:t>
        <w:br/>
        <w:t>От уже путь до Тірійського замка простує Купідін&lt;br /&gt;</w:t>
        <w:br/>
        <w:t>І подарунки несе під Ахатовим проводом певним.&lt;br /&gt;</w:t>
        <w:br/>
        <w:t>Як же прийшли до палацу, Дідона уже під наметом&lt;br /&gt;</w:t>
        <w:br/>
        <w:t>На дорогих килимах посередині учти сиділа.&lt;br /&gt;</w:t>
        <w:br/>
        <w:t>Входить батько Еней, за ним товариство троянське,&lt;br /&gt;</w:t>
        <w:br/>
        <w:t>I на простелених тканях пурпурних місця обіймають.&lt;br /&gt;</w:t>
        <w:br/>
        <w:t>Слуги з'являються, кошики з хлібом і воду розносять&lt;br /&gt;</w:t>
        <w:br/>
        <w:t>I рушники подають із коротковолосої вовни.&lt;br /&gt;</w:t>
        <w:br/>
        <w:t>П'ять десятків служниць метушаться по царських покоях,&lt;br /&gt;</w:t>
        <w:br/>
        <w:t>Наготовляють на стіл і про вогнище дбають пенатам.&lt;br /&gt;</w:t>
        <w:br/>
        <w:t>Інші, сто юних дівчат і сто хлопчаків-одногодків,&lt;br /&gt;</w:t>
        <w:br/>
        <w:t>Страви на стіл подають і ставляють кубки різьблeні.&lt;br /&gt;</w:t>
        <w:br/>
        <w:t>Сила також і тірійського люду зійшлось у покоях&lt;br /&gt;</w:t>
        <w:br/>
        <w:t>І на запрошення царське лягло по тканинах барвистих.&lt;br /&gt;</w:t>
        <w:br/>
        <w:t>На подарунки Енея милуються, сина Іула&lt;br /&gt;</w:t>
        <w:br/>
        <w:t>Зносять хвалою лице променисте і мову облудну,&lt;br /&gt;</w:t>
        <w:br/>
        <w:t>Паллі дивуються і покривалу у жовтих акантах.&lt;br /&gt;</w:t>
        <w:br/>
        <w:t>Надто ж нещасна, на жертву рокована згубі майбутній,&lt;br /&gt;</w:t>
        <w:br/>
        <w:t>Серця й жадібних очей наситuти не може цариця,&lt;br /&gt;</w:t>
        <w:br/>
        <w:t>В захваті від подарунків і дивної отрока вроди.&lt;br /&gt;</w:t>
        <w:br/>
        <w:t>Він же в обійми Енеєві впав і на шиї зависнув;&lt;br /&gt;</w:t>
        <w:br/>
        <w:t>А заспокоївши батька мніманого серце гаряче,&lt;br /&gt;</w:t>
        <w:br/>
        <w:t>Йде до цариці. I пестить вона його оком і серцем,&lt;br /&gt;</w:t>
        <w:br/>
        <w:t>І пригортає до лона, і гріє: не знає Дідона,&lt;br /&gt;</w:t>
        <w:br/>
        <w:t>Що то за бог проти неї звитяжить. А він, не забувши&lt;br /&gt;</w:t>
        <w:br/>
        <w:t>Ацідаліїних слів, починає захитувать пам'ять&lt;br /&gt;</w:t>
        <w:br/>
        <w:t>Про чоловіка, завзявшися сповнить живою любов'ю&lt;br /&gt;</w:t>
        <w:br/>
        <w:t>Душу дрімливу, німу і давно відзвичаєне серце.&lt;br /&gt;</w:t>
        <w:br/>
        <w:t>От і спочинок настав за бенкетом. Столи відсувають,&lt;br /&gt;</w:t>
        <w:br/>
        <w:t>Чаші великі становлять і квітами їх коронують.&lt;br /&gt;</w:t>
        <w:br/>
        <w:t>Гомін пішов у покоях — і присінки котять луною&lt;br /&gt;</w:t>
        <w:br/>
        <w:t>Голос далеких розмов. Вже склепіння різнe променіє&lt;br /&gt;</w:t>
        <w:br/>
        <w:t>Лампами; вже смолоскипи темнoту нічну розганяють.&lt;br /&gt;</w:t>
        <w:br/>
        <w:t>Каже цариця подати їй кубок важкий, самоцвітний,&lt;br /&gt;</w:t>
        <w:br/>
        <w:t>Золотом красний, що пив його Бел і всі Белові предки,&lt;br /&gt;</w:t>
        <w:br/>
        <w:t>I виповняє вином. I тиша стає під дахами:&lt;br /&gt;</w:t>
        <w:br/>
        <w:t>"Батьку Юпітере! Ти, що звичаєм гостинним з'єднав нас!&lt;br /&gt;</w:t>
        <w:br/>
        <w:t>Хай у веселощах день цей минає троянцям прибулим&lt;br /&gt;</w:t>
        <w:br/>
        <w:t>I фінікіянам — хай і нащадки його пам'ятають.&lt;br /&gt;</w:t>
        <w:br/>
        <w:t>Вакхова радість, Юнонина ласка, тривай же над нами!&lt;br /&gt;</w:t>
        <w:br/>
        <w:t>Ви ж, о тірійці, вітайте своє товариство бенкетне!"&lt;br /&gt;</w:t>
        <w:br/>
        <w:t>Мовила і пролила над столами краплину присвятну.&lt;br /&gt;</w:t>
        <w:br/>
        <w:t>Потім устами злегенька діткнулася кубкових вінець,&lt;br /&gt;</w:t>
        <w:br/>
        <w:t>Бітії передала — припросила, і він неліниво&lt;br /&gt;</w:t>
        <w:br/>
        <w:t>Вихилив спінену чашу і виблиснув дном золоченим.&lt;br /&gt;</w:t>
        <w:br/>
        <w:t>Хилиться кубок по черзі. А довговолосий Іопа&lt;br /&gt;</w:t>
        <w:br/>
        <w:t>При золоченій кітарі Атлантову пісню заводить,&lt;br /&gt;</w:t>
        <w:br/>
        <w:t>Оповідає про путь місяцeву і труднощі сонця,&lt;br /&gt;</w:t>
        <w:br/>
        <w:t>Звідки звірi, і людина, і полум'я звідки, і злива,&lt;br /&gt;</w:t>
        <w:br/>
        <w:t>Звідки сльотливі Гіади, Арктур і обидві Запряжки,&lt;br /&gt;</w:t>
        <w:br/>
        <w:t>I через що зимовe поспішає до хвиль Океану&lt;br /&gt;</w:t>
        <w:br/>
        <w:t>Сонце, і що заважає ночам зволікатися довше.&lt;br /&gt;</w:t>
        <w:br/>
        <w:t>Плещуть раз по раз тірійці, і гості троянські — за ними.&lt;br /&gt;</w:t>
        <w:br/>
        <w:t>А нещаслива Дідона, віддавшися довгій розмові,&lt;br /&gt;</w:t>
        <w:br/>
        <w:t>Ніч пересиджує, вкрай упиваючись трунком кохання.&lt;br /&gt;</w:t>
        <w:br/>
        <w:t>Прагне вона за Пріама, за Гектора прагне дізнатись;&lt;br /&gt;</w:t>
        <w:br/>
        <w:t>Що то за зброю (питається) мав син Аврори могутній,&lt;br /&gt;</w:t>
        <w:br/>
        <w:t>Що то за коні були в Діомеда і міць — у Ахілла.&lt;br /&gt;</w:t>
        <w:br/>
        <w:t>"Ні, від початку найпершого, гостю, тепер розкажи нам,-&lt;br /&gt;</w:t>
        <w:br/>
        <w:t>Мовить вона,— про підступство данаїв, і злигодні Трої,&lt;br /&gt;</w:t>
        <w:br/>
        <w:t>I про блукання своє многотрудне. Бо от уже сьоме&lt;br /&gt;</w:t>
        <w:br/>
        <w:t>Носить морями тебе і всіма суходолами літо".</w:t>
      </w:r>
    </w:p>
    <w:p>
      <w:r>
        <w:br/>
        <w:t>З книги другої (в. 199-227)</w:t>
      </w:r>
    </w:p>
    <w:p>
      <w:r>
        <w:br/>
        <w:t>Тут несподівано друга, грізніша подія заходить&lt;br /&gt;</w:t>
        <w:br/>
        <w:t>I на стурбовані наші серця тягарем налягає.&lt;br /&gt;</w:t>
        <w:br/>
        <w:t>Лаокоонт, новообраний жрець моревладці Нептуна,&lt;br /&gt;</w:t>
        <w:br/>
        <w:t>Саме колов молодого бика на офіру святочну.&lt;br /&gt;</w:t>
        <w:br/>
        <w:t>Бачим: по тихому морю два змії пливуть велетенські&lt;br /&gt;</w:t>
        <w:br/>
        <w:t>З боку, де Тенед лежить (розказую вам — і здригаюсь!),&lt;br /&gt;</w:t>
        <w:br/>
        <w:t>I, вигинаючись пружно, до берега поряд простують.&lt;br /&gt;</w:t>
        <w:br/>
        <w:t>Груди в обох серед хвиль підіймаються; гребні криваві,&lt;br /&gt;</w:t>
        <w:br/>
        <w:t>Знесені грізно, стоять. Хвости за собою у жмури&lt;br /&gt;</w:t>
        <w:br/>
        <w:t>Хвилю збирають, і колами в'ються хребти величезні.&lt;br /&gt;</w:t>
        <w:br/>
        <w:t>Піниться море і плеще, солоне... На берег виходять,&lt;br /&gt;</w:t>
        <w:br/>
        <w:t>Кров'ю і полум'ям очі горять, лиховісні, неситі,&lt;br /&gt;</w:t>
        <w:br/>
        <w:t>I язики ворухливі облизують пащу шиплячу.&lt;br /&gt;</w:t>
        <w:br/>
        <w:t>Всі ми урозтіч, смертельно-бліді, а вони на палкого&lt;br /&gt;</w:t>
        <w:br/>
        <w:t>Лаокоонта ідуть і, спочатку дітей обвинувши,&lt;br /&gt;</w:t>
        <w:br/>
        <w:t>Душать обох молодят у сувоях тугих найтісніших,&lt;br /&gt;</w:t>
        <w:br/>
        <w:t>Зубом отруйним у тіло впиваючись їм неокріпле.&lt;br /&gt;</w:t>
        <w:br/>
        <w:t>Потім самого його, що на поміч їм кинувся збройно,&lt;br /&gt;</w:t>
        <w:br/>
        <w:t>Люто хапають і в'яжуть узлами. I от уже двічі&lt;br /&gt;</w:t>
        <w:br/>
        <w:t>Стан обвинули йому і, шию лускою укритим&lt;br /&gt;</w:t>
        <w:br/>
        <w:t>Тілом стиснyвши, здіймаються ген над його головою.</w:t>
      </w:r>
    </w:p>
    <w:p>
      <w:r>
        <w:br/>
        <w:t>Він же, руками упершись, даремно вузли розтинає,&lt;br /&gt;</w:t>
        <w:br/>
        <w:t>Кров'ю і чорною скрізь трутиною по тілу облитий,&lt;br /&gt;</w:t>
        <w:br/>
        <w:t>Крики нелюдські, страшні до зір підіймає високих,&lt;br /&gt;</w:t>
        <w:br/>
        <w:t>Мовби той рев, що жертвений бик видає недобитий&lt;br /&gt;</w:t>
        <w:br/>
        <w:t>Край вівтаря, отрясаючи з себе сокиру непевну.&lt;br /&gt;</w:t>
        <w:br/>
        <w:t>Змії ж обидва, своє довершивши, повзуть до святині&lt;br /&gt;</w:t>
        <w:br/>
        <w:t>Вишнього замка і там, під дахом священним Паллади&lt;br /&gt;</w:t>
        <w:br/>
        <w:t>Захист знаходять, під кругом щита, біля ніг несмертельних.</w:t>
      </w:r>
    </w:p>
    <w:p>
      <w:r>
        <w:br/>
        <w:t>З книги п'ятої (в. 835-871)</w:t>
      </w:r>
    </w:p>
    <w:p>
      <w:r>
        <w:br/>
        <w:t>Темрява ночі уже досягала середини неба;&lt;br /&gt;</w:t>
        <w:br/>
        <w:t>Тяжко стомились гребці і, знесилені, кинули весла&lt;br /&gt;</w:t>
        <w:br/>
        <w:t>Та на помості мулкім, та по лавах твердих полягали.&lt;br /&gt;</w:t>
        <w:br/>
        <w:t>Тільки спочили, як Сон легкокрилий з етеру ясного&lt;br /&gt;</w:t>
        <w:br/>
        <w:t>Вогким повітрям летить і тумани нічні розгортає.&lt;br /&gt;</w:t>
        <w:br/>
        <w:t>Так, Палінуре, він лине до тебе, зловісні примари&lt;br /&gt;</w:t>
        <w:br/>
        <w:t>Він насилає на зір твій... Он сів він на кермі висoко,&lt;br /&gt;</w:t>
        <w:br/>
        <w:t>Образ Форбанта прийнявши, і з словом до тебе вдається:&lt;br /&gt;</w:t>
        <w:br/>
        <w:t>"Язідів сину, поглянь: самі хвилі пильнують за тебе,&lt;br /&gt;</w:t>
        <w:br/>
        <w:t>Рівно так дише повітря,— настала година спокoю.&lt;br /&gt;</w:t>
        <w:br/>
        <w:t>Голову ти прихили, дай спочити натрудженим oчам,-&lt;br /&gt;</w:t>
        <w:br/>
        <w:t>Я замість тебе посиджу, за хвилею й морем догляну".&lt;br /&gt;</w:t>
        <w:br/>
        <w:t>Ледве підводячи вії, натомлений мовить стерничий:&lt;br /&gt;</w:t>
        <w:br/>
        <w:t>"Що мені радиш, Форбанте? Невже ж я довірюсь потворі?&lt;br /&gt;</w:t>
        <w:br/>
        <w:t>Чи ти гадаєш, не знаю я хвилі облудного моря?&lt;br /&gt;</w:t>
        <w:br/>
        <w:t>Як доручу їй Енея; досвідчений давній керманич,&lt;br /&gt;</w:t>
        <w:br/>
        <w:t>Мало я бачив біди од погідного неба та моря?" —&lt;br /&gt;</w:t>
        <w:br/>
        <w:t>Так одмовляв він, спокійно і міцно тримався кормила&lt;br /&gt;</w:t>
        <w:br/>
        <w:t>I не одводив очей од зір на високому небі.&lt;br /&gt;</w:t>
        <w:br/>
        <w:t>Взяв Легкокрилий тоді галузку, обмочену в Леті&lt;br /&gt;</w:t>
        <w:br/>
        <w:t>Й міццю снотворною Стіксу напоєну, й чoло старого&lt;br /&gt;</w:t>
        <w:br/>
        <w:t>Стиха обвіяв. Одразу ж по кволому тілу розлився&lt;br /&gt;</w:t>
        <w:br/>
        <w:t>Непереможний спокiй; склепились досвідчені очі.&lt;br /&gt;</w:t>
        <w:br/>
        <w:t>Знявшись угору тоді і на човен упавши звисока,&lt;br /&gt;</w:t>
        <w:br/>
        <w:t>Бог одриває стерно і скидає стерничого в море,-&lt;br /&gt;</w:t>
        <w:br/>
        <w:t>Марно кричав Палінур, марно в друзів благав порятунку;&lt;br /&gt;</w:t>
        <w:br/>
        <w:t>Бог легкокрилий, як птах, злетів і щез у повітрі.&lt;br /&gt;</w:t>
        <w:br/>
        <w:t>Мирно тим часом пливли кораблі по широкому морю.&lt;br /&gt;</w:t>
        <w:br/>
        <w:t>Мирно дрімали гребці, забезпечені словом Нептуна,&lt;br /&gt;</w:t>
        <w:br/>
        <w:t>I наближались уже до бескетів Сірен, до тих білих&lt;br /&gt;</w:t>
        <w:br/>
        <w:t>Скель лиховісних, засіяних густо кістьми мореходців,&lt;br /&gt;</w:t>
        <w:br/>
        <w:t>I зачували здалека, як бухає море об камінь...&lt;br /&gt;</w:t>
        <w:br/>
        <w:t>Глянув на керму Еней і побачив: нема Палінура!&lt;br /&gt;</w:t>
        <w:br/>
        <w:t>Сів до стерна і повів корабель свій по темрявих хвилях,&lt;br /&gt;</w:t>
        <w:br/>
        <w:t>Тяжко зітхаючи й сльози ллючи над недолею друга:&lt;br /&gt;</w:t>
        <w:br/>
        <w:t>"О Палінуре, для чого довіривсь ти небові й морю,&lt;br /&gt;</w:t>
        <w:br/>
        <w:t>Будеш лежать, непохований, ти на пісках невідомих".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Енеїда (фрагменти в перекладі Миколи Зерова)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