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мілі з Місячного Серп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мілі з Місячного Сер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