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перстень пісні</w:t>
      </w:r>
    </w:p>
    <w:p>
      <w:r>
        <w:br/>
        <w:t xml:space="preserve"> Я маю дім, при домі сад,&lt;br /&gt;</w:t>
        <w:br/>
        <w:t>ліричні яблуні у ньому.&lt;br /&gt;</w:t>
        <w:br/>
        <w:t>Мов свіже молоко — роса,&lt;br /&gt;</w:t>
        <w:br/>
        <w:t>розваги мед мені палкому.&lt;br /&gt;</w:t>
        <w:br/>
        <w:t>Мов капелюх, квітчастий дах,&lt;br /&gt;</w:t>
        <w:br/>
        <w:t>і дім мальований, мов скриня.&lt;br /&gt;</w:t>
        <w:br/>
        <w:t>Злодії ходять по садах&lt;br /&gt;</w:t>
        <w:br/>
        <w:t>крізь перелази та вориння.&lt;br /&gt;</w:t>
        <w:br/>
        <w:t>Обгородити треба конче,&lt;br /&gt;</w:t>
        <w:br/>
        <w:t>покласти мур з каміння й сну.&lt;br /&gt;</w:t>
        <w:br/>
        <w:t>Росте в мойому саді сонце —&lt;br /&gt;</w:t>
        <w:br/>
        <w:t>похмільна квітка тютюну.</w:t>
      </w:r>
    </w:p>
    <w:p>
      <w:r>
        <w:br/>
        <w:t>Виходжу в сад і юне серце&lt;br /&gt;</w:t>
        <w:br/>
        <w:t>незаспокоєне й невтишне&lt;br /&gt;</w:t>
        <w:br/>
        <w:t>окрилюю зеленим скерцом&lt;br /&gt;</w:t>
        <w:br/>
        <w:t>розспіваної тужно вишні.&lt;br /&gt;</w:t>
        <w:br/>
        <w:t>Виходжу в сад, як сонце гасне&lt;br /&gt;</w:t>
        <w:br/>
        <w:t>і вечір, мов струна, тремтить.&lt;br /&gt;</w:t>
        <w:br/>
        <w:t>Життя звабливе і прекрасне&lt;br /&gt;</w:t>
        <w:br/>
        <w:t>в одній хвилині пережить!&lt;br /&gt;</w:t>
        <w:br/>
        <w:t>Виходжу в сад, слова зриваю,&lt;br /&gt;</w:t>
        <w:br/>
        <w:t>дерев натхненних щедру дань.&lt;br /&gt;</w:t>
        <w:br/>
        <w:t>Ой, хлопче, хлопче, ти в одчаю&lt;br /&gt;</w:t>
        <w:br/>
        <w:t>красі нестямній в очі глянь!</w:t>
      </w:r>
    </w:p>
    <w:p>
      <w:r>
        <w:br/>
        <w:t>Спалився вечір елегійний,&lt;br /&gt;</w:t>
        <w:br/>
        <w:t>зів'яв, мов пісня, спопелів.&lt;br /&gt;</w:t>
        <w:br/>
        <w:t>Збирай у дзбан слова спокійні,&lt;br /&gt;</w:t>
        <w:br/>
        <w:t>свій молитовно юний спів!&lt;br /&gt;</w:t>
        <w:br/>
        <w:t>Як ватра сонце догоріло,&lt;br /&gt;</w:t>
        <w:br/>
        <w:t>пожаром очі обпекло.&lt;br /&gt;</w:t>
        <w:br/>
        <w:t>В горючому вінку несміло&lt;br /&gt;</w:t>
        <w:br/>
        <w:t>схиляю радісне чоло.</w:t>
      </w:r>
    </w:p>
    <w:p>
      <w:r>
        <w:br/>
        <w:t>Обвечоріло. Обкурилось,&lt;br /&gt;</w:t>
        <w:br/>
        <w:t>мов сто кадильниць, ніч димить.&lt;br /&gt;</w:t>
        <w:br/>
        <w:t>Кружалном сонце покотилось&lt;br /&gt;</w:t>
        <w:br/>
        <w:t>назустріч місяцеві й тьмі.&lt;br /&gt;</w:t>
        <w:br/>
        <w:t>Цвітучий дим, синява муть,&lt;br /&gt;</w:t>
        <w:br/>
        <w:t>ніч зорями на небі шиє.&lt;br /&gt;</w:t>
        <w:br/>
        <w:t>Ти, хлопче, обережний будь,&lt;br /&gt;</w:t>
        <w:br/>
        <w:t>весна росою очі виїсть.</w:t>
      </w:r>
    </w:p>
    <w:p>
      <w:r>
        <w:br/>
        <w:t>Знов пахне подув конвалійний,&lt;br /&gt;</w:t>
        <w:br/>
        <w:t>насичується медом кров.&lt;br /&gt;</w:t>
        <w:br/>
        <w:t>Хоч крок відміряно спокійний,&lt;br /&gt;</w:t>
        <w:br/>
        <w:t>невтишне серце б'ється знов.&lt;br /&gt;</w:t>
        <w:br/>
        <w:t>Господар саду — юний лірик —&lt;br /&gt;</w:t>
        <w:br/>
        <w:t>повільно йду під ночі спів.&lt;br /&gt;</w:t>
        <w:br/>
        <w:t>Несу в долоні обважнілій&lt;br /&gt;</w:t>
        <w:br/>
        <w:t>кіш, повний спілих місяців.</w:t>
      </w:r>
    </w:p>
    <w:p>
      <w:r>
        <w:br/>
        <w:t>Шумлять дерева елегійно.&lt;br /&gt;</w:t>
        <w:br/>
        <w:t>Про що шумлять?&lt;br /&gt;</w:t>
        <w:br/>
        <w:t>— Кохання й сон.&lt;br /&gt;</w:t>
        <w:br/>
        <w:t>Так вечора душні обійми&lt;br /&gt;</w:t>
        <w:br/>
        <w:t>вколишуть серце в свій полон.&lt;br /&gt;</w:t>
        <w:br/>
        <w:t>Таємні тіні — квіти ночі,&lt;br /&gt;</w:t>
        <w:br/>
        <w:t>це душі білених дерев.&lt;br /&gt;</w:t>
        <w:br/>
        <w:t>До місяця летіти хочуть,&lt;br /&gt;</w:t>
        <w:br/>
        <w:t>та вітер їх не забере.</w:t>
      </w:r>
    </w:p>
    <w:p>
      <w:r>
        <w:br/>
        <w:t>О туго радісна й велика,&lt;br /&gt;</w:t>
        <w:br/>
        <w:t>слова стрільчасті в небеса!&lt;br /&gt;</w:t>
        <w:br/>
        <w:t>Це місяць — молодий музика&lt;br /&gt;</w:t>
        <w:br/>
        <w:t>настроює, мов скрипку, сад.&lt;br /&gt;</w:t>
        <w:br/>
        <w:t>Нестримна мріє і химерна!&lt;br /&gt;</w:t>
        <w:br/>
        <w:t>Прослався в безвість ночі шлях.&lt;br /&gt;</w:t>
        <w:br/>
        <w:t>Ні, небо слів тих не поверне,&lt;br /&gt;</w:t>
        <w:br/>
        <w:t>і не поверне їх земля.</w:t>
      </w:r>
    </w:p>
    <w:p>
      <w:r>
        <w:br/>
        <w:t>Дерев послухай! Їхню сповідь&lt;br /&gt;</w:t>
        <w:br/>
        <w:t>у книгу ночі запиши!&lt;br /&gt;</w:t>
        <w:br/>
        <w:t>Мов явір, що тінь власну ловить,&lt;br /&gt;</w:t>
        <w:br/>
        <w:t>схились до власної душі!&lt;br /&gt;</w:t>
        <w:br/>
        <w:t>У книзі ночі срібні букви,&lt;br /&gt;</w:t>
        <w:br/>
        <w:t>натхненні сторінки шумлять.&lt;br /&gt;</w:t>
        <w:br/>
        <w:t>Її не візьмете до рук ви,&lt;br /&gt;</w:t>
        <w:br/>
        <w:t>її до серця треба взять.&lt;br /&gt;</w:t>
        <w:br/>
        <w:t>Мов зорі сплячі в глибині,&lt;br /&gt;</w:t>
        <w:br/>
        <w:t>осяяні недійсним сном,&lt;br /&gt;</w:t>
        <w:br/>
        <w:t>пробудяться слова на дні&lt;br /&gt;</w:t>
        <w:br/>
        <w:t>душі окриленої, і&lt;br /&gt;</w:t>
        <w:br/>
        <w:t>відповідає співом дно.&lt;br /&gt;</w:t>
        <w:br/>
        <w:t>Відповідає співом явір,&lt;br /&gt;</w:t>
        <w:br/>
        <w:t>відповідає співом ніч,&lt;br /&gt;</w:t>
        <w:br/>
        <w:t>спиняється невтишний крок.&lt;br /&gt;</w:t>
        <w:br/>
        <w:t>Натхненним циркулем уяви&lt;br /&gt;</w:t>
        <w:br/>
        <w:t>накреслиш коло рівних строф.</w:t>
      </w:r>
    </w:p>
    <w:p>
      <w:r>
        <w:br/>
        <w:t>Хай серце сп'янене в цю мить&lt;br /&gt;</w:t>
        <w:br/>
        <w:t>окрилюється і горить,&lt;br /&gt;</w:t>
        <w:br/>
        <w:t>нехай злітають догори,&lt;br /&gt;</w:t>
        <w:br/>
        <w:t>нехай зриваються увиш&lt;br /&gt;</w:t>
        <w:br/>
        <w:t>думки схвильовані й крилаті!&lt;br /&gt;</w:t>
        <w:br/>
        <w:t>О слово, що в устах тремтиш,&lt;br /&gt;</w:t>
        <w:br/>
        <w:t>невже ж мені тебе спиняти?&lt;br /&gt;</w:t>
        <w:br/>
        <w:t>Я чую, як приходиш, чорна,&lt;br /&gt;</w:t>
        <w:br/>
        <w:t>п'янлива та болюча пісне,&lt;br /&gt;</w:t>
        <w:br/>
        <w:t>шукає змісту гостра форма,&lt;br /&gt;</w:t>
        <w:br/>
        <w:t>єдина, що мій жах помістить,&lt;br /&gt;</w:t>
        <w:br/>
        <w:t>і мою радість світляну,&lt;br /&gt;</w:t>
        <w:br/>
        <w:t>і всю знемоги глибину,&lt;br /&gt;</w:t>
        <w:br/>
        <w:t>і словом просто в серце тну,&lt;br /&gt;</w:t>
        <w:br/>
        <w:t>аж трисне кров, мов крик одчаю,&lt;br /&gt;</w:t>
        <w:br/>
        <w:t>з нестями й щастя умираю.</w:t>
      </w:r>
    </w:p>
    <w:p>
      <w:r>
        <w:br/>
        <w:t>На дверях дому знак зловісний,&lt;br /&gt;</w:t>
        <w:br/>
        <w:t>на дверях дому — перстень пісні.</w:t>
      </w:r>
    </w:p>
    <w:p>
      <w:r>
        <w:br/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перстень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