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перстень молодості</w:t>
      </w:r>
    </w:p>
    <w:p>
      <w:r>
        <w:br/>
        <w:t xml:space="preserve"> Розсунулись, мов карти стіни,&lt;br /&gt;</w:t>
        <w:br/>
        <w:t>угору стеля поплила,&lt;br /&gt;</w:t>
        <w:br/>
        <w:t>і вікна згасли в синій тіні,&lt;br /&gt;</w:t>
        <w:br/>
        <w:t>найближчі речі вкрила мла.&lt;br /&gt;</w:t>
        <w:br/>
        <w:t>Так ява стала сном.&lt;br /&gt;</w:t>
        <w:br/>
        <w:t>Уже не стеля, лиш глибінь,&lt;br /&gt;</w:t>
        <w:br/>
        <w:t>уже не стіни — далечінь&lt;br /&gt;</w:t>
        <w:br/>
        <w:t>і, наче іскри в тиші сплячій,&lt;br /&gt;</w:t>
        <w:br/>
        <w:t>далекі, недосяжні в мряці,&lt;br /&gt;</w:t>
        <w:br/>
        <w:t>дзвінкі, мінливі та дрижачі,&lt;br /&gt;</w:t>
        <w:br/>
        <w:t>засяли зорі над столом.</w:t>
      </w:r>
    </w:p>
    <w:p>
      <w:r>
        <w:br/>
      </w:r>
    </w:p>
    <w:p>
      <w:r>
        <w:br/>
        <w:t>І я спокійний та невгнутий&lt;br /&gt;</w:t>
        <w:br/>
        <w:t>під небом, що важке, мов камінь.&lt;br /&gt;</w:t>
        <w:br/>
        <w:t>Мені сьогодні не заснути.&lt;br /&gt;</w:t>
        <w:br/>
        <w:t>Пишу холодними руками&lt;br /&gt;</w:t>
        <w:br/>
        <w:t>оці слова.</w:t>
      </w:r>
    </w:p>
    <w:p>
      <w:r>
        <w:br/>
      </w:r>
    </w:p>
    <w:p>
      <w:r>
        <w:br/>
        <w:t>Ріка шумить, мов млин, що мрії меле.&lt;br /&gt;</w:t>
        <w:br/>
        <w:t>Головокружним ночі хмелем&lt;br /&gt;</w:t>
        <w:br/>
        <w:t>п'яніє голова.&lt;br /&gt;</w:t>
        <w:br/>
        <w:t>Ось таємнішає природа&lt;br /&gt;</w:t>
        <w:br/>
        <w:t>в безбожно первісній красі&lt;br /&gt;</w:t>
        <w:br/>
        <w:t>(словами не розкрити тайн її).&lt;br /&gt;</w:t>
        <w:br/>
        <w:t>Яка ж страшна оцього світу врода,&lt;br /&gt;</w:t>
        <w:br/>
        <w:t>що отруїла дні мої.</w:t>
      </w:r>
    </w:p>
    <w:p>
      <w:r>
        <w:br/>
      </w:r>
    </w:p>
    <w:p>
      <w:r>
        <w:br/>
        <w:t>От жив звичайно, як усі,&lt;br /&gt;</w:t>
        <w:br/>
        <w:t>мантачив безтурботно час,&lt;br /&gt;</w:t>
        <w:br/>
        <w:t>аж забаглось мені нараз&lt;br /&gt;</w:t>
        <w:br/>
        <w:t>чогось незнаного.</w:t>
      </w:r>
    </w:p>
    <w:p>
      <w:r>
        <w:br/>
      </w:r>
    </w:p>
    <w:p>
      <w:r>
        <w:br/>
        <w:t>Сьогодні вже не так, не так:&lt;br /&gt;</w:t>
        <w:br/>
        <w:t>складнішає життя,&lt;br /&gt;</w:t>
        <w:br/>
        <w:t>і, наче чорний стяг,&lt;br /&gt;</w:t>
        <w:br/>
        <w:t>шумить над серцем кожна ніч,&lt;br /&gt;</w:t>
        <w:br/>
        <w:t>і місяць — мідний птах,&lt;br /&gt;</w:t>
        <w:br/>
        <w:t>таємна рожа неба, лампа&lt;br /&gt;</w:t>
        <w:br/>
        <w:t>поетів та сновид&lt;br /&gt;</w:t>
        <w:br/>
        <w:t>веде мене в сріблистих снах&lt;br /&gt;</w:t>
        <w:br/>
        <w:t>зигзагом мрії та безумства&lt;br /&gt;</w:t>
        <w:br/>
        <w:t>понад безодню світу.&lt;br /&gt;</w:t>
        <w:br/>
        <w:t>Мов ртуть, підноситься солодкий жах&lt;br /&gt;</w:t>
        <w:br/>
        <w:t>до горла і до мізку,&lt;br /&gt;</w:t>
        <w:br/>
        <w:t>аж струни-нерви задрижать.&lt;br /&gt;</w:t>
        <w:br/>
        <w:t>Тоді вдаряє пісня стусаном ножа,&lt;br /&gt;</w:t>
        <w:br/>
        <w:t>тоді лунає пісня різко.</w:t>
      </w:r>
    </w:p>
    <w:p>
      <w:r>
        <w:br/>
      </w:r>
    </w:p>
    <w:p>
      <w:r>
        <w:br/>
        <w:t>Ну, сам скажи,&lt;br /&gt;</w:t>
        <w:br/>
        <w:t>навіщо це усе,&lt;br /&gt;</w:t>
        <w:br/>
        <w:t>навіщо мерзти&lt;br /&gt;</w:t>
        <w:br/>
        <w:t>в красі холоднім сяйві.&lt;br /&gt;</w:t>
        <w:br/>
        <w:t>Ось, краще бережи&lt;br /&gt;</w:t>
        <w:br/>
        <w:t>твоєї молодості перстень.&lt;br /&gt;</w:t>
        <w:br/>
        <w:t>Отих хвилин,&lt;br /&gt;</w:t>
        <w:br/>
        <w:t>коли ще світ, мов серце, був широкий,&lt;br /&gt;</w:t>
        <w:br/>
        <w:t>коли не снився сон лихий мені,&lt;br /&gt;</w:t>
        <w:br/>
        <w:t>коли ще хлопцем сивооким&lt;br /&gt;</w:t>
        <w:br/>
        <w:t>сміявся щиро й дзвінко&lt;br /&gt;</w:t>
        <w:br/>
        <w:t>та без журби мантачив дні.</w:t>
      </w:r>
    </w:p>
    <w:p>
      <w:r>
        <w:br/>
      </w:r>
    </w:p>
    <w:p>
      <w:r>
        <w:br/>
        <w:t>Так час перегортає&lt;br /&gt;</w:t>
        <w:br/>
        <w:t>мого життя нову сторінку.</w:t>
      </w:r>
    </w:p>
    <w:p>
      <w:r>
        <w:br/>
      </w:r>
    </w:p>
    <w:p>
      <w:r>
        <w:br/>
        <w:t>І знаю тільки те,&lt;br /&gt;</w:t>
        <w:br/>
        <w:t>що треба пісню, наче тінь, нести з собою,&lt;br /&gt;</w:t>
        <w:br/>
        <w:t>що треба йти, невпинно йти&lt;br /&gt;</w:t>
        <w:br/>
        <w:t>назустріч мертвій тишині&lt;br /&gt;</w:t>
        <w:br/>
        <w:t>за зовом вітру — за зовом ночі,&lt;br /&gt;</w:t>
        <w:br/>
        <w:t>аж попіл сну засипле очі.&lt;br /&gt;</w:t>
        <w:br/>
        <w:t>Спочине серце під крилатим кленом,&lt;br /&gt;</w:t>
        <w:br/>
        <w:t>порине в море трав зелене,&lt;br /&gt;</w:t>
        <w:br/>
        <w:t>і тільки пісня вільна, спіла,&lt;br /&gt;</w:t>
        <w:br/>
        <w:t>жива, нестримна, горда, сміла&lt;br /&gt;</w:t>
        <w:br/>
        <w:t>ітиме далі вже без мене.</w:t>
      </w:r>
    </w:p>
    <w:p>
      <w:r>
        <w:br/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перстень молодості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