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смерть сердешної Меллі</w:t>
      </w:r>
    </w:p>
    <w:p>
      <w:r>
        <w:br/>
        <w:t xml:space="preserve"> Елегія</w:t>
      </w:r>
    </w:p>
    <w:p>
      <w:r>
        <w:br/>
        <w:t>на смерть сердешної Меллі</w:t>
      </w:r>
    </w:p>
    <w:p>
      <w:r>
        <w:br/>
        <w:t>О, плачте всі, хто служить музі,&lt;br /&gt;</w:t>
        <w:br/>
        <w:t>Ридайте, Робертові друзі!&lt;br /&gt;</w:t>
        <w:br/>
        <w:t>Дивіться, як він руки в тузі&lt;br /&gt;</w:t>
        <w:br/>
        <w:t>Зняв аж до стелі,&lt;br /&gt;</w:t>
        <w:br/>
        <w:t>Узнавши, що сьогодні в лузі&lt;br /&gt;</w:t>
        <w:br/>
        <w:t>Сконала Меллі!</w:t>
      </w:r>
    </w:p>
    <w:p>
      <w:r>
        <w:br/>
        <w:t>Його так тяжко засмутила&lt;br /&gt;</w:t>
        <w:br/>
        <w:t>Не скарбу втраченого сила,&lt;br /&gt;</w:t>
        <w:br/>
        <w:t>Ні, подружка, овечка мила,&lt;br /&gt;</w:t>
        <w:br/>
        <w:t>Та, що в оселі&lt;br /&gt;</w:t>
        <w:br/>
        <w:t>За ним так приязно ходила,&lt;br /&gt;</w:t>
        <w:br/>
        <w:t>Сердешна Меллі.</w:t>
      </w:r>
    </w:p>
    <w:p>
      <w:r>
        <w:br/>
        <w:t>Ходила скрізь, не відставала,&lt;br /&gt;</w:t>
        <w:br/>
        <w:t>Його й за милю пізнавала,&lt;br /&gt;</w:t>
        <w:br/>
        <w:t>На манівцях перестрівала&lt;br /&gt;</w:t>
        <w:br/>
        <w:t>В ті дні веселі,&lt;br /&gt;</w:t>
        <w:br/>
        <w:t>На всякі втішні штуки вдала,&lt;br /&gt;</w:t>
        <w:br/>
        <w:t>Незрадна Меллі.</w:t>
      </w:r>
    </w:p>
    <w:p>
      <w:r>
        <w:br/>
        <w:t>Вона була тямуща зроду&lt;br /&gt;</w:t>
        <w:br/>
        <w:t>I до сусідського городу&lt;br /&gt;</w:t>
        <w:br/>
        <w:t>Не лізла, не чинила шкоду&lt;br /&gt;</w:t>
        <w:br/>
        <w:t>В чужому хмелі —&lt;br /&gt;</w:t>
        <w:br/>
        <w:t>Тому-то й сльози ллє, як воду,&lt;br /&gt;</w:t>
        <w:br/>
        <w:t>Поет над Меллі.</w:t>
      </w:r>
    </w:p>
    <w:p>
      <w:r>
        <w:br/>
        <w:t>Почувши бекання ягняче,&lt;br /&gt;</w:t>
        <w:br/>
        <w:t>Він Меллі згадує... От наче&lt;br /&gt;</w:t>
        <w:br/>
        <w:t>Вона сама до нього скаче&lt;br /&gt;</w:t>
        <w:br/>
        <w:t>З-за рову, скелі&lt;br /&gt;</w:t>
        <w:br/>
        <w:t>По скибку хліба! Й знову плаче&lt;br /&gt;</w:t>
        <w:br/>
        <w:t>Поет за Меллі.</w:t>
      </w:r>
    </w:p>
    <w:p>
      <w:r>
        <w:br/>
        <w:t>Вона не нашого заводу,&lt;br /&gt;</w:t>
        <w:br/>
        <w:t>А з тих овець, що через воду&lt;br /&gt;</w:t>
        <w:br/>
        <w:t>До нас привезені зі сходу&lt;br /&gt;</w:t>
        <w:br/>
        <w:t>В гірські пустелі.&lt;br /&gt;</w:t>
        <w:br/>
        <w:t>Стригаль не бачив вовни зроду,&lt;br /&gt;</w:t>
        <w:br/>
        <w:t>Як вовна Меллі.</w:t>
      </w:r>
    </w:p>
    <w:p>
      <w:r>
        <w:br/>
        <w:t>Хай пропаде вірьовка клята,&lt;br /&gt;</w:t>
        <w:br/>
        <w:t>Найгидший твір людини-ката,&lt;br /&gt;</w:t>
        <w:br/>
        <w:t>Що підіймає вгору брата&lt;br /&gt;</w:t>
        <w:br/>
        <w:t>На смертні релі!&lt;br /&gt;</w:t>
        <w:br/>
        <w:t>Від неї впала, мов підтята,&lt;br /&gt;</w:t>
        <w:br/>
        <w:t>Сердешна Меллі.</w:t>
      </w:r>
    </w:p>
    <w:p>
      <w:r>
        <w:br/>
        <w:t>О барди Дунської долини,&lt;br /&gt;</w:t>
        <w:br/>
        <w:t>О ви, чий спів до Ейру лине!&lt;br /&gt;</w:t>
        <w:br/>
        <w:t>Хай кожен голосу підкине&lt;br /&gt;</w:t>
        <w:br/>
        <w:t>В тужливі трелі&lt;br /&gt;</w:t>
        <w:br/>
        <w:t>Того, хто від печалі гине&lt;br /&gt;</w:t>
        <w:br/>
        <w:t>По любій Меллі!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смерть сердешної Меллі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