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Ельдорадо</w:t>
      </w:r>
    </w:p>
    <w:p>
      <w:r>
        <w:br/>
        <w:t xml:space="preserve"> Десь далеко єсть країна&lt;br /&gt;</w:t>
        <w:br/>
        <w:t>Пишна, вільна, щастям горда,&lt;br /&gt;</w:t>
        <w:br/>
        <w:t>Кожний там живе щасливо —&lt;br /&gt;</w:t>
        <w:br/>
        <w:t>Держиморда, держиморда.</w:t>
      </w:r>
    </w:p>
    <w:p>
      <w:r>
        <w:br/>
        <w:t>В тій країні люблять волю,&lt;br /&gt;</w:t>
        <w:br/>
        <w:t>Всяк її шука по змозі&lt;br /&gt;</w:t>
        <w:br/>
        <w:t>І про неї розмовляє —&lt;br /&gt;</w:t>
        <w:br/>
        <w:t>У острозі, у острозі.</w:t>
      </w:r>
    </w:p>
    <w:p>
      <w:r>
        <w:br/>
        <w:t>Там усяк говорить правду&lt;br /&gt;</w:t>
        <w:br/>
        <w:t>Непідкупними устами,&lt;br /&gt;</w:t>
        <w:br/>
        <w:t>Там за правду щира дяка —&lt;br /&gt;</w:t>
        <w:br/>
        <w:t>Батогами, батогами.</w:t>
      </w:r>
    </w:p>
    <w:p>
      <w:r>
        <w:br/>
        <w:t>Там неправді та злочинству&lt;br /&gt;</w:t>
        <w:br/>
        <w:t>Не вважають і на волос,&lt;br /&gt;</w:t>
        <w:br/>
        <w:t>Там злочинних зараз лають —&lt;br /&gt;</w:t>
        <w:br/>
        <w:t>Та не вголос, та не вголос.</w:t>
      </w:r>
    </w:p>
    <w:p>
      <w:r>
        <w:br/>
        <w:t>Там уряд "блюде" закони,&lt;br /&gt;</w:t>
        <w:br/>
        <w:t>Дба про всіх, немов про рідних,&lt;br /&gt;</w:t>
        <w:br/>
        <w:t>За провинності ж карає —&lt;br /&gt;</w:t>
        <w:br/>
        <w:t>Тільки бідних, тільки бідних.</w:t>
      </w:r>
    </w:p>
    <w:p>
      <w:r>
        <w:br/>
        <w:t>Суд там скорий: як ти винен,&lt;br /&gt;</w:t>
        <w:br/>
        <w:t>То зашлють "без проволочки",&lt;br /&gt;</w:t>
        <w:br/>
        <w:t>А не винен, то й відпустять —&lt;br /&gt;</w:t>
        <w:br/>
        <w:t>Без сорочки, без сорочки.</w:t>
      </w:r>
    </w:p>
    <w:p>
      <w:r>
        <w:br/>
        <w:t>В тій країні всякий може&lt;br /&gt;</w:t>
        <w:br/>
        <w:t>По заслузі шани ждати:&lt;br /&gt;</w:t>
        <w:br/>
        <w:t>Там на те хрести й медалі —&lt;br /&gt;</w:t>
        <w:br/>
        <w:t>Для багатих, для багатих.</w:t>
      </w:r>
    </w:p>
    <w:p>
      <w:r>
        <w:br/>
        <w:t>Там тверезість у повазі,&lt;br /&gt;</w:t>
        <w:br/>
        <w:t>Видно скрізь тверезу спілку,&lt;br /&gt;</w:t>
        <w:br/>
        <w:t>Всі там п'ють самую воду —&lt;br /&gt;</w:t>
        <w:br/>
        <w:t>Та горілку, та горілку.</w:t>
      </w:r>
    </w:p>
    <w:p>
      <w:r>
        <w:br/>
        <w:t>Там всі люди роботящі,&lt;br /&gt;</w:t>
        <w:br/>
        <w:t>Там нарівні з мужиками&lt;br /&gt;</w:t>
        <w:br/>
        <w:t>Всі пани працюють щиро —&lt;br /&gt;</w:t>
        <w:br/>
        <w:t>Язиками, язиками.</w:t>
      </w:r>
    </w:p>
    <w:p>
      <w:r>
        <w:br/>
        <w:t>Там широка воля слову:&lt;br /&gt;</w:t>
        <w:br/>
        <w:t>Кожний пише все, що знає,&lt;br /&gt;</w:t>
        <w:br/>
        <w:t>А цензура ліберальна —&lt;br /&gt;</w:t>
        <w:br/>
        <w:t>Все черкає, все черкає.</w:t>
      </w:r>
    </w:p>
    <w:p>
      <w:r>
        <w:br/>
        <w:t>Там письменникам за працю&lt;br /&gt;</w:t>
        <w:br/>
        <w:t>Сам уряд складає дяку&lt;br /&gt;</w:t>
        <w:br/>
        <w:t>І з тріумфом їх провадить —&lt;br /&gt;</w:t>
        <w:br/>
        <w:t>В Сибіряку, в Сибіряку.</w:t>
      </w:r>
    </w:p>
    <w:p>
      <w:r>
        <w:br/>
        <w:t>Там говорять по-французьки&lt;br /&gt;</w:t>
        <w:br/>
        <w:t>Не то значні, а й лакеї,&lt;br /&gt;</w:t>
        <w:br/>
        <w:t>А пани всі мови знають —&lt;br /&gt;</w:t>
        <w:br/>
        <w:t>Крім своєї, крім своєї.</w:t>
      </w:r>
    </w:p>
    <w:p>
      <w:r>
        <w:br/>
        <w:t>Там зійшлися всі народи:&lt;br /&gt;</w:t>
        <w:br/>
        <w:t>Москалі, "хахли", поляки,&lt;br /&gt;</w:t>
        <w:br/>
        <w:t>І живуть вони так дружно —&lt;br /&gt;</w:t>
        <w:br/>
        <w:t>Як собаки, як собаки.</w:t>
      </w:r>
    </w:p>
    <w:p>
      <w:r>
        <w:br/>
        <w:t>Там живе племін усяких&lt;br /&gt;</w:t>
        <w:br/>
        <w:t>Престрашенна мішанина,&lt;br /&gt;</w:t>
        <w:br/>
        <w:t>І за те той край зоветься —&lt;br /&gt;</w:t>
        <w:br/>
        <w:t>Русь єдина, Русь єдина.</w:t>
      </w:r>
    </w:p>
    <w:p>
      <w:r>
        <w:br/>
        <w:t>3 січня 1886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Ельдорадо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