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Експеримент "Корона"</w:t>
      </w:r>
    </w:p>
    <w:p>
      <w:r>
        <w:br/>
        <w:t xml:space="preserve"> &lt;p&gt;1</w:t>
      </w:r>
    </w:p>
    <w:p>
      <w:r>
        <w:br/>
        <w:t>Дзвоник долинав ніби крізь кілометровий шар чорної вати. Та все-таки слуховий центр зафіксував його, почала формуватися думка: дзвонить, але не встигла оформитись, розпалася на світні скалки, вони зникли, і знову кучугури чорної вати налягли на свідомість. Але дзеленчання не стихало і таки пробилося. Рука сама по-тяглася до слухавки. З мікрофона почулося тривожне:</w:t>
      </w:r>
    </w:p>
    <w:p>
      <w:r>
        <w:br/>
        <w:t>— Алло! Алло!</w:t>
      </w:r>
    </w:p>
    <w:p>
      <w:r>
        <w:br/>
        <w:t>Нарешті Михайло Павлович прокинувся. Сів у постелі.</w:t>
      </w:r>
    </w:p>
    <w:p>
      <w:r>
        <w:br/>
        <w:t>— Я слухаю.</w:t>
      </w:r>
    </w:p>
    <w:p>
      <w:r>
        <w:br/>
        <w:t>— Пробачте, що турбую серед ночі…</w:t>
      </w:r>
    </w:p>
    <w:p>
      <w:r>
        <w:br/>
        <w:t>— А що трапилось? — Михайло Павлович упізнав Ольгу. — Може, що з Сергієм?!</w:t>
      </w:r>
    </w:p>
    <w:p>
      <w:r>
        <w:br/>
        <w:t>— Того ж я й дзвоню… — жінка перейшла на шепіт. — 3 ним щось страшне діється. Розумієте… Боюсь, чи не збожеволів. Мабуть, якась несправність…</w:t>
      </w:r>
    </w:p>
    <w:p>
      <w:r>
        <w:br/>
        <w:t>— Несправність? — перепитав Михайло Павлович. — Хм… Так ви ж обоє медики…</w:t>
      </w:r>
    </w:p>
    <w:p>
      <w:r>
        <w:br/>
        <w:t>— Несправність у "Короні"!</w:t>
      </w:r>
    </w:p>
    <w:p>
      <w:r>
        <w:br/>
        <w:t>— А… Ні, це відпадає. Живлення ж не міняли?</w:t>
      </w:r>
    </w:p>
    <w:p>
      <w:r>
        <w:br/>
        <w:t>— Ні. Все, як було. А він скрегоче зубами, стогне, плаче…</w:t>
      </w:r>
    </w:p>
    <w:p>
      <w:r>
        <w:br/>
        <w:t>— Ну, то зніміть з нього "Корону".</w:t>
      </w:r>
    </w:p>
    <w:p>
      <w:r>
        <w:br/>
        <w:t>— Не дається. Випхав мене з кабінету, замкнувся. Бубонить, свариться — наче навкулачки з кимось б’ється. Може б, ви… Вас він, звичайно, впустить, Михайле Павловичу…</w:t>
      </w:r>
    </w:p>
    <w:p>
      <w:r>
        <w:br/>
        <w:t>— Гаразд, я зараз.</w:t>
      </w:r>
    </w:p>
    <w:p>
      <w:r>
        <w:br/>
        <w:t>"І отак завжди, — меланхолійно подумав Михайло Павлович, — якщо ти пізно ліг — обов’язково не да-дуть виспатись. Буває, рано приходиш з лабораторії — ніхто й у шахи не набивається, а це засидівся біля ново-го прискорювача — і на тобі… Що ж могло трапитись? Адже він уже тиждень, як надяг "Корону"! Записував би спокійно в журнал, а то…"</w:t>
      </w:r>
    </w:p>
    <w:p>
      <w:r>
        <w:br/>
        <w:t>За звичкою, хотів надіти краватку, але жбурнув її в шафу. Третя година ночі! Уже вийшовши з парадного і ковтнувши свіжого повітря, подумав: "Бач, невдоволений, розбудили. А певне ж, щось сталося!.. Ех, Сергію, Сергію…"</w:t>
      </w:r>
    </w:p>
    <w:p>
      <w:r>
        <w:br/>
        <w:t>Пустельна вулиця почала лунко відраховувати його швидкі знервовані кроки.</w:t>
      </w:r>
    </w:p>
    <w:p>
      <w:r>
        <w:br/>
        <w:t>2</w:t>
      </w:r>
    </w:p>
    <w:p>
      <w:r>
        <w:br/>
        <w:t>З легким сумом Сергій Олексійович помічав, що море вже втомлює його, що в тілі поменшало сили, а проте плавав охоче. Далеко не запливав, як то було колись, тримався "буйкової" межі, частенько відпочивав на воді, розкинувши хрестом руки, втопивши погляд у бездонну синяву неба. Дуже любив отак зависати на воді пізно ввечері, коли в небі сяють зорі. В такі хвилини Сергія Олексійовича оповивав якийсь особливий настрій. Хвилі стиха колисали його між небом і землею, далекі зорі сіяли в душу щось незбагненне, щемливе, смутне і радісне. Може, тоді саме наставала мить єднання з Природою?</w:t>
      </w:r>
    </w:p>
    <w:p>
      <w:r>
        <w:br/>
        <w:t>А як шубовснеш у ранкове море, коли сонячне проміння тільки черкнеться його ледь побриженої повер-хні, — де та й утома дінеться! М’язи стають пружніші, в усьому тілі настає отой оптимальний режим, яким від-значається молодість, Але то ненадовго. Втома облягає знову, гасить чутливе сприйняття світу — молодість давно минула.</w:t>
      </w:r>
    </w:p>
    <w:p>
      <w:r>
        <w:br/>
        <w:t>— Чи ти хоч бачиш, Михайле, яка тут краса? — інколи говорив Сергій Олексійович до свого друга, який цілими днями горбився за шахівницею.</w:t>
      </w:r>
    </w:p>
    <w:p>
      <w:r>
        <w:br/>
        <w:t>— Ти завжди був романтиком, Сергійку, — кидав Михайло Павлович, пускаючи хмарку диму. — Не за-бувай, що ти медик!</w:t>
      </w:r>
    </w:p>
    <w:p>
      <w:r>
        <w:br/>
        <w:t>— Ну й що? Медики — не сухарі, це ви, фізики.., Але втягти Михайла Павловича в дискусію не вдавалось.</w:t>
      </w:r>
    </w:p>
    <w:p>
      <w:r>
        <w:br/>
        <w:t>— Співай, співай, вона довга… — скаже і знову втупить погляд у шахівницю.</w:t>
      </w:r>
    </w:p>
    <w:p>
      <w:r>
        <w:br/>
        <w:t>Але настав такий день, коли Сергій Олексійович не купався, а Михайло Павлович не грав у шахи. Усе за-тьмарила трагічна звістка з Києва — помер їхній товариш, їхній славетний друг.</w:t>
      </w:r>
    </w:p>
    <w:p>
      <w:r>
        <w:br/>
        <w:t>— Це безглуздо — ось що мене вражає, — сказав після тяжкої мовчанки Михайло Павлович. — Людині ще тільки за п’ятдесят і раптом…</w:t>
      </w:r>
    </w:p>
    <w:p>
      <w:r>
        <w:br/>
        <w:t>Не змовляючись, вони пішли в напрямку гір.</w:t>
      </w:r>
    </w:p>
    <w:p>
      <w:r>
        <w:br/>
        <w:t>— Трагедія в тому, що ми майже завжди спізнюємось із діагнозом… — нарешті обізвався Сергій Олексі-йович. — Рак — дуже підступна хвороба, в організм людини пробирається тихцем…</w:t>
      </w:r>
    </w:p>
    <w:p>
      <w:r>
        <w:br/>
        <w:t>— Що значить тихцем? — змахнув рукою Михайло Павлович. — Це просто неможливо. Хто-хто, а ви, медики, мусите це знати. Хіба не всі ділянки організму контролюються нервовою системою?</w:t>
      </w:r>
    </w:p>
    <w:p>
      <w:r>
        <w:br/>
        <w:t>— Усі, звичайно.</w:t>
      </w:r>
    </w:p>
    <w:p>
      <w:r>
        <w:br/>
        <w:t>— То чому ж ця чутлива комунікаційна сітка не сигналізує про небезпеку одразу? Чому сигнали тривоги надходять до свідомості запізно?</w:t>
      </w:r>
    </w:p>
    <w:p>
      <w:r>
        <w:br/>
        <w:t>Сергій Олексійович поглянув на чорний дзьоб Карадагу, за який саме зачепилася попеляста хмарина, і по хвилі мовчання пробурчав:</w:t>
      </w:r>
    </w:p>
    <w:p>
      <w:r>
        <w:br/>
        <w:t>— Чому та чому… Певне, так схотіла її величність Природа.</w:t>
      </w:r>
    </w:p>
    <w:p>
      <w:r>
        <w:br/>
        <w:t>Деякий час ішли мовчки. Гірські стежини вели їх то поміж важкими валунами, то по зелених схилах. Отак і думки їхні — то натрапляли на камені незрозумілого, то виривалися на простір, і вже здавалося, що ось-ось можна осягнути незбагненне.</w:t>
      </w:r>
    </w:p>
    <w:p>
      <w:r>
        <w:br/>
        <w:t>Посідали на теплому камені, дивилися на море, згадували померлого друга. І знову: чому система аналі-заторів "не спрацьовує"? Адже нема сумніву — сенсорні нервові волокна передають сигнали своєчасно, і відповідні ділянки мозку сприймають їх як больові подразнення. Але, мабуть, захворювання починається з дуже не-значних змін, а значить і сигнали — слабкі… Вони, певна річ, заглушуються іншими, тонуть у них. А коли процес злоякісного переродження охопить чималу ділянку — час уже втрачено, і хвороба тоді не відступиться від своєї жертви. Що ж виходить? Посилити, треба посилити роботу системи аналізаторів!</w:t>
      </w:r>
    </w:p>
    <w:p>
      <w:r>
        <w:br/>
        <w:t>— І це допоможе розпізнавати початок усякої хвороби — чи не так? — вигукнув фізик.</w:t>
      </w:r>
    </w:p>
    <w:p>
      <w:r>
        <w:br/>
        <w:t>— Авжеж, що так, — невесело усміхнувся медик. — Не вистачає тільки дрібнички — якого-небудь біо-електронного підсилювача.</w:t>
      </w:r>
    </w:p>
    <w:p>
      <w:r>
        <w:br/>
        <w:t>— А ти зміг би провести такий експеримент?</w:t>
      </w:r>
    </w:p>
    <w:p>
      <w:r>
        <w:br/>
        <w:t>Сергій Олексійович подивився на друга так, наче вперше побачив.</w:t>
      </w:r>
    </w:p>
    <w:p>
      <w:r>
        <w:br/>
        <w:t>— Експеримент? — перепитав. — Це ти серйозно?</w:t>
      </w:r>
    </w:p>
    <w:p>
      <w:r>
        <w:br/>
        <w:t>— Цілком серйозно. Ми в своїй лабораторії сконструюємо підсилювач. А ти візьми медико-біологічний аспект.</w:t>
      </w:r>
    </w:p>
    <w:p>
      <w:r>
        <w:br/>
        <w:t>— Ну, коли так, то я й сам… ну, розумієш, експеримент на собі…</w:t>
      </w:r>
    </w:p>
    <w:p>
      <w:r>
        <w:br/>
        <w:t>Тепер Михайло Павлович окинув друга зацікавленим поглядом.</w:t>
      </w:r>
    </w:p>
    <w:p>
      <w:r>
        <w:br/>
        <w:t>Щоб заглушити хвилювання — чи вони гарячкуваті юнаки? — друзі почали по-діловому обмірковувати свій намір. Електрична активність клітин, електроенцефалографія, альфа— і бета-хвилі головного мозку…</w:t>
      </w:r>
    </w:p>
    <w:p>
      <w:r>
        <w:br/>
        <w:t>Сонце вже давно сховалося за горами, густо-синя поверхня моря зовсім потемніла, коли вони спохвати-лися і рушили до своєї "обителі здоров’я". Запізнилися на вечерю, зате мали — в головних рисах — план дії. Найперше, звичайно,— пильне вивчення найновіших атласів мозку. Де саме в цій горбкуватій країні пролягли зони локалізації чуттєвих сигналів? Де ті нейронні ретрансляційні станції, які зосереджують сигнали і передають їх до великої гори людської психіки?</w:t>
      </w:r>
    </w:p>
    <w:p>
      <w:r>
        <w:br/>
        <w:t>— Посилювальну решітку ми зробимо, — сказав Михайло Павлович, — хоч це, звичайно, дуже склад-не…</w:t>
      </w:r>
    </w:p>
    <w:p>
      <w:r>
        <w:br/>
        <w:t>— Решітку? — перебив Сергій Олексійович. — Таке й сказав… Ніяка не решітка — корона!</w:t>
      </w:r>
    </w:p>
    <w:p>
      <w:r>
        <w:br/>
        <w:t>— Нехай і "Корона", суть не в назві. Аби ти зміг визначити точки головного мозку, на які…</w:t>
      </w:r>
    </w:p>
    <w:p>
      <w:r>
        <w:br/>
        <w:t>Сергій Олексійович поплескав друга по плечу:</w:t>
      </w:r>
    </w:p>
    <w:p>
      <w:r>
        <w:br/>
        <w:t>— Як сказав колись Юлій Цезар: Alea jacta est! — жереб кинуто! Може, й нам пощастить перейти Рубікон…</w:t>
      </w:r>
    </w:p>
    <w:p>
      <w:r>
        <w:br/>
        <w:t>3</w:t>
      </w:r>
    </w:p>
    <w:p>
      <w:r>
        <w:br/>
        <w:t>Двері були замкнені зсередини. Чулося бубоніння, наче в кабінеті Сергій Олексійович був не сам.</w:t>
      </w:r>
    </w:p>
    <w:p>
      <w:r>
        <w:br/>
        <w:t>— Чуєте? Чуєте? — шепотіла Ольга Юр’ївна. — Це він трохи втих… Я вже думала викликати "швид-ку"…</w:t>
      </w:r>
    </w:p>
    <w:p>
      <w:r>
        <w:br/>
        <w:t>Її заспане бліде обличчя трохи дратувало Михайла Павловича, він ще раз поторгав двері, а тоді загупав кулаком.</w:t>
      </w:r>
    </w:p>
    <w:p>
      <w:r>
        <w:br/>
        <w:t>— Сергію, відчини! Це я…</w:t>
      </w:r>
    </w:p>
    <w:p>
      <w:r>
        <w:br/>
        <w:t>В кабінеті стало тихо, Михайло Павлович знову загрюкав:</w:t>
      </w:r>
    </w:p>
    <w:p>
      <w:r>
        <w:br/>
        <w:t>— Та відімкни ж нарешті!</w:t>
      </w:r>
    </w:p>
    <w:p>
      <w:r>
        <w:br/>
        <w:t>Клацнув замок, і двері прочинилися.</w:t>
      </w:r>
    </w:p>
    <w:p>
      <w:r>
        <w:br/>
        <w:t>— Ти що — ватою вуха позакладав? Стукаю, стукаю…</w:t>
      </w:r>
    </w:p>
    <w:p>
      <w:r>
        <w:br/>
        <w:t>Сергій Олексійович, постогнуючи, почвалав до кушетки і ліг на спину. Голову йому обхоплював золотистий обруч з півсферою сріблястих дротинок, поміж якими кучмилася давно не розчісувана шевелюра. Та, не зважаючи на цю "Корону", нічого королівського в позі свого друга Михайло Павлович не помітив. Сергій Олексійович осунувся, посірів з виду. Де й поділася кримська бронза лиця, блиск очей.</w:t>
      </w:r>
    </w:p>
    <w:p>
      <w:r>
        <w:br/>
        <w:t>— Що з тобою, друже?</w:t>
      </w:r>
    </w:p>
    <w:p>
      <w:r>
        <w:br/>
        <w:t>Сергій Олексійович поворухнув рукою, вказуючи на журнальний столик. Михайло Павлович узяв що-денника і, сівши в крісло, почав переглядати останні записи, Ольга Юр’ївна стовбичила у дверях, чомусь не наважуючись зайти, і це також дратувало Михайла Павловича. Підніс зошита вгору, щоб не бачити, як вона підпирає одвірок. Та досить було кинути погляд на перший рядок, щоб вимкнутись із оточення.</w:t>
      </w:r>
    </w:p>
    <w:p>
      <w:r>
        <w:br/>
        <w:t>"…Таки розрізняю сигнали!</w:t>
      </w:r>
    </w:p>
    <w:p>
      <w:r>
        <w:br/>
        <w:t>…Інтенсивність відчуття набагато більша від сили подразнення, але на скільки?</w:t>
      </w:r>
    </w:p>
    <w:p>
      <w:r>
        <w:br/>
        <w:t>…А як усе це вплине на коркові чуттєві зони?</w:t>
      </w:r>
    </w:p>
    <w:p>
      <w:r>
        <w:br/>
        <w:t>…Чи не "перегріється" ядро основного аналізатора?</w:t>
      </w:r>
    </w:p>
    <w:p>
      <w:r>
        <w:br/>
        <w:t>…Нарешті цей вайло (Михайло Павлович підкинув бровами) сконструював регулятор, але верньєр ма-лий, незручно.</w:t>
      </w:r>
    </w:p>
    <w:p>
      <w:r>
        <w:br/>
        <w:t>…Здійснюється закон "Все або нічого" — маю все, тобто максимальне збудження. Але ж це завдяки "Короні"…</w:t>
      </w:r>
    </w:p>
    <w:p>
      <w:r>
        <w:br/>
        <w:t>…Бронхокардинома?!</w:t>
      </w:r>
    </w:p>
    <w:p>
      <w:r>
        <w:br/>
        <w:t>…Ендокардит!</w:t>
      </w:r>
    </w:p>
    <w:p>
      <w:r>
        <w:br/>
        <w:t>…Вогнище інфекції в сліпій кишці. Операція?</w:t>
      </w:r>
    </w:p>
    <w:p>
      <w:r>
        <w:br/>
        <w:t>…Щось із лівою ниркою… Невже якийсь процес?</w:t>
      </w:r>
    </w:p>
    <w:p>
      <w:r>
        <w:br/>
        <w:t>Чим далі читав Михайло Павлович, тим частіше натрапляв на специфічні медичні терміни, про зміст яких він, фізик, навіть не міг здогадатися. Та йому стало ясно: його друг "відкрив" у себе десятки хронічних захворювань і серйозних уражень внутрішніх органів.</w:t>
      </w:r>
    </w:p>
    <w:p>
      <w:r>
        <w:br/>
        <w:t>— Що це ти понаписував, Сергію? Коронований друг мовчав, лежав тихо, без стогонів.</w:t>
      </w:r>
    </w:p>
    <w:p>
      <w:r>
        <w:br/>
        <w:t>Михайло Павлович гукнув:</w:t>
      </w:r>
    </w:p>
    <w:p>
      <w:r>
        <w:br/>
        <w:t>— Чи ти спиш?</w:t>
      </w:r>
    </w:p>
    <w:p>
      <w:r>
        <w:br/>
        <w:t>Сергій Олексійович поволеньки, обережно підвівся, спустив ноги на килимок. І тільки тоді обізвався:</w:t>
      </w:r>
    </w:p>
    <w:p>
      <w:r>
        <w:br/>
        <w:t>— Про що ти балакаєш, Михайле! Я вже три ночі не заплющую очей…</w:t>
      </w:r>
    </w:p>
    <w:p>
      <w:r>
        <w:br/>
        <w:t>— Що сталося?</w:t>
      </w:r>
    </w:p>
    <w:p>
      <w:r>
        <w:br/>
        <w:t>— Погані справи, друже.</w:t>
      </w:r>
    </w:p>
    <w:p>
      <w:r>
        <w:br/>
        <w:t>— Ох, і понаписував! Що це таке — бронхокардинома?</w:t>
      </w:r>
    </w:p>
    <w:p>
      <w:r>
        <w:br/>
        <w:t>— Рак бронха. Латентний… ну, прихований період. Якраз вчасно…</w:t>
      </w:r>
    </w:p>
    <w:p>
      <w:r>
        <w:br/>
        <w:t>— Так… А ендокардит?</w:t>
      </w:r>
    </w:p>
    <w:p>
      <w:r>
        <w:br/>
        <w:t>— Запалення внутрішньої оболонки серця.— Сергій Олексійович зітхнув.— Я й раніше відчував…</w:t>
      </w:r>
    </w:p>
    <w:p>
      <w:r>
        <w:br/>
        <w:t>— Слухай,— лагідно промовив Михайло Павлович,— а чи ти не занадто… Все ж таки, розумієш, апарат не пройшов клінічного випробування.</w:t>
      </w:r>
    </w:p>
    <w:p>
      <w:r>
        <w:br/>
        <w:t>— Е, якби ти знав, як вона працює, твоя "Корона"! Ось і зараз… Імпульси — наче електричні розряди, постріли. Я навіть бачу спалахи… Певне, аналізатор охоплює й зорові центри… Слухай, та там ніколи не вщу-хає бій! Буває затишшя, але щоб зовсім… О, знову автоматні черги імпульсів! На мене напало сто хвороб! Сиг-нали надходять звідусюди… Подай щоденника.</w:t>
      </w:r>
    </w:p>
    <w:p>
      <w:r>
        <w:br/>
        <w:t>Сергій Олексійович вхопив зошита і почав записувати на коліні — наче донесення з фронту. Чоло вкри-лося брижами зморщок — певне, силкується чоловік розібратися в тому хаосі імпульсів, який охоплює кору півкуль його мозку.</w:t>
      </w:r>
    </w:p>
    <w:p>
      <w:r>
        <w:br/>
        <w:t>Михайло Павлович підійшов і швидким рухом торкнувся "Корони".</w:t>
      </w:r>
    </w:p>
    <w:p>
      <w:r>
        <w:br/>
        <w:t>Сергій Олексійович, переставши писати, кинув на нього запитливий погляд.</w:t>
      </w:r>
    </w:p>
    <w:p>
      <w:r>
        <w:br/>
        <w:t>— Я вимкнув живлення, — сказав Михайло Павлович. — Треба перевірити настройку. Зніми, будь ласка.</w:t>
      </w:r>
    </w:p>
    <w:p>
      <w:r>
        <w:br/>
        <w:t>Дружина, побачивши, що чоловік почав знімати "Корону", якось нервово хіхікнула і вийшла, причинивши за собою двері.</w:t>
      </w:r>
    </w:p>
    <w:p>
      <w:r>
        <w:br/>
        <w:t>Михайло Павлович узяв апарат, навіщось покрутив його перед очима і поставив на столика. Сергій Олексійович гладив долонями обличчя, торкався тім’я.</w:t>
      </w:r>
    </w:p>
    <w:p>
      <w:r>
        <w:br/>
        <w:t>— Ну, як? — спитав Михайло Павлович.</w:t>
      </w:r>
    </w:p>
    <w:p>
      <w:r>
        <w:br/>
        <w:t>— Тиша… Але я знаю — це оманливе.</w:t>
      </w:r>
    </w:p>
    <w:p>
      <w:r>
        <w:br/>
        <w:t>— Давай так, Сергію. Поки я займатимусь "Короною", ти пройдеш клінічне обслідування. А тоді побачимо.</w:t>
      </w:r>
    </w:p>
    <w:p>
      <w:r>
        <w:br/>
        <w:t>…Вони зустрілися, здається, через тиждень у тому самому кабінеті професора-медика. Навіть його дружина так само стояла на порозі. Але атмосфера тут була вже цілком інакша. Сергій Олексійович — бадьорий, пружний — ходив по кабінету, розмахуючи руками.</w:t>
      </w:r>
    </w:p>
    <w:p>
      <w:r>
        <w:br/>
        <w:t>— Нічого! Розумієш — анічогісінько!</w:t>
      </w:r>
    </w:p>
    <w:p>
      <w:r>
        <w:br/>
        <w:t>— І рентген?</w:t>
      </w:r>
    </w:p>
    <w:p>
      <w:r>
        <w:br/>
        <w:t>— Аякже, і рентген, і з десяток найтонших аналізів — нічого не виявили! — Сергій Олексійович спо-хмурнів. — Усе в нормі.</w:t>
      </w:r>
    </w:p>
    <w:p>
      <w:r>
        <w:br/>
        <w:t>— Ти так говориш, наче невдоволений.</w:t>
      </w:r>
    </w:p>
    <w:p>
      <w:r>
        <w:br/>
        <w:t>Сергій Олексійович легенько стиснув свого друга за плечі.</w:t>
      </w:r>
    </w:p>
    <w:p>
      <w:r>
        <w:br/>
        <w:t>— Що здоровий — це, звичайно, добре. А от експеримент…</w:t>
      </w:r>
    </w:p>
    <w:p>
      <w:r>
        <w:br/>
        <w:t>— А чим ти, як медик, поясниш…</w:t>
      </w:r>
    </w:p>
    <w:p>
      <w:r>
        <w:br/>
        <w:t>Сергій Олексійович заговорив, насупивши брови:</w:t>
      </w:r>
    </w:p>
    <w:p>
      <w:r>
        <w:br/>
        <w:t>— Чим поясню? Тодішній мій стан — це яскравий приклад автосуггестії — самонавіювання. Які б не бу-ли експерименти, завжди треба мати на оці, що людський організм — то психофізична цілість.</w:t>
      </w:r>
    </w:p>
    <w:p>
      <w:r>
        <w:br/>
        <w:t>— Це так… Важко перехитрити природу… — не то весело, не то журливо промовив Михайло Павлович. — Мабуть, не даремно вона вивільнила вищі відділи мозку від буденних занять. Осмислити себе — ось у чому суть…</w:t>
      </w:r>
    </w:p>
    <w:p>
      <w:r>
        <w:br/>
        <w:t>— Годі філософствувати, скажи краще, як твоя "Корона"?</w:t>
      </w:r>
    </w:p>
    <w:p>
      <w:r>
        <w:br/>
        <w:t>— Віддав онукові гратися… А що? Хіба всі експерименти вдаються?</w:t>
      </w:r>
    </w:p>
    <w:p>
      <w:r>
        <w:br/>
        <w:t>Сергій Олексійович тільки плечима знизав.</w:t>
      </w:r>
    </w:p>
    <w:p>
      <w:r>
        <w:br/>
        <w:t>4</w:t>
      </w:r>
    </w:p>
    <w:p>
      <w:r>
        <w:br/>
        <w:t>Закінчивши вечірній обхід клініки, Сергій Олексійович мив руки в передчутті чесно заробленого відпо-чинку. Настрій був хороший, але щось його непокоїло, щось марудило, а що — й сам не знав. Підставляв доло-ні під струмінь теплої води, біла піна спливала в раковину, а він силкувався пригадати, чи не забув чого-небудь зробити? Наче нічого, а на душі млоїться.</w:t>
      </w:r>
    </w:p>
    <w:p>
      <w:r>
        <w:br/>
        <w:t>— Сергію Олексійовичу!</w:t>
      </w:r>
    </w:p>
    <w:p>
      <w:r>
        <w:br/>
        <w:t>Мовчки насупився. Завжди ця огрядна медсестра гукає на весь коридор.</w:t>
      </w:r>
    </w:p>
    <w:p>
      <w:r>
        <w:br/>
        <w:t>— Сергію Олексійовичу! До вас прийшли!</w:t>
      </w:r>
    </w:p>
    <w:p>
      <w:r>
        <w:br/>
        <w:t>Побачивши Михайла Павловича, стривожився:</w:t>
      </w:r>
    </w:p>
    <w:p>
      <w:r>
        <w:br/>
        <w:t>— Що трапилось, що ти…</w:t>
      </w:r>
    </w:p>
    <w:p>
      <w:r>
        <w:br/>
        <w:t>Михайло Павлович якось наче винувато усміхнувся:</w:t>
      </w:r>
    </w:p>
    <w:p>
      <w:r>
        <w:br/>
        <w:t>— Та розумієш… Онук, пустуючи, надів мені "Корону"…</w:t>
      </w:r>
    </w:p>
    <w:p>
      <w:r>
        <w:br/>
        <w:t>— І що? Невже і в тебе… автосуггестія?</w:t>
      </w:r>
    </w:p>
    <w:p>
      <w:r>
        <w:br/>
        <w:t>— Оце ж я й хочу дослідитись.</w:t>
      </w:r>
    </w:p>
    <w:p>
      <w:r>
        <w:br/>
        <w:t>…Зоперували Михайла Павловича вчасно. Злоякісний процес у шлунку захопив мізерну кількість клітин.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Експеримент "Корона"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