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Джон Ячне Зерно</w:t>
      </w:r>
    </w:p>
    <w:p>
      <w:r>
        <w:br/>
        <w:t xml:space="preserve"> Зложили присягу колись&lt;br /&gt;</w:t>
        <w:br/>
        <w:t>Три східних королі,&lt;br /&gt;</w:t>
        <w:br/>
        <w:t>Щоб Джону Ячному Зерну&lt;br /&gt;</w:t>
        <w:br/>
        <w:t>Не жити на землі.</w:t>
      </w:r>
    </w:p>
    <w:p>
      <w:r>
        <w:br/>
        <w:t>Вони взяли його в поля&lt;br /&gt;</w:t>
        <w:br/>
        <w:t>I приорали там —&lt;br /&gt;</w:t>
        <w:br/>
        <w:t>I в борозні загинув Джон&lt;br /&gt;</w:t>
        <w:br/>
        <w:t>На радість королям!</w:t>
      </w:r>
    </w:p>
    <w:p>
      <w:r>
        <w:br/>
        <w:t>Та тільки травень надійшов&lt;br /&gt;</w:t>
        <w:br/>
        <w:t>I гримнув перший грім,&lt;br /&gt;</w:t>
        <w:br/>
        <w:t>Джон Ячне Зерно з глибу знов&lt;br /&gt;</w:t>
        <w:br/>
        <w:t>Повстав на диво всім.</w:t>
      </w:r>
    </w:p>
    <w:p>
      <w:r>
        <w:br/>
        <w:t>Під літнім подихом палким&lt;br /&gt;</w:t>
        <w:br/>
        <w:t>Він виріс і зміцнів&lt;br /&gt;</w:t>
        <w:br/>
        <w:t>I в стріли вбрався, щоб ніхто&lt;br /&gt;</w:t>
        <w:br/>
        <w:t>Напасти не посмів.</w:t>
      </w:r>
    </w:p>
    <w:p>
      <w:r>
        <w:br/>
        <w:t>Війнула осінь холодком —&lt;br /&gt;</w:t>
        <w:br/>
        <w:t>Він висох і поблід&lt;br /&gt;</w:t>
        <w:br/>
        <w:t>I сиву голову свою&lt;br /&gt;</w:t>
        <w:br/>
        <w:t>Схилив у пил, як дід.</w:t>
      </w:r>
    </w:p>
    <w:p>
      <w:r>
        <w:br/>
        <w:t>Щодня він старівся й слабів,&lt;br /&gt;</w:t>
        <w:br/>
        <w:t>I знову навкруги&lt;br /&gt;</w:t>
        <w:br/>
        <w:t>Зійшлися з задумом лихим&lt;br /&gt;</w:t>
        <w:br/>
        <w:t>Жорстокі вороги.</w:t>
      </w:r>
    </w:p>
    <w:p>
      <w:r>
        <w:br/>
        <w:t>Коліна гострим різаком&lt;br /&gt;</w:t>
        <w:br/>
        <w:t>Перетяли йому,&lt;br /&gt;</w:t>
        <w:br/>
        <w:t>Зв'язали міцно й повезли,&lt;br /&gt;</w:t>
        <w:br/>
        <w:t>Як злодія, в тюрму.</w:t>
      </w:r>
    </w:p>
    <w:p>
      <w:r>
        <w:br/>
        <w:t>На тік поклавши, узялись&lt;br /&gt;</w:t>
        <w:br/>
        <w:t>Його киями бить,&lt;br /&gt;</w:t>
        <w:br/>
        <w:t>I вішали перед дощем,&lt;br /&gt;</w:t>
        <w:br/>
        <w:t>I торсали щомить.</w:t>
      </w:r>
    </w:p>
    <w:p>
      <w:r>
        <w:br/>
        <w:t>У яму кинули його,&lt;br /&gt;</w:t>
        <w:br/>
        <w:t>Водою повну вкрай,&lt;br /&gt;</w:t>
        <w:br/>
        <w:t>I залишили Джона там&lt;br /&gt;</w:t>
        <w:br/>
        <w:t>На муку і одчай.</w:t>
      </w:r>
    </w:p>
    <w:p>
      <w:r>
        <w:br/>
        <w:t>I, витягши, на землю знов&lt;br /&gt;</w:t>
        <w:br/>
        <w:t>Жбурнули, і, коли&lt;br /&gt;</w:t>
        <w:br/>
        <w:t>Життя з'явилося у нім,&lt;br /&gt;</w:t>
        <w:br/>
        <w:t>Знов бити почали.</w:t>
      </w:r>
    </w:p>
    <w:p>
      <w:r>
        <w:br/>
        <w:t>Страшним вогнем його пекли&lt;br /&gt;</w:t>
        <w:br/>
        <w:t>I катували знов;&lt;br /&gt;</w:t>
        <w:br/>
        <w:t>А мельник всіх перевершив:&lt;br /&gt;</w:t>
        <w:br/>
        <w:t>На пил його змолов.</w:t>
      </w:r>
    </w:p>
    <w:p>
      <w:r>
        <w:br/>
        <w:t>Вони взяли всю кров його&lt;br /&gt;</w:t>
        <w:br/>
        <w:t>Й пили навкруг стола —&lt;br /&gt;</w:t>
        <w:br/>
        <w:t>Й що більш пили її, то більш&lt;br /&gt;</w:t>
        <w:br/>
        <w:t>Веселість їх росла.</w:t>
      </w:r>
    </w:p>
    <w:p>
      <w:r>
        <w:br/>
        <w:t>Джон Ячне Зерно був колись&lt;br /&gt;</w:t>
        <w:br/>
        <w:t>Уславлений герой;&lt;br /&gt;</w:t>
        <w:br/>
        <w:t>Бо хто скуштує кров його,&lt;br /&gt;</w:t>
        <w:br/>
        <w:t>Стає одважним той.</w:t>
      </w:r>
    </w:p>
    <w:p>
      <w:r>
        <w:br/>
        <w:t>Бо хто скуштує кров його,&lt;br /&gt;</w:t>
        <w:br/>
        <w:t>Той горе забува —&lt;br /&gt;</w:t>
        <w:br/>
        <w:t>I плачучи, веселий спів&lt;br /&gt;</w:t>
        <w:br/>
        <w:t>Заводить удова.</w:t>
      </w:r>
    </w:p>
    <w:p>
      <w:r>
        <w:br/>
        <w:t>Нехай же кожний піднесе&lt;br /&gt;</w:t>
        <w:br/>
        <w:t>За Джона келих свій,&lt;br /&gt;</w:t>
        <w:br/>
        <w:t>Щоб рід його не припинявсь&lt;br /&gt;</w:t>
        <w:br/>
        <w:t>В Шотландії старій!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Джон Ячне Зерно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