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Джон Ячмінь</w:t>
      </w:r>
    </w:p>
    <w:p>
      <w:r>
        <w:br/>
        <w:t xml:space="preserve"> Зійшлись колись три королі&lt;br /&gt;</w:t>
        <w:br/>
        <w:t>Суміжних володінь&lt;br /&gt;</w:t>
        <w:br/>
        <w:t>I поклялись, заприсяглись,&lt;br /&gt;</w:t>
        <w:br/>
        <w:t>Що згине Джон Ячмінь.</w:t>
      </w:r>
    </w:p>
    <w:p>
      <w:r>
        <w:br/>
        <w:t>Взяли, ввергли його в ріллю,&lt;br /&gt;</w:t>
        <w:br/>
        <w:t>Втовкли аж у глибінь&lt;br /&gt;</w:t>
        <w:br/>
        <w:t>I поклялись, заприсяглись,&lt;br /&gt;</w:t>
        <w:br/>
        <w:t>Що там йому амінь.</w:t>
      </w:r>
    </w:p>
    <w:p>
      <w:r>
        <w:br/>
        <w:t>Прийшла весна веселая&lt;br /&gt;</w:t>
        <w:br/>
        <w:t>З теплом, з дощем рясним,&lt;br /&gt;</w:t>
        <w:br/>
        <w:t>I Джон Ячмінь піднявся знов&lt;br /&gt;</w:t>
        <w:br/>
        <w:t>На диво їм усім.</w:t>
      </w:r>
    </w:p>
    <w:p>
      <w:r>
        <w:br/>
        <w:t>Настало літечко жарке —&lt;br /&gt;</w:t>
        <w:br/>
        <w:t>Стоїть Ячмінь, як гай,&lt;br /&gt;</w:t>
        <w:br/>
        <w:t>Пустив уси, немов списи —&lt;br /&gt;</w:t>
        <w:br/>
        <w:t>Ніхто не зачіпай!</w:t>
      </w:r>
    </w:p>
    <w:p>
      <w:r>
        <w:br/>
        <w:t>Настигла осінь клопітка —&lt;br /&gt;</w:t>
        <w:br/>
        <w:t>Ячмінь мов зажуривсь&lt;br /&gt;</w:t>
        <w:br/>
        <w:t>І головою сивою&lt;br /&gt;</w:t>
        <w:br/>
        <w:t>Додолу похиливсь.</w:t>
      </w:r>
    </w:p>
    <w:p>
      <w:r>
        <w:br/>
        <w:t>Змарнів, ізблід — звичайно, дід —&lt;br /&gt;</w:t>
        <w:br/>
        <w:t>Немає вже снаги...&lt;br /&gt;</w:t>
        <w:br/>
        <w:t>Отут на нього й завзялись&lt;br /&gt;</w:t>
        <w:br/>
        <w:t>Злорадні вороги.</w:t>
      </w:r>
    </w:p>
    <w:p>
      <w:r>
        <w:br/>
        <w:t>Ураз йому кривим ножем&lt;br /&gt;</w:t>
        <w:br/>
        <w:t>Коліна підтяли,&lt;br /&gt;</w:t>
        <w:br/>
        <w:t>На віз взяли, рублем стягли,&lt;br /&gt;</w:t>
        <w:br/>
        <w:t>На кару повезли.</w:t>
      </w:r>
    </w:p>
    <w:p>
      <w:r>
        <w:br/>
        <w:t>Додолу скинули, та й ну&lt;br /&gt;</w:t>
        <w:br/>
        <w:t>Ціпами обкладать,&lt;br /&gt;</w:t>
        <w:br/>
        <w:t>На вітер винесли, та й ну&lt;br /&gt;</w:t>
        <w:br/>
        <w:t>Угору підкидать.</w:t>
      </w:r>
    </w:p>
    <w:p>
      <w:r>
        <w:br/>
        <w:t>Шпурнули в воду бідака,&lt;br /&gt;</w:t>
        <w:br/>
        <w:t>У темну холодінь:&lt;br /&gt;</w:t>
        <w:br/>
        <w:t>Роби, що хочеш, Джон Ячмінь,-&lt;br /&gt;</w:t>
        <w:br/>
        <w:t>Хоч потопай, хоч плинь!</w:t>
      </w:r>
    </w:p>
    <w:p>
      <w:r>
        <w:br/>
        <w:t>Знов вийняли на білий світ,&lt;br /&gt;</w:t>
        <w:br/>
        <w:t>Та мало ще наруг,&lt;br /&gt;</w:t>
        <w:br/>
        <w:t>Знов шарпали, вгадавши в нім&lt;br /&gt;</w:t>
        <w:br/>
        <w:t>Життя найменший рух.</w:t>
      </w:r>
    </w:p>
    <w:p>
      <w:r>
        <w:br/>
        <w:t>Пекли сердегу на вогні,&lt;br /&gt;</w:t>
        <w:br/>
        <w:t>Аж мозок з кості сплив,&lt;br /&gt;</w:t>
        <w:br/>
        <w:t>А там мірошник у млині&lt;br /&gt;</w:t>
        <w:br/>
        <w:t>Ще й жорнами чавив.</w:t>
      </w:r>
    </w:p>
    <w:p>
      <w:r>
        <w:br/>
        <w:t>А потім з серця кров взяли,&lt;br /&gt;</w:t>
        <w:br/>
        <w:t>Кружляти почали...&lt;br /&gt;</w:t>
        <w:br/>
        <w:t>Пили, пили — що більш пили,&lt;br /&gt;</w:t>
        <w:br/>
        <w:t>То веселіш були.</w:t>
      </w:r>
    </w:p>
    <w:p>
      <w:r>
        <w:br/>
        <w:t>Бо Джон Ячмінь — то ж богатир,&lt;br /&gt;</w:t>
        <w:br/>
        <w:t>I добра в нього кров:&lt;br /&gt;</w:t>
        <w:br/>
        <w:t>Ковтнеш її хоч крапельку,&lt;br /&gt;</w:t>
        <w:br/>
        <w:t>То всіх би поборов!</w:t>
      </w:r>
    </w:p>
    <w:p>
      <w:r>
        <w:br/>
        <w:t>Ковтнеш її — журба сплива,&lt;br /&gt;</w:t>
        <w:br/>
        <w:t>А радість ожива,&lt;br /&gt;</w:t>
        <w:br/>
        <w:t>Ковтне її сумна вдова,&lt;br /&gt;</w:t>
        <w:br/>
        <w:t>I серце їй співа!</w:t>
      </w:r>
    </w:p>
    <w:p>
      <w:r>
        <w:br/>
        <w:t>Чарками дзень, чарками дзінь —&lt;br /&gt;</w:t>
        <w:br/>
        <w:t>Здоров був, Джон Ячмінь!&lt;br /&gt;</w:t>
        <w:br/>
        <w:t>Хай родить рід твій задля всіх&lt;br /&gt;</w:t>
        <w:br/>
        <w:t>Потомних поколінь!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Джон Ячмінь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