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Двоє приятелів і ведмідь</w:t>
      </w:r>
    </w:p>
    <w:p>
      <w:r>
        <w:br/>
        <w:t xml:space="preserve"> &lt;p&gt;Двом приятелям випало одного разу йти вкупі з села до міста. Дорога пролягала через густий ліс.</w:t>
      </w:r>
    </w:p>
    <w:p>
      <w:r>
        <w:br/>
        <w:t>— А чи не спіткає нас яке лихо в путі? — питає один.— Ану ж нападе дикий звір?</w:t>
      </w:r>
    </w:p>
    <w:p>
      <w:r>
        <w:br/>
        <w:t>— Нема чого боятися. Коли що й трапиться — нас двоє, будькому дамо відсіч.</w:t>
      </w:r>
    </w:p>
    <w:p>
      <w:r>
        <w:br/>
        <w:t>Невдовзі дісталися приятелі лісу й пішли попід високими деревами. Аж раптом звідки не візьметься ведмідь. Один з приятелів, ледве його забачивши, кинувся до високого дерева і вмить видерся під самісінький вершечок. Він знав — ведмідь високо не вилізе.</w:t>
      </w:r>
    </w:p>
    <w:p>
      <w:r>
        <w:br/>
        <w:t>Другий ішов трохи позаду й розглядався по боках. А коли помітив звіра, було вже пізно. Видиратися на дерево — марна справа, ведмідь наздожене. Треба придумати щось інше. І чоловік упав додолу та прикинувся неживим, бо знав — ведмідь ніколи не чіпає мертвого.</w:t>
      </w:r>
    </w:p>
    <w:p>
      <w:r>
        <w:br/>
        <w:t>Ведмідь підійшов і вгледів його. Тихенько нахилився над головою. Чоловік затамував подих. Обнюхав його ведмідь, бачить — не дихає, то й подумав, що мертвий. Ведмідь і подався своєю дорогою.</w:t>
      </w:r>
    </w:p>
    <w:p>
      <w:r>
        <w:br/>
        <w:t>Підвівся чоловік, нажаханий, блідий, не вірячи самому собі, що врятувався від ведмежих обіймів.</w:t>
      </w:r>
    </w:p>
    <w:p>
      <w:r>
        <w:br/>
        <w:t>А приятель усе те бачив з дерева і коли оговтався, зліз із дерева, підійшов та й каже:</w:t>
      </w:r>
    </w:p>
    <w:p>
      <w:r>
        <w:br/>
        <w:t>— Коли б ти знав, як злякався я за тебе! Дуже радий, що ти врятувався, братику мій! Ну, а тепер розкажи, що тобі шептав на вухо бурмило, коли нахилився до тебе? Цікаво послухати!</w:t>
      </w:r>
    </w:p>
    <w:p>
      <w:r>
        <w:br/>
        <w:t>— Сказав, щоб я ніколи не ходив нікуди з приятелями, які в скруті кидають мене самого і чимдуж тікають, рятуючи власну шкуру.</w:t>
      </w:r>
    </w:p>
    <w:p>
      <w:r>
        <w:br/>
        <w:t>— Отак і сказав? — засміявшися, здивувався приятель.— Ти ба, який розумний!</w:t>
      </w:r>
    </w:p>
    <w:p>
      <w:r>
        <w:br/>
        <w:t>— Отак. І він має слушність, бо друзі пізнаються в біді.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Двоє приятелів і ведмідь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