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Двигну тебе на крилах туги</w:t>
      </w:r>
    </w:p>
    <w:p>
      <w:r>
        <w:br/>
        <w:t xml:space="preserve"> I&lt;br /&gt;</w:t>
        <w:br/>
        <w:t>Як самота на душу склонить крила&lt;br /&gt;</w:t>
        <w:br/>
        <w:t>І в серці защемить невиплаканий жаль,&lt;br /&gt;</w:t>
        <w:br/>
        <w:t>Прийди тоді, прийди до мене, мила,&lt;br /&gt;</w:t>
        <w:br/>
        <w:t>Розкрий мені цілу твою печаль.&lt;br /&gt;</w:t>
        <w:br/>
        <w:t>Прийди, вложи чоло в мої долоні,&lt;br /&gt;</w:t>
        <w:br/>
        <w:t>Як стужена забута сирота,&lt;br /&gt;</w:t>
        <w:br/>
        <w:t>І лебеди, як вітер на вигоні,&lt;br /&gt;</w:t>
        <w:br/>
        <w:t>Що заколисує до сну жита.&lt;br /&gt;</w:t>
        <w:br/>
        <w:t>Прийди, я з вій твоїх зцілую слези&lt;br /&gt;</w:t>
        <w:br/>
        <w:t>І перейму твій біль у власну грудь,&lt;br /&gt;</w:t>
        <w:br/>
        <w:t>Лишень склонись на мене, як береза,&lt;br /&gt;</w:t>
        <w:br/>
        <w:t>І все забудь, усе забудь.</w:t>
      </w:r>
    </w:p>
    <w:p>
      <w:r>
        <w:br/>
        <w:t>II&lt;br /&gt;</w:t>
        <w:br/>
        <w:t>Ідеш від мене… Йдеш шукати&lt;br /&gt;</w:t>
        <w:br/>
        <w:t>Нових вражінь, нового чару…&lt;br /&gt;</w:t>
        <w:br/>
        <w:t>Я вже не в силі розкресати&lt;br /&gt;</w:t>
        <w:br/>
        <w:t>В твоїй душі давнього жару.&lt;br /&gt;</w:t>
        <w:br/>
        <w:t>Іди… Не йму тебе молити&lt;br /&gt;</w:t>
        <w:br/>
        <w:t>Й візьму на себе всі наруги,&lt;br /&gt;</w:t>
        <w:br/>
        <w:t>Та знай, що ти не в силі вбити&lt;br /&gt;</w:t>
        <w:br/>
        <w:t>Колишніх споминів і туги.&lt;br /&gt;</w:t>
        <w:br/>
        <w:t>Куди не ступиш, де не будеш —&lt;br /&gt;</w:t>
        <w:br/>
        <w:t>Вони, як тінь, підуть з тобою,&lt;br /&gt;</w:t>
        <w:br/>
        <w:t>І може, згодом все забудеш,&lt;br /&gt;</w:t>
        <w:br/>
        <w:t>Та знай: не знайдеш вже спокою.&lt;br /&gt;</w:t>
        <w:br/>
        <w:t>І в хвилях розкоші і чару,&lt;br /&gt;</w:t>
        <w:br/>
        <w:t>В часі любовної розмови&lt;br /&gt;</w:t>
        <w:br/>
        <w:t>Побачиш все криваву мару&lt;br /&gt;</w:t>
        <w:br/>
        <w:t>Моєї вбитої любові.</w:t>
      </w:r>
    </w:p>
    <w:p>
      <w:r>
        <w:br/>
        <w:t>III&lt;br /&gt;</w:t>
        <w:br/>
        <w:t>Ув'ю вінок зі споминів о тобі&lt;br /&gt;</w:t>
        <w:br/>
        <w:t>І покладу собі на білій екрані,&lt;br /&gt;</w:t>
        <w:br/>
        <w:t>І так піду, аж покіль десь на гробі,&lt;br /&gt;</w:t>
        <w:br/>
        <w:t>Як метеор, не блисну і не скану.&lt;br /&gt;</w:t>
        <w:br/>
        <w:t>І вечером, коли рука задуми&lt;br /&gt;</w:t>
        <w:br/>
        <w:t>Водитиме тебе між кущі туї,&lt;br /&gt;</w:t>
        <w:br/>
        <w:t>Прийдуть до тебе всі забуті думи&lt;br /&gt;</w:t>
        <w:br/>
        <w:t>І сядуть на чоло, як поцілуї.&lt;br /&gt;</w:t>
        <w:br/>
        <w:t>В сю хвилю в липах легіт зашепоче&lt;br /&gt;</w:t>
        <w:br/>
        <w:t>І скропить трави зимною росою,&lt;br /&gt;</w:t>
        <w:br/>
        <w:t>І ти на захід звернеш скорбні очі&lt;br /&gt;</w:t>
        <w:br/>
        <w:t>І вмиєш личко теплою сльозою.</w:t>
      </w:r>
    </w:p>
    <w:p>
      <w:r>
        <w:br/>
        <w:t>IV&lt;br /&gt;</w:t>
        <w:br/>
        <w:t>Коли в тюрму прийдуть вечірні тіні&lt;br /&gt;</w:t>
        <w:br/>
        <w:t>І вкриють все безмежною габою,&lt;br /&gt;</w:t>
        <w:br/>
        <w:t>Тоді мій жаль і туга за тобою&lt;br /&gt;</w:t>
        <w:br/>
        <w:t>Ридають так, що в казні плачуть стіни.&lt;br /&gt;</w:t>
        <w:br/>
        <w:t>І я клонюся на залізні грати,&lt;br /&gt;</w:t>
        <w:br/>
        <w:t>Як той жебрак на хрест при роздорожжю,&lt;br /&gt;</w:t>
        <w:br/>
        <w:t>І чую, чую, що ніяк не зможу&lt;br /&gt;</w:t>
        <w:br/>
        <w:t>Важких страждань в душі заколисати.&lt;br /&gt;</w:t>
        <w:br/>
        <w:t>А все ж одно твоє слівце тепліше&lt;br /&gt;</w:t>
        <w:br/>
        <w:t>Могло б мені в'язницю в рай змінити.&lt;br /&gt;</w:t>
        <w:br/>
        <w:t>Дарма… Надворі зачинає дніти,&lt;br /&gt;</w:t>
        <w:br/>
        <w:t>А чорний жаль ридає ще ревніше.</w:t>
      </w:r>
    </w:p>
    <w:p>
      <w:r>
        <w:br/>
        <w:t>V&lt;br /&gt;</w:t>
        <w:br/>
        <w:t>Коби ти знала, скілько муки&lt;br /&gt;</w:t>
        <w:br/>
        <w:t>Твої слова мені завдали,&lt;br /&gt;</w:t>
        <w:br/>
        <w:t>Як я ломив з одчаю руки,&lt;br /&gt;</w:t>
        <w:br/>
        <w:t>Як в серці жалощі ридали!&lt;br /&gt;</w:t>
        <w:br/>
        <w:t>Ти замість острої догани&lt;br /&gt;</w:t>
        <w:br/>
        <w:t>Найшла б для мене щирі жалі,&lt;br /&gt;</w:t>
        <w:br/>
        <w:t>І змила б кров з моєї рани&lt;br /&gt;</w:t>
        <w:br/>
        <w:t>Слізьми незмірної печалі.&lt;br /&gt;</w:t>
        <w:br/>
        <w:t>Та цить! Нехай тобі не вадить&lt;br /&gt;</w:t>
        <w:br/>
        <w:t>Мій жаль і туга за тобою:&lt;br /&gt;</w:t>
        <w:br/>
        <w:t>Чи співчуття твоє зарадить&lt;br /&gt;</w:t>
        <w:br/>
        <w:t>На сум, що зрісся вже зі мною?</w:t>
      </w:r>
    </w:p>
    <w:p>
      <w:r>
        <w:br/>
        <w:t>VI&lt;br /&gt;</w:t>
        <w:br/>
        <w:t>Двигну тебе на крилах туги й жалю&lt;br /&gt;</w:t>
        <w:br/>
        <w:t>До висоти надземного видіння,&lt;br /&gt;</w:t>
        <w:br/>
        <w:t>Спов'ю тебе солодкою печаллю&lt;br /&gt;</w:t>
        <w:br/>
        <w:t>І дам тобі на скронь символ терпіння.&lt;br /&gt;</w:t>
        <w:br/>
        <w:t>І в погляд твій ввіллю таку принаду,&lt;br /&gt;</w:t>
        <w:br/>
        <w:t>Якої ніт в самого херувима,&lt;br /&gt;</w:t>
        <w:br/>
        <w:t>Потім, як раб, до ніг твоїх припаду&lt;br /&gt;</w:t>
        <w:br/>
        <w:t>І дам тобі ім'я: Неумолима.&lt;br /&gt;</w:t>
        <w:br/>
        <w:t>І здумаю про тебе дивну чутку,&lt;br /&gt;</w:t>
        <w:br/>
        <w:t>Що рознесе ім'я твоє світами,&lt;br /&gt;</w:t>
        <w:br/>
        <w:t>А сам уп'юсь кривавими сльозами&lt;br /&gt;</w:t>
        <w:br/>
        <w:t>І втоплюся в бездоннім морі смутку.</w:t>
      </w:r>
    </w:p>
    <w:p>
      <w:r>
        <w:br/>
        <w:t>VII&lt;br /&gt;</w:t>
        <w:br/>
        <w:t>І в сумерках буденщини пропаде&lt;br /&gt;</w:t>
        <w:br/>
        <w:t>Багато слів сердечної розмови,&lt;br /&gt;</w:t>
        <w:br/>
        <w:t>І самота, як мла осіння, впаде&lt;br /&gt;</w:t>
        <w:br/>
        <w:t>На дні дружби і щирої любови.&lt;br /&gt;</w:t>
        <w:br/>
        <w:t>І лиш часом перед очима стане&lt;br /&gt;</w:t>
        <w:br/>
        <w:t>Якийсь фрагмент забутої картини,&lt;br /&gt;</w:t>
        <w:br/>
        <w:t>І з-під повік, як з чаші цвіту, скане&lt;br /&gt;</w:t>
        <w:br/>
        <w:t>Важка, гей ртуть, слеза-перлина.</w:t>
      </w:r>
    </w:p>
    <w:p>
      <w:r>
        <w:br/>
        <w:t>VIII&lt;br /&gt;</w:t>
        <w:br/>
        <w:t>У мріях я тебе злеліяв,&lt;br /&gt;</w:t>
        <w:br/>
        <w:t>Як цвітку хорої мімози,&lt;br /&gt;</w:t>
        <w:br/>
        <w:t>І від землі вітрець повіяв —&lt;br /&gt;</w:t>
        <w:br/>
        <w:t>Розплився чар, остали сльози.&lt;br /&gt;</w:t>
        <w:br/>
        <w:t>Лишився твір уяви й злуди,&lt;br /&gt;</w:t>
        <w:br/>
        <w:t>Як ясний привид херувима,&lt;br /&gt;</w:t>
        <w:br/>
        <w:t>І з тої хвилі в моїх грудях&lt;br /&gt;</w:t>
        <w:br/>
        <w:t>Банує туга невтишима.</w:t>
      </w:r>
    </w:p>
    <w:p>
      <w:r>
        <w:br/>
        <w:t>IX&lt;br /&gt;</w:t>
        <w:br/>
        <w:t>Скажіть їй все: як я тужив за нею&lt;br /&gt;</w:t>
        <w:br/>
        <w:t>І дожидав цілі літа в одчаю,&lt;br /&gt;</w:t>
        <w:br/>
        <w:t>І як я жив з недолею своєю,&lt;br /&gt;</w:t>
        <w:br/>
        <w:t>І як тепер самотній умираю.&lt;br /&gt;</w:t>
        <w:br/>
        <w:t>Скажіть усе; нехай вона пізнає&lt;br /&gt;</w:t>
        <w:br/>
        <w:t>Свої гріхи і молодечі блуди,&lt;br /&gt;</w:t>
        <w:br/>
        <w:t>Нехай не каже, що в мені немає&lt;br /&gt;</w:t>
        <w:br/>
        <w:t>Нічого, крім морозу та й облуди.&lt;br /&gt;</w:t>
        <w:br/>
        <w:t>Скажіть, що я її не винувачу&lt;br /&gt;</w:t>
        <w:br/>
        <w:t>За всі мої незмірно прикрі муки,&lt;br /&gt;</w:t>
        <w:br/>
        <w:t>Що я іще на смертнім ложі плачу&lt;br /&gt;</w:t>
        <w:br/>
        <w:t>І хоч терплю — ломлю за нею руки.</w:t>
      </w:r>
    </w:p>
    <w:p>
      <w:r>
        <w:br/>
        <w:t>Х&lt;br /&gt;</w:t>
        <w:br/>
        <w:t>"Ми мусим розійтися, друже!&lt;br /&gt;</w:t>
        <w:br/>
        <w:t>Бо я відчула ваші болі,&lt;br /&gt;</w:t>
        <w:br/>
        <w:t>Я знаю, що брем'я недолі&lt;br /&gt;</w:t>
        <w:br/>
        <w:t>Та скорб життя гніте вас дуже…&lt;br /&gt;</w:t>
        <w:br/>
        <w:t>А я слаба, а я не в силі&lt;br /&gt;</w:t>
        <w:br/>
        <w:t>Сумного серця роз'яснити,&lt;br /&gt;</w:t>
        <w:br/>
        <w:t>Ми мусимо в розлуці жити —&lt;br /&gt;</w:t>
        <w:br/>
        <w:t>Бо ми зовсім противні хвилі…"&lt;br /&gt;</w:t>
        <w:br/>
        <w:t>Який могучий жар любові&lt;br /&gt;</w:t>
        <w:br/>
        <w:t>Яриться в серці вашім, пані!&lt;br /&gt;</w:t>
        <w:br/>
        <w:t>Щоб пособити моїй рані,&lt;br /&gt;</w:t>
        <w:br/>
        <w:t>Ви ще пустили з неї крові…</w:t>
      </w:r>
    </w:p>
    <w:p>
      <w:r>
        <w:br/>
        <w:t>XI&lt;br /&gt;</w:t>
        <w:br/>
        <w:t>Коби я міг сказать тобі словами,&lt;br /&gt;</w:t>
        <w:br/>
        <w:t>Як тяжко я баную за тобою,&lt;br /&gt;</w:t>
        <w:br/>
        <w:t>То я б ридав кровавими сльозами&lt;br /&gt;</w:t>
        <w:br/>
        <w:t>І говорив огненною тоскою.&lt;br /&gt;</w:t>
        <w:br/>
        <w:t>Та знай: я гордий! Я чувства святого&lt;br /&gt;</w:t>
        <w:br/>
        <w:t>Не вберу в підле слово жебранини&lt;br /&gt;</w:t>
        <w:br/>
        <w:t>І не приступлю до порога твого&lt;br /&gt;</w:t>
        <w:br/>
        <w:t>З гірким плачем покірної дитини.&lt;br /&gt;</w:t>
        <w:br/>
        <w:t>Зачиню серце, як безлюдну хату,&lt;br /&gt;</w:t>
        <w:br/>
        <w:t>В якій банує ангел запустіння,&lt;br /&gt;</w:t>
        <w:br/>
        <w:t>І не піду до тебе нарікати,&lt;br /&gt;</w:t>
        <w:br/>
        <w:t>Хоч доведеться загибать з терпінняі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Двигну тебе на крилах туги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