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сім'ї</w:t>
      </w:r>
    </w:p>
    <w:p>
      <w:r>
        <w:br/>
        <w:t xml:space="preserve"> Де зерно, там і полова (Дві сім'ї)</w:t>
      </w:r>
    </w:p>
    <w:p>
      <w:r>
        <w:br/>
        <w:t>Драма в 4-х діях</w:t>
      </w:r>
    </w:p>
    <w:p>
      <w:r>
        <w:br/>
        <w:t>ДІЄВІ ЛЮДИ:</w:t>
      </w:r>
    </w:p>
    <w:p>
      <w:r>
        <w:br/>
        <w:t>Самрось Жлудь, міщанин.&lt;br /&gt;</w:t>
        <w:br/>
        <w:t>Зінька, його жінка.&lt;br /&gt;</w:t>
        <w:br/>
        <w:t>Роман Жлудь, парубок.&lt;br /&gt;</w:t>
        <w:br/>
        <w:t>Настя Жлудиха, мати Самросева і Романова.&lt;br /&gt;</w:t>
        <w:br/>
        <w:t>Степан Рева (по-вуличному Чабан), селянин.&lt;br /&gt;</w:t>
        <w:br/>
        <w:t>Хотина, його жінка.&lt;br /&gt;</w:t>
        <w:br/>
        <w:t>Хведоска, їх дочка.&lt;br /&gt;</w:t>
        <w:br/>
        <w:t>Кирило, старий дід.&lt;br /&gt;</w:t>
        <w:br/>
        <w:t>Харитон, середніх літ&lt;br /&gt;</w:t>
        <w:br/>
        <w:t>Юхим, його син, парубок.&lt;br /&gt;</w:t>
        <w:br/>
        <w:t>Денис, Пилип, Свирид — селяни.&lt;br /&gt;</w:t>
        <w:br/>
        <w:t>Онопрій Митрохванович Чикалка, крамар.&lt;br /&gt;</w:t>
        <w:br/>
        <w:t>Старшина.&lt;br /&gt;</w:t>
        <w:br/>
        <w:t>Писар&lt;br /&gt;</w:t>
        <w:br/>
        <w:t>Ганна, молодиця&lt;br /&gt;</w:t>
        <w:br/>
        <w:t>Любка, Мотря — дівчата</w:t>
      </w:r>
    </w:p>
    <w:p>
      <w:r>
        <w:br/>
        <w:t>Дівчата, парубки, народ, старці, діти і музики.</w:t>
      </w:r>
    </w:p>
    <w:p>
      <w:r>
        <w:br/>
        <w:t>Діється на селі.</w:t>
      </w:r>
    </w:p>
    <w:p>
      <w:r>
        <w:br/>
        <w:t>ДІЯ ПЕРША</w:t>
      </w:r>
    </w:p>
    <w:p>
      <w:r>
        <w:br/>
        <w:t>На пригорі село. В глибині кону дзвіниця і бархан; ближче, поліворуч: "Волостиое пракление", праворуч крамниця з табличкою: "Боколеная лафка". Біля дзвіниці, на східцях, старці; подекуди снують діти з крашанками.</w:t>
      </w:r>
    </w:p>
    <w:p>
      <w:r>
        <w:br/>
        <w:t>ЯВА 1</w:t>
      </w:r>
    </w:p>
    <w:p>
      <w:r>
        <w:br/>
        <w:t>З дзвіниці виходять дівчата, шепочучи і хихикаючи проміж себе, і проходять в садок, що за барканом; за дівчатами поодаль ідуть пишаючись парубки.</w:t>
      </w:r>
    </w:p>
    <w:p>
      <w:r>
        <w:br/>
        <w:t>ЯВА 2</w:t>
      </w:r>
    </w:p>
    <w:p>
      <w:r>
        <w:br/>
        <w:t>Мотря, Хведоска і Любка виходять з дзвіниці.&lt;br /&gt;</w:t>
        <w:br/>
        <w:t>Хведоска. Яка тіснота в церкві: миру, миру, мов бджіл у вулику,— так і кишать, так і гудуть! Душно в церкві, аж млосно!&lt;br /&gt;</w:t>
        <w:br/>
        <w:t>Мотря (хихикнула). Чисто!.. Я вже дивувалася, дивувалася, як це ти не зомліла! Чуєш, Любко! Бачила ти, скільки Хведоска свічок приліпила, мало не до кожного образа?&lt;br /&gt;</w:t>
        <w:br/>
        <w:t>Хведоска. Тобі заздрісне, чи як?&lt;br /&gt;</w:t>
        <w:br/>
        <w:t>Мотря. Чисто! За кого ти їх так багато ставляла?&lt;br /&gt;</w:t>
        <w:br/>
        <w:t>Хведоска. От тобі й знаєш, за кого,— за батька, матір, за рід і за мир хрещений.&lt;br /&gt;</w:t>
        <w:br/>
        <w:t>Мотря. Чисто! А за того ж мирянина скільки?&lt;br /&gt;</w:t>
        <w:br/>
        <w:t>Хведоска. За котрого? Ну й що ти раз по раз вигадуєш?&lt;br /&gt;</w:t>
        <w:br/>
        <w:t>Любка. Ой, свята та божа! Ще й питає, за котрого.&lt;br /&gt;</w:t>
        <w:br/>
        <w:t>Мотря. За того, що цілого семигривеного поклав титареві на тарілочку?&lt;br /&gt;</w:t>
        <w:br/>
        <w:t>Хведоска. От так пак! На ж тобі!.. Пхі!&lt;br /&gt;</w:t>
        <w:br/>
        <w:t>Любка. Дукар! Такому не диво й карбованця викинути.&lt;br /&gt;</w:t>
        <w:br/>
        <w:t>Мотря. Тільки що з'явився він у церкві, так наша Хведоска зразу й нестямилася!..&lt;br /&gt;</w:t>
        <w:br/>
        <w:t>Любка (хихика). Та вже й не потрапе, куди їй очі звести.&lt;br /&gt;</w:t>
        <w:br/>
        <w:t>Хведоска. Отже, я і в головах собі нічого того не покладаю… З якої б то хвороби?&lt;br /&gt;</w:t>
        <w:br/>
        <w:t>Любка. Він її очима пече, а вона аж міниться в лиці, та все, сердешна, молиться, та навколішки припада!&lt;br /&gt;</w:t>
        <w:br/>
        <w:t>Хведоска. Вже вхопили на кутні?&lt;br /&gt;</w:t>
        <w:br/>
        <w:t>Мотря. Слухай-бо, Хведоню! Невже ж і справді він і досі і словом тебе не зачепив?&lt;br /&gt;</w:t>
        <w:br/>
        <w:t>Хведоска. З якої немочі? Що я йому або він мені? Байдужісінько!..&lt;br /&gt;</w:t>
        <w:br/>
        <w:t>Пішли в садок.</w:t>
      </w:r>
    </w:p>
    <w:p>
      <w:r>
        <w:br/>
        <w:t>ЯВА 3</w:t>
      </w:r>
    </w:p>
    <w:p>
      <w:r>
        <w:br/>
        <w:t>Самрось Жлудь і Роман зупиняються на бабинці.&lt;br /&gt;</w:t>
        <w:br/>
        <w:t>Самрось. Ну, скажи, пожалуста, га? Прогавив кума Онопрія Митрохвановича в церкві та й не похристосувався з ними!.. Пока люде запричастяться — сьогодні спаселників сила! — збігаю та похристосуюся. (Іде до крамниці).&lt;br /&gt;</w:t>
        <w:br/>
        <w:t>Роман. Коли б же ти там не бавився!&lt;br /&gt;</w:t>
        <w:br/>
        <w:t>Самрось. Отак! Маненький я, чи що?&lt;br /&gt;</w:t>
        <w:br/>
        <w:t>Роман. Батько скоро запричастяться…&lt;br /&gt;</w:t>
        <w:br/>
        <w:t>Самрось. Та що?&lt;br /&gt;</w:t>
        <w:br/>
        <w:t>Роман. Додому їхатимем.&lt;br /&gt;</w:t>
        <w:br/>
        <w:t>Самрось. Думаєш, що нап'юся? Здається, я ще не дурень на світі? (Пішов у крамницю).&lt;br /&gt;</w:t>
        <w:br/>
        <w:t>Роман (сам). Бачив, що й Хведоска вкупі з дівчатами вийшла з церкви,— куди ж вона поділася? (Огляда навкруги). Невже пішла додому? Цебто й сьогодні не доведеться зустрітися? Мало не щонеділі бачу її в церкві, а ще ні разу не спобіг її так, щоб перестріти, та поздоровкатись, та хоч би словце промовити. І вона ніби нарочито обминає мене, все осторонь обходе… Незвичайно так ні з сього ні з того налопом піти назустріч, перепинити… Та вже ж або сьогодні, або завтра — приїду прямо до її батька, вигадаю яке-небудь діло… (Іде до баркана).</w:t>
      </w:r>
    </w:p>
    <w:p>
      <w:r>
        <w:br/>
        <w:t>ЯВА 4</w:t>
      </w:r>
    </w:p>
    <w:p>
      <w:r>
        <w:br/>
        <w:t>Харитон, Кирило, Пилип і Денис.&lt;br /&gt;</w:t>
        <w:br/>
        <w:t>Денис (бухика). Та й довго ж піп причаща!&lt;br /&gt;</w:t>
        <w:br/>
        <w:t>Харитон. Спаселників багато: мало не на сотню!&lt;br /&gt;</w:t>
        <w:br/>
        <w:t>Денис. Ніби не мали часу за піст відговітись? Коли б швидше розговлятися… їсти — аж душа болить!&lt;br /&gt;</w:t>
        <w:br/>
        <w:t>Харитон (до Кирила). Сиділи б, діду, у таке свято дома: людей у церкві, як комашні, мало вас не задавили!&lt;br /&gt;</w:t>
        <w:br/>
        <w:t>Кирило. Га? Бог смерті не дасть, то й вовк не проковтне!&lt;br /&gt;</w:t>
        <w:br/>
        <w:t>Денис (бухика). Тьху на тебе, от причепилосяі.. Неначе там тобі усередині що гарчить або ж гавка…&lt;br /&gt;</w:t>
        <w:br/>
        <w:t>Пилип (глузуючи). То, мабуть, горілка з сирівцем свариться? Коли б до цього кашлю та ще кольки…&lt;br /&gt;</w:t>
        <w:br/>
        <w:t>Денис. Коли б тобі до очей та більма!&lt;br /&gt;</w:t>
        <w:br/>
        <w:t>Пилип. А ти б менш тріскав кукульвану, не давило б!&lt;br /&gt;</w:t>
        <w:br/>
        <w:t>Денис. Я за твої п'ю, чи як? Ти мене частував коли-небудь?.. Розговіюся, зараз на піч та й догоричерева: спатиму аж до провід!&lt;br /&gt;</w:t>
        <w:br/>
        <w:t>Харитон. О! А до шинку?&lt;br /&gt;</w:t>
        <w:br/>
        <w:t>Денис. Чортма за що, в кишенях ані дзенькне!&lt;br /&gt;</w:t>
        <w:br/>
        <w:t>Харитон. А набір?&lt;br /&gt;</w:t>
        <w:br/>
        <w:t>Денис. Набрався, братухо, по самісінькі вуха!&lt;br /&gt;</w:t>
        <w:br/>
        <w:t>Пилип. Ніби не знайдуться такі, що почастують?&lt;br /&gt;</w:t>
        <w:br/>
        <w:t>Денис. Ну й чого ти чіпляєшся, чого лізеш в вічі, як та слоква? Авжеж, що знайдуться ще путящі, не всі такі скнипи, як ти!&lt;br /&gt;</w:t>
        <w:br/>
        <w:t>Пилип. У мене дурничку хава з'їла.&lt;br /&gt;</w:t>
        <w:br/>
        <w:t>Денис. Вона вже й тебе туж-туж стріска!&lt;br /&gt;</w:t>
        <w:br/>
        <w:t>Пилип. А стріска! Що ступінь, то вже ближч до домовини.&lt;br /&gt;</w:t>
        <w:br/>
        <w:t>Денис. Коли б думав про домовину, не складав би карбованці в скриньку!&lt;br /&gt;</w:t>
        <w:br/>
        <w:t>Пилип. Живий про живе міркує!..&lt;br /&gt;</w:t>
        <w:br/>
        <w:t>Харитон. Ну й діждалися ж тепла! Надів сьогодні гедзетика, думка шибала: змерзну! — аж воно і в гедзетику парить.&lt;br /&gt;</w:t>
        <w:br/>
        <w:t>Кирило. Га? То ще кров в тобі воює; а як мені, то ось і в кожусі холодно.&lt;br /&gt;</w:t>
        <w:br/>
        <w:t>Харитон. Ну й зима ж була!&lt;br /&gt;</w:t>
        <w:br/>
        <w:t>Пилип. Сутужна!&lt;br /&gt;</w:t>
        <w:br/>
        <w:t>Денис. Було б, мовляв, ще сутужніш, та вже й нікуди!&lt;br /&gt;</w:t>
        <w:br/>
        <w:t>Харитон. І довга! Таких зим довгих, либонь, ще й не було?&lt;br /&gt;</w:t>
        <w:br/>
        <w:t>Денис. Була б ще довш, та вже й нікуди!&lt;br /&gt;</w:t>
        <w:br/>
        <w:t>Пилип. А тобі що? Ні волика, ні корівки!.. Що ти, за пашею бідкався, чи як?&lt;br /&gt;</w:t>
        <w:br/>
        <w:t>Денис. Не до тебе п'ють!&lt;br /&gt;</w:t>
        <w:br/>
        <w:t>Пилип. Не стало топлива, ти хату обдер?&lt;br /&gt;</w:t>
        <w:br/>
        <w:t>Денис. Обдер свою, а не твою!&lt;br /&gt;</w:t>
        <w:br/>
        <w:t>Кирило. Далі зими ще довші будуть: перед кінцем світу геть усе переплутається…&lt;br /&gt;</w:t>
        <w:br/>
        <w:t>Денис. Либонь, воно до того вже і йдеться. Мабуть, і ховрах геть повимерзав? Торішню весну мої хлопчаки таки наловили їх, аж на одинадцять карбованців; а цю весну, мабуть, чорт матиме й того заробітку?&lt;br /&gt;</w:t>
        <w:br/>
        <w:t>Пилип. А чорт матиме! Бо тепера до волості, писар мені казав, прийшла статистика, що земство не платитиме вже за ховрахів…&lt;br /&gt;</w:t>
        <w:br/>
        <w:t>Денис. Обдурюй кого іншого!&lt;br /&gt;</w:t>
        <w:br/>
        <w:t>Харитон. Чи й справді? Не плататиме вже?&lt;br /&gt;</w:t>
        <w:br/>
        <w:t>Пилип. Написано, щоб кожного наділу по скількох там ховрахів ловили та приставляли до волості…&lt;br /&gt;</w:t>
        <w:br/>
        <w:t>Харитон. Гм, шутки!..&lt;br /&gt;</w:t>
        <w:br/>
        <w:t>Денис. От чорт не видав! Ач, які митці? Чорта з два я їх ловитиму за спасибі!..&lt;br /&gt;</w:t>
        <w:br/>
        <w:t>Пилип. Примусять!&lt;br /&gt;</w:t>
        <w:br/>
        <w:t>Денис. Мене? Овва!&lt;br /&gt;</w:t>
        <w:br/>
        <w:t>Кирило. Чи ловитимуть, чи не ловитимуть, а ях захоче господь покарати, то відкіля те й лихо вирине: і ховрах, і кузка, і гемонська муха, і всяка нечисть!..&lt;br /&gt;</w:t>
        <w:br/>
        <w:t>Пилип. А звичайно…&lt;br /&gt;</w:t>
        <w:br/>
        <w:t>Харитон. А так, так… Все від господа милосердного!&lt;br /&gt;</w:t>
        <w:br/>
        <w:t>Кирило. Адже розказував якийсь чоловік, що десь-то та хтось-то усіх ховрахів повипивав на своїм наділі; а сусіда його, каже, навіть і кухля води не збавив: на божу волю здався. Що ж, нарешті, вчинилося?&lt;br /&gt;</w:t>
        <w:br/>
        <w:t>Харитон. Мабуть, у того, що виливав, геть ховрах хліб вибив?&lt;br /&gt;</w:t>
        <w:br/>
        <w:t>Кирило. До цурочки, дощенту!.. А в того, що не зачіпав їх, хоч би тобі стеблину знівечили!&lt;br /&gt;</w:t>
        <w:br/>
        <w:t>Денис. Он як!&lt;br /&gt;</w:t>
        <w:br/>
        <w:t>Пилип. А бува, бува!..&lt;br /&gt;</w:t>
        <w:br/>
        <w:t>Кирило. Все від господа милосердного!&lt;br /&gt;</w:t>
        <w:br/>
        <w:t>Харитон. Ну, скажіть, на милость божу, що воно за причта, що вчора зовсім було насупилося ва дощ, думка шибала: ось-ось поллє, ось-ось ушкваре!.. Отже тільки погриміло та поблискало…&lt;br /&gt;</w:t>
        <w:br/>
        <w:t>Кирило. Га? Воно вже так щоразу коїтиметься, що погримить, поблиска, часом трошки побризка та й розійдеться.&lt;br /&gt;</w:t>
        <w:br/>
        <w:t>Роман (спершу наслухав, далі підходить ближче). Через що ж то воно, діду, так коїтиметься?&lt;br /&gt;</w:t>
        <w:br/>
        <w:t>Кирило. Га? Через що? Показав би я їм, та несила вже моя… А розплодилося їх до пропасті!..&lt;br /&gt;</w:t>
        <w:br/>
        <w:t>Харитон. Отак і я догадувався, отак самісінько!.. Це ви, діду, про відьом кажете?&lt;br /&gt;</w:t>
        <w:br/>
        <w:t>Кирило. Їздили колись вони на мені, та вже ж і я ними їздив, ого, ще й як їздив! Як сяду, було, на неї, та замордаю, та як почну хваидою маніжити, аж мило з неї клубками котиться!..&lt;br /&gt;</w:t>
        <w:br/>
        <w:t>Роман. Цебто у сні вам так вбачалося?&lt;br /&gt;</w:t>
        <w:br/>
        <w:t>Кирило. Га? У сні? Стривай, дадуться вони коли-небудь тобі взнаки!&lt;br /&gt;</w:t>
        <w:br/>
        <w:t>Денис. Роман митець кожному баки забивати!</w:t>
      </w:r>
    </w:p>
    <w:p>
      <w:r>
        <w:br/>
        <w:t>ЯВА 5</w:t>
      </w:r>
    </w:p>
    <w:p>
      <w:r>
        <w:br/>
        <w:t>Ті ж і Свирид.&lt;br /&gt;</w:t>
        <w:br/>
        <w:t>Свирид. Про віщо чурукуєте?&lt;br /&gt;</w:t>
        <w:br/>
        <w:t>Пилип. Звичайно, про те, що, мовляв, щодня тебе муля…&lt;br /&gt;</w:t>
        <w:br/>
        <w:t>Харитон. О, муля, аж дошкуля!&lt;br /&gt;</w:t>
        <w:br/>
        <w:t>Денис. Було б ще дошкульніш, та вже й нікуди!&lt;br /&gt;</w:t>
        <w:br/>
        <w:t>Харитон. Дід Кирило кажуть, що відьми розплодилися, а Роман глузує!&lt;br /&gt;</w:t>
        <w:br/>
        <w:t>Денис. Сказано: багач та ще й грамотій!&lt;br /&gt;</w:t>
        <w:br/>
        <w:t>Роман. То дід глузують над вами, а я навсправжки кажу, що ті відьми дідові снилися.&lt;br /&gt;</w:t>
        <w:br/>
        <w:t>Кирило. Га? Снилися?.. Як тільки дочиталися до хреста, я луп очима: стоїть мацапура попліч мене і шкіриться!.. Відкіля це ти, думаю, вискіпалася? Ще й з дійницею на голові! Стоїть і звіриться на мене… Я їй тиць дулю навідлі, отакечки — о! На тобі, кажу, хвостата прояво! Щезла!.. Зирк управоруч, аж і друга!..&lt;br /&gt;</w:t>
        <w:br/>
        <w:t>Харитон. Сторія!&lt;br /&gt;</w:t>
        <w:br/>
        <w:t>Роман. Це ви, діду, задрімали та до того ще постилися троє день…&lt;br /&gt;</w:t>
        <w:br/>
        <w:t>Кирило. Батькові своєму лисому розкажи!&lt;br /&gt;</w:t>
        <w:br/>
        <w:t>Роман. А чом же ніхто інший, опріч вас, не бачив тих відьом?&lt;br /&gt;</w:t>
        <w:br/>
        <w:t>Харитон. Бо дід, так вони средствія такого знають, що сподобилися їх бачити!..&lt;br /&gt;</w:t>
        <w:br/>
        <w:t>Роман. Неправда! Нехай дід так зроблять, щоб ті відьми отут з'явилися, тоді і я повірю!&lt;br /&gt;</w:t>
        <w:br/>
        <w:t>Кирило (плює). Тьху! (Пішов).&lt;br /&gt;</w:t>
        <w:br/>
        <w:t>Свирид. Ну… Тадже ж і в книжках повинні писати про відьом?&lt;br /&gt;</w:t>
        <w:br/>
        <w:t>Роман. Пишуть!&lt;br /&gt;</w:t>
        <w:br/>
        <w:t>Пилип. Аякже! Мій старший хлопчина якось читав мені про "бабу-ягу, костяну ногу".&lt;br /&gt;</w:t>
        <w:br/>
        <w:t>Роман. То ж казочка, а казочка — побрехенька. А є такі книги, у котрих і правду пишуть.&lt;br /&gt;</w:t>
        <w:br/>
        <w:t>Харитон. Яку ж правду?&lt;br /&gt;</w:t>
        <w:br/>
        <w:t>Роман. А таку, що багато ще є людей у дитинячім зрості, котрі вірять усякій нісенітниці.&lt;br /&gt;</w:t>
        <w:br/>
        <w:t>Свирид. Хто ж його зна, котрій книжці і вірити?&lt;br /&gt;</w:t>
        <w:br/>
        <w:t>Харитон. Стривайте! Ну, а через що ж нема у нас дощів, через що? Кажуть: куди відьма махне рукавом, туди й хмари прожене. Правда, Денисе? Так же кажуть?..&lt;br /&gt;</w:t>
        <w:br/>
        <w:t>Денис. Нехай отой розумний каже.&lt;br /&gt;</w:t>
        <w:br/>
        <w:t>Роман. Аби б дощі, то вже й хліб родитиме?&lt;br /&gt;</w:t>
        <w:br/>
        <w:t>Харитон. Атож як?&lt;br /&gt;</w:t>
        <w:br/>
        <w:t>Роман. У книжках пишуть і достометно викладають, що засухи відтоді настали, як повирублювали ліси та позамулювали річки…&lt;br /&gt;</w:t>
        <w:br/>
        <w:t>Денис. Чорт батька зна що плетуть!&lt;br /&gt;</w:t>
        <w:br/>
        <w:t>Свирид (до Дениса). Та ну, не перебаранчай!&lt;br /&gt;</w:t>
        <w:br/>
        <w:t>Роман. І знов доказують і те, що люде здебільшого обробляють землю "на нехай".&lt;br /&gt;</w:t>
        <w:br/>
        <w:t>Деякі. Як то "на нехай"?&lt;br /&gt;</w:t>
        <w:br/>
        <w:t>Роман. Сяк-так подряпають, як ще колись-то діди та прадіди дряпали.&lt;br /&gt;</w:t>
        <w:br/>
        <w:t>Харитон. Одначе ж за прадідів хліб родив?&lt;br /&gt;</w:t>
        <w:br/>
        <w:t>Свирид. Ще й який хліб!&lt;br /&gt;</w:t>
        <w:br/>
        <w:t>Денис. Навдивовижу!&lt;br /&gt;</w:t>
        <w:br/>
        <w:t>Роман. Тоді земля мала силу; а тепер вже переорали її на попіл, знесилили. Замість того щоб обробляти, наприклад, так, як німці-колоністи обробляють землю, наш брат тільки дряпа і всі надії склада на бога.&lt;br /&gt;</w:t>
        <w:br/>
        <w:t>Денис. Як бог захоче, то й на голому вродить.&lt;br /&gt;</w:t>
        <w:br/>
        <w:t>Харитон. Без бога ні до порога.&lt;br /&gt;</w:t>
        <w:br/>
        <w:t>Роман. А звичайно. А друга приказка каже: "Поможи, боже! — Роби, небоже!" Отже, німці, мабуть, цю приказку добре розжували.&lt;br /&gt;</w:t>
        <w:br/>
        <w:t>Свирид. Так то ж німці!&lt;br /&gt;</w:t>
        <w:br/>
        <w:t>Роман. Такі ж люде, як і ми; і тому ж богові моляться. Німці до ладу обробляють землю та ще й удобряють.&lt;br /&gt;</w:t>
        <w:br/>
        <w:t>Пилип. Там і спромога, і снасть інша!..&lt;br /&gt;</w:t>
        <w:br/>
        <w:t>Харитон. Та, може, воно… Ну, скажіть, на милость божу! Тепера у мене плуг є, то леміш на ньому ще від діда! Що ж мені — поламати його чи спалити та німецького купувати?&lt;br /&gt;</w:t>
        <w:br/>
        <w:t>Денис. Ось знаєте, що я вам скажу? Дайте ви мені отак, як я оце стою: десятин з тридцять землі на вічність та плугів зо три, волів, годів на п'ять вільготу…&lt;br /&gt;</w:t>
        <w:br/>
        <w:t>Пилип. Та ще чого?&lt;br /&gt;</w:t>
        <w:br/>
        <w:t>Денис. Ще чого? Та хоч і годі!&lt;br /&gt;</w:t>
        <w:br/>
        <w:t>Свирид (усміхається). І небагато чоловікові забагнулося!&lt;br /&gt;</w:t>
        <w:br/>
        <w:t>Денис. І тоді побачите, яким я зразу зроблюсь розумним.&lt;br /&gt;</w:t>
        <w:br/>
        <w:t>Пилип. А так, так!..&lt;br /&gt;</w:t>
        <w:br/>
        <w:t>Денис. Ти-бо не такий! Чого шкіришся? У тебе плуг, волів є, то й розум у тебе є! Свирид має дві пари волів та четверо коней? Він теж розумний! Тепера у Романового батька: сімдесят десятин землі, свій хутір, худоби сила, грошей повні кишені, усякі достатки!.. То вже Роман мусить бути розумнішим над вами обома… Одним лицем: памещик-о! А ми злидні, то ми вже дурні, болвани!.. Шапочку повинні здіймати перед дукарями!.. Ні, ти спершу дай мені силу, то й я показав би себе!&lt;br /&gt;</w:t>
        <w:br/>
        <w:t>Пилип. Оце правда! Що правда, то не гріх! Таку вже правду сказав, як на квитанції списав! Хто-хто, а ти показав би себе: щодня одвідував би всі шинки.&lt;br /&gt;</w:t>
        <w:br/>
        <w:t>Денис. А чи не плюну я тобі межі очі?</w:t>
      </w:r>
    </w:p>
    <w:p>
      <w:r>
        <w:br/>
        <w:t>ЯВА 6</w:t>
      </w:r>
    </w:p>
    <w:p>
      <w:r>
        <w:br/>
        <w:t>Ті ж, писар і старшина.&lt;br /&gt;</w:t>
        <w:br/>
        <w:t>Писар. Што, Роман Софронович, все з мужичками гуторите?&lt;br /&gt;</w:t>
        <w:br/>
        <w:t>Роман. А хоч би й так, кому від цього зашкодить?&lt;br /&gt;</w:t>
        <w:br/>
        <w:t>Писар. Сколько разов постерегаю вас у єтих времяпровожденіях, ну не соображу: какая вам вигода?&lt;br /&gt;</w:t>
        <w:br/>
        <w:t>Старшина. І я не соображу.&lt;br /&gt;</w:t>
        <w:br/>
        <w:t>Роман. А так собі балакаємо, та й годі: не кожне слово мимо вуха летить, інше і в вухо.&lt;br /&gt;</w:t>
        <w:br/>
        <w:t>Писар. А по-моєму, з ними розглагольствовать, що по воді батогом хлестать!&lt;br /&gt;</w:t>
        <w:br/>
        <w:t>Пилип. Тобто ми такі дурні?&lt;br /&gt;</w:t>
        <w:br/>
        <w:t>Писар. Не в том расчот…&lt;br /&gt;</w:t>
        <w:br/>
        <w:t>Свирид. Ав чім же?&lt;br /&gt;</w:t>
        <w:br/>
        <w:t>Писар. Што просвещенія на вас не видать…&lt;br /&gt;</w:t>
        <w:br/>
        <w:t>Старшина. Нікоторої прибавки!&lt;br /&gt;</w:t>
        <w:br/>
        <w:t>Пилип. З путящої балачки, то й ми дещо розжовуємо.&lt;br /&gt;</w:t>
        <w:br/>
        <w:t>Свирид. Таки як добре пожуєш, то й розсмакуєш…&lt;br /&gt;</w:t>
        <w:br/>
        <w:t>Писар. Сомніваюсь! Думаєте, што я єту орду не пробував цівілізувать? Двадцять разов принімався — не дєйствуєт! Ти йому образи, а він тобі лика!..&lt;br /&gt;</w:t>
        <w:br/>
        <w:t>Старшина. Така навкруги необразованость!..&lt;br /&gt;</w:t>
        <w:br/>
        <w:t>Денис. Це правда, господин старшина! Істинно, як на гладкому, як на черіні!.. Коли несила, то краще мовчати!..&lt;br /&gt;</w:t>
        <w:br/>
        <w:t>Старшина (грізно). Тобі давно вже пора замазати рота!&lt;br /&gt;</w:t>
        <w:br/>
        <w:t>Денис. То я його не геть-то ще й роззявляю!..&lt;br /&gt;</w:t>
        <w:br/>
        <w:t>Старшина (скоса зиркнув). Чу-чю в хлів!&lt;br /&gt;</w:t>
        <w:br/>
        <w:t>Денис. Та я… (До Харитона). Ходім! Началство, звісно, треба мовчати.&lt;br /&gt;</w:t>
        <w:br/>
        <w:t>Пішли з Харитоном.&lt;br /&gt;</w:t>
        <w:br/>
        <w:t>Писар. Скажіть нашим мужичкам: господа, просимо викушать по чарочці…&lt;br /&gt;</w:t>
        <w:br/>
        <w:t>Денис (оглядається). Га?&lt;br /&gt;</w:t>
        <w:br/>
        <w:t>Писар. О! (До Дениса). Ступай, ступай! По чарочці, так єто на них дєйствуєть! Примєрно, почну їм пояснять про телеграф…&lt;br /&gt;</w:t>
        <w:br/>
        <w:t>Роман. Про телеграф? Навіщо ж це?&lt;br /&gt;</w:t>
        <w:br/>
        <w:t>Писар. Как? Ото ж у нас телеграф проходить?&lt;br /&gt;</w:t>
        <w:br/>
        <w:t>Старшина. Стовпи ото і дріт, то ж телеграп?&lt;br /&gt;</w:t>
        <w:br/>
        <w:t>Роман. Ну?&lt;br /&gt;</w:t>
        <w:br/>
        <w:t>Старшина. От тобі й ну! По ньому ж депеші йдуть. Примєрно: тут бренькни, а в Петербурзі чутно!&lt;br /&gt;</w:t>
        <w:br/>
        <w:t>Писар. Заговорю з ними об суєтності мірской: вони сисчас собстветную суєтность: "А чи не чувать там ще, чи скоро нам землі приріжуть?"&lt;br /&gt;</w:t>
        <w:br/>
        <w:t>Пилип. Що в кого свербить, то він те й чуха.&lt;br /&gt;</w:t>
        <w:br/>
        <w:t>Свирид. Кожному своє на думці. Мовляв: бондареві — обручі, шевцеві — ремінь, хліборобові — земля!..&lt;br /&gt;</w:t>
        <w:br/>
        <w:t>Роман. На мою думку: селянинові до телеграфу ще мало клопоту.&lt;br /&gt;</w:t>
        <w:br/>
        <w:t>Писар. Ну, то ви розводите канітель!&lt;br /&gt;</w:t>
        <w:br/>
        <w:t>Старшина. Або як урядник кажуть: "мирхлюндію"?&lt;br /&gt;</w:t>
        <w:br/>
        <w:t>Роман. Балакали б про те, що селянинові корисніш. Наприклад, хоч би розтлумачили їм "крестьянське положеніє"…&lt;br /&gt;</w:t>
        <w:br/>
        <w:t>Писар. Вот не було печалі!&lt;br /&gt;</w:t>
        <w:br/>
        <w:t>Роман. Ви, пане писарю, згорда дивитеся на мужика і лічите сезе надто розумнішим від нього; а коли б ви балакали з ним, як з рівнею, було б пуття. От сьогодні, наприклад, у нас велике свято, зібрали б ви громаду та й поміркували б гуртом: хто той, котрого усі християне в цей день величають?&lt;br /&gt;</w:t>
        <w:br/>
        <w:t>Писар. Це діло попове! Спрощу вас: видали ви "рыцаря печального образа"? Так осьдечки він стоїть перед вами.&lt;br /&gt;</w:t>
        <w:br/>
        <w:t>Роман. Скажіть, бога ради, від чого це, як тільки балачка наша доходе до краю, до діла, ви зразу починаєте замазувати мені очі чорт батька зна чим?&lt;br /&gt;</w:t>
        <w:br/>
        <w:t>Писар. Но однако ж… Впротчем, я нісколько не охотен вам больш возражать, потому што нема тут такого третього, котрий би обсудив: хто з нас больш не при своїм умі-розумі!&lt;br /&gt;</w:t>
        <w:br/>
        <w:t>Старшина. Слухайте мене! Я вам по настоящій совісті скажу, що з мужиком ніколи не слід у патьоки заходити. От я зже четвертий рік за старшину, ну нікоторої, щоб образованость яка, нікоторої прибавки!..&lt;br /&gt;</w:t>
        <w:br/>
        <w:t>Роман. Це ви вже обидва починаєте воду товкти!&lt;br /&gt;</w:t>
        <w:br/>
        <w:t>(Хоче йти).&lt;br /&gt;</w:t>
        <w:br/>
        <w:t>Старшина (лапа його за рукав). Не любите правди? Постривайте-бо! Знаєте ви казку про "стрижене та голене"? Отак же і наш мужик: кіл йому на голові тешіть, а він таки своєї гнутиме! Як і "сбдухи праведні" виходитимуть з нього…&lt;br /&gt;</w:t>
        <w:br/>
        <w:t>Роман. Які "сбдухи"?&lt;br /&gt;</w:t>
        <w:br/>
        <w:t>Старшина. А як же? Як чоловік помира, то з нього виходять сбдухи праведні!&lt;br /&gt;</w:t>
        <w:br/>
        <w:t>Писар. Ви, Юхим Ничипорович, не понімаєте Романа Софроновича, ну тольки я їх постяг. Вони хварисействують, єй-богу, хварисействують! Побули б вони у моїй шкурі лібо в вашом положенії.&lt;br /&gt;</w:t>
        <w:br/>
        <w:t>Старшина. Борони, боже, усякого хрещеного і нехрещеного!&lt;br /&gt;</w:t>
        <w:br/>
        <w:t>Пилип. Та нужда навчить коржі з салом їсти.&lt;br /&gt;</w:t>
        <w:br/>
        <w:t>Свирид. Ого-го, ще й як їстимеш!&lt;br /&gt;</w:t>
        <w:br/>
        <w:t>Старшина. А може, це овсім не до вас річ? Знаєте примовку: мовчи, дура, не з тобою гаварять?&lt;br /&gt;</w:t>
        <w:br/>
        <w:t>Писар. Всяке животне повинно знати свій хлів!&lt;br /&gt;</w:t>
        <w:br/>
        <w:t>Роман. Та й я те ж кажу. (Сміється).&lt;br /&gt;</w:t>
        <w:br/>
        <w:t>Писар. Ну што ви? Ех, ви вочєнь вумниє!&lt;br /&gt;</w:t>
        <w:br/>
        <w:t>Старшина. Мужикові дай волю, він зараз з тобою запанібрата або на груди сяде.&lt;br /&gt;</w:t>
        <w:br/>
        <w:t>Роман. Коли б же то теля та не забувало свого хліва?&lt;br /&gt;</w:t>
        <w:br/>
        <w:t>Писар. Ви же єто у какую ноту ударяєте?&lt;br /&gt;</w:t>
        <w:br/>
        <w:t>Старшина. Я ледве-ледве за три года набив руку.&lt;br /&gt;</w:t>
        <w:br/>
        <w:t>Пилип. Еге ж, аж набубнявіла?&lt;br /&gt;</w:t>
        <w:br/>
        <w:t>Старшина. Чу-чю!..&lt;br /&gt;</w:t>
        <w:br/>
        <w:t>Пилип (тихо). Ну-ну, не дуже. (Пішов, за ним Свирид).&lt;br /&gt;</w:t>
        <w:br/>
        <w:t>Старшина. Посадови кого другого на моє місце — здуріє!&lt;br /&gt;</w:t>
        <w:br/>
        <w:t>Роман. Не здуріє, а задуріє! Та як і не задуріти: з мужиків та зразу в пани вскочити?&lt;br /&gt;</w:t>
        <w:br/>
        <w:t>Старшина. Як? Тадже ондечки, як була у нас нападенія…&lt;br /&gt;</w:t>
        <w:br/>
        <w:t>Роман. На кого?&lt;br /&gt;</w:t>
        <w:br/>
        <w:t>Писар. Юхим Ничипорович неправильно виражають! Вони кажуть про епідемію!&lt;br /&gt;</w:t>
        <w:br/>
        <w:t>Старшина. А як ящур напав худобу? А чума?..&lt;br /&gt;</w:t>
        <w:br/>
        <w:t>Роман. Куди це ви розмову заламуєте?&lt;br /&gt;</w:t>
        <w:br/>
        <w:t>Старшина. То-то ж бо й є! Скотину велено вбивать, а громада почина бунтувать! Отут і впорядкуй! Старшина, кажуть, з чумного вола обдер шкуру і продав; а ми своїх з шкурами будемо закопувати?&lt;br /&gt;</w:t>
        <w:br/>
        <w:t>Роман. А нащо ж ви з свого вола шкуру здерли?&lt;br /&gt;</w:t>
        <w:br/>
        <w:t>Старшина. Нащо?.. Ну та вже… І знов скажу ще й так: чума чумою, ящур ящуром, а як об самуварях? Як понаїздять: справник, становий, дохтур… "Подай самуваря!" А іноді: "Подай сахарю-чаю!" Десятник, хіба він що зугарен? Звели йому самуваря зогріти, він і наллє туди води, куди слід вугілля вкинути. Єй-богу, правда!&lt;br /&gt;</w:t>
        <w:br/>
        <w:t>Роман. Та все ж таки я не розберу, навіщо ви мені про це кажете?&lt;br /&gt;</w:t>
        <w:br/>
        <w:t>Старшина. Навіщо? Тепера двоє лошат урядникових на зимівлі, телиця станового…&lt;br /&gt;</w:t>
        <w:br/>
        <w:t>Писар. Довольно, Юхим Ничипорович! Усіх обов'язаностей за одним духом не вимовите.&lt;br /&gt;</w:t>
        <w:br/>
        <w:t>Старшина. Ні, я к примеру кажу, що треба ж з чогось потягнутись?&lt;br /&gt;</w:t>
        <w:br/>
        <w:t>Писар. Разві ви не сообразіте, що Роман Софронович взяли собі воображеніє, що всі тут дураки?&lt;br /&gt;</w:t>
        <w:br/>
        <w:t>Роман. Он до чого вся балачка тичеться! Митці!&lt;br /&gt;</w:t>
        <w:br/>
        <w:t>Писар. Смішно вам? Важна комерція. Що ж, Юхим Ничипорович, розговівшись, поїдемо на земських у проминаж?&lt;br /&gt;</w:t>
        <w:br/>
        <w:t>Старшина. Ото тільки тобі і втіхи, що інколи проманажишся.&lt;br /&gt;</w:t>
        <w:br/>
        <w:t>Писар (до Романа). Ви чванитесь тим, що вчилися у городськом училищі?&lt;br /&gt;</w:t>
        <w:br/>
        <w:t>Роман. Збоку видніш, хто з нас чваниться.&lt;br /&gt;</w:t>
        <w:br/>
        <w:t>Писар. Но і я, мілостівой государ, і по школах вчився, і промеж людей, можеть, боліє бував, нежелі хто? А при том захачу — поведу разговори; но могу і пренебреженіє сказать! (Іде).&lt;br /&gt;</w:t>
        <w:br/>
        <w:t>Старшина. Поштеніє! (Простяга руку). Давай-те-бо руку? (Чоломкається з Романом). Чудний чаловек! А бодай вас!.. (Махнувши рукою, йде).</w:t>
      </w:r>
    </w:p>
    <w:p>
      <w:r>
        <w:br/>
        <w:t>ЯВА 7</w:t>
      </w:r>
    </w:p>
    <w:p>
      <w:r>
        <w:br/>
        <w:t>Тіж і Чикалка.&lt;br /&gt;</w:t>
        <w:br/>
        <w:t>Чикалка (на порозі крамниці). Господа, неужто, дискать, ви обминьоте мою убогу хижину?&lt;br /&gt;</w:t>
        <w:br/>
        <w:t>Писар. Юхим Ничипорович, зайдем "в хижину бедную, богом хранимую"?&lt;br /&gt;</w:t>
        <w:br/>
        <w:t>Старшина. Та воно можна.&lt;br /&gt;</w:t>
        <w:br/>
        <w:t>Чикалка. Не обідьте, дискать, господа, маленького чаловечка! Маленького, дискать, усякий можеть обідить!.. Милості просю!&lt;br /&gt;</w:t>
        <w:br/>
        <w:t>Старшина. Що ж, вступим на часинку?&lt;br /&gt;</w:t>
        <w:br/>
        <w:t>Пішли.</w:t>
      </w:r>
    </w:p>
    <w:p>
      <w:r>
        <w:br/>
        <w:t>ЯВА 8</w:t>
      </w:r>
    </w:p>
    <w:p>
      <w:r>
        <w:br/>
        <w:t>Зінька і Роман.&lt;br /&gt;</w:t>
        <w:br/>
        <w:t>Зінька. Ти, може, не захочеш і похристосуватися зо мною?&lt;br /&gt;</w:t>
        <w:br/>
        <w:t>Роман. Чому? Це ж закон… Давай похристосуємось.&lt;br /&gt;</w:t>
        <w:br/>
        <w:t>Зінька. Обійдеться? Закон… А якби не закон, то тобі б і однаковісінько?&lt;br /&gt;</w:t>
        <w:br/>
        <w:t>Роман. Чого-сь єретуєшся?&lt;br /&gt;</w:t>
        <w:br/>
        <w:t>Зінька. Може, від того, що ти такий засмучений.&lt;br /&gt;</w:t>
        <w:br/>
        <w:t>Роман. Ні, я… Не сам себе чоловік засмучує, а пригода: бажаєш супокою, а натрапиш на журбу.&lt;br /&gt;</w:t>
        <w:br/>
        <w:t>Зінька. Виховуєшся, через те й балакаєш загадками?&lt;br /&gt;</w:t>
        <w:br/>
        <w:t>Роман. Які тут загадки? Діло як на долоні.&lt;br /&gt;</w:t>
        <w:br/>
        <w:t>Зінька. Ну й чого-таки й справді сумуєш? Хоч би ради празника повеселішав.&lt;br /&gt;</w:t>
        <w:br/>
        <w:t>Роман. Не сплинуть радощі у думках, коли почуваєш в собі болячку, котра щохвилі гірш ятриться.&lt;br /&gt;</w:t>
        <w:br/>
        <w:t>Зінька. Бо колупаєш болячку! Не колупай, швидш загоїться. Та що вже?.. Навіщо б я мала ховати очі та лисичити? Не зволікайся краще, а кажи прямо: Зінько, ти мені обридла!&lt;br /&gt;</w:t>
        <w:br/>
        <w:t>Роман. З якого ж побиту так скажу?&lt;br /&gt;</w:t>
        <w:br/>
        <w:t>Зінька. А як же ще? Здмухни зразу, як пилину з долоні!&lt;br /&gt;</w:t>
        <w:br/>
        <w:t>Роман. Не з того краю починаєш, сестро, розмову, то ніяково й міркувати. (Хоче йти).&lt;br /&gt;</w:t>
        <w:br/>
        <w:t>Зінька. Думаєш, що я й досі не догадуюся? Бачу вже я добре, що коли не тепер, то в четвер!&lt;br /&gt;</w:t>
        <w:br/>
        <w:t>Роман. Неспароване нащо й розрізняти? Воно й без того нарізнь…</w:t>
      </w:r>
    </w:p>
    <w:p>
      <w:r>
        <w:br/>
        <w:t>ЯВА 9</w:t>
      </w:r>
    </w:p>
    <w:p>
      <w:r>
        <w:br/>
        <w:t>Ті ж і Ганна.&lt;br /&gt;</w:t>
        <w:br/>
        <w:t>Ганна (до Зіньки). Ти осьдечки, а я тебе в церкві дивлюся.&lt;br /&gt;</w:t>
        <w:br/>
        <w:t>Роман пішов у церкву.&lt;br /&gt;</w:t>
        <w:br/>
        <w:t>Зінька. Душно в церкві.&lt;br /&gt;</w:t>
        <w:br/>
        <w:t>Ганна. Давненько, давненько не бачилися! Я тебе насилу пізнала. Куди ж нам до вас: багачка! Воно вже й скрізь так повелося: багачі до багачів туляться, а злидні одно другого зажирають!..&lt;br /&gt;</w:t>
        <w:br/>
        <w:t>Зінька. Не розберу, чого де ти і за віщо докоряєш?&lt;br /&gt;</w:t>
        <w:br/>
        <w:t>Ганна. Та… як же тобі живеться-поживається?&lt;br /&gt;</w:t>
        <w:br/>
        <w:t>Зінька. А так…&lt;br /&gt;</w:t>
        <w:br/>
        <w:t>Ганна. Ніби збентежена чого? Догадуюся! Чи правда, що Самрось знущається над тобою й досі?&lt;br /&gt;</w:t>
        <w:br/>
        <w:t>Зінька. Всі знущаються, кому забагнеться.&lt;br /&gt;</w:t>
        <w:br/>
        <w:t>Ганна. А ти все не скоряєшся, не мовчиш? Чула!.. Кажуть, що якось Самрось вернувся п'яний додому, роздяг тебе до сорочки, а косу забив кілком у лаву та як почав тебе катувати!..&lt;br /&gt;</w:t>
        <w:br/>
        <w:t>Зінька. І косу прибивав, і до стовпа налигачем прив'язував… Кому ж іншому боляче від того, як не мені?&lt;br /&gt;</w:t>
        <w:br/>
        <w:t>Ганна. Ой лишко, лишко!..&lt;br /&gt;</w:t>
        <w:br/>
        <w:t>Зінька. Жалібниць багато, та допомоги ані гич!&lt;br /&gt;</w:t>
        <w:br/>
        <w:t>Ганна. Ох, жіноча доле, бодай тебе блискавкою запалило! А оце вже як Роман прийшов додому, то, кажуть, колотнеча утишилась? Нібито Роман, господи, як тебе жалує?..&lt;br /&gt;</w:t>
        <w:br/>
        <w:t>Зінька (зітхнувши). Та жалує ж!.. Тільки що ті жалощі жалчіш від кропиви.&lt;br /&gt;</w:t>
        <w:br/>
        <w:t>Ганна. Це правда, що як хто заступається, то ніби ще болячіш робиться!.. А свекруха ж як з тобою?&lt;br /&gt;</w:t>
        <w:br/>
        <w:t>Зінька. Яким вітром на неї повіє, таким вона й диха… Цур їй, такій розмові, обридла! А тобі ж як дихається?&lt;br /&gt;</w:t>
        <w:br/>
        <w:t>Ганна. Що мені? Хіба мені було з кого вибирати: у наймах зросла, з наймів і заміж пішла. Чула ти приказку про сірого вола, що робе він до втоми, а його за те ще більш поганяють? Отже, я, либонь, і сірого вола заламала б у ярмі. Десять діл за одним заходом і кипіло, і горіло в мене. Два роки мов у пеклі була!.. Чоловік у мене, він би й нічого собі, коли ж похнюпа: поскаржусь йому на свекруху, а він мовчить!.. Поскаржилася раз, поскаржилася вдруге,— бачу: не варто більш і скаржитись. Відтоді замовкла я, мов у рот води набрала! Та цим тільки й переважила свекруху.&lt;br /&gt;</w:t>
        <w:br/>
        <w:t>Зінька. Зато ж нарешті доскочила щастя?&lt;br /&gt;</w:t>
        <w:br/>
        <w:t>Ганна. А що воно таке, оте щастя, скажи мені? Та й задля кого воно, мовляв, писане? Не зазнала його змалку, то вже враг матиме й до останку! Що ж, дітки у мене підростають, свекруха втомилася гримати… Неначебто благодать у нас в господі. Хлібець у нас не позичений, є й худібка, є одежинка,— сказать: заталанило! Тільки що сила вже не та в мені… (Зітхнула). Ось чого мені тільки й шкода: силоньки моєї!&lt;br /&gt;</w:t>
        <w:br/>
        <w:t>Зінька (промовчала). І невже, Галю, ніякі думки тепер тебе не турбують?&lt;br /&gt;</w:t>
        <w:br/>
        <w:t>Ганна. Які думки? За клопотами чи знайдеться час баблятися ще з якимись думками?.. Колись і думки цвіли і рясніли, та пополовіли і зав'яли… Цур їм! Ходімо, гей, у вограду та посидимо: ноги біда як болять! Четверо день то, либонь, і не присіла, і на часочок не прилягла! Паски сама попекла, свекруха й за холодну воду не взялася, хату пошпарувала і вибілила, дітвору пообшивала і пообмивала!.. Коли б ти заглянула в мою хатину, сказала б, що в раю!..&lt;br /&gt;</w:t>
        <w:br/>
        <w:t>Пішли.</w:t>
      </w:r>
    </w:p>
    <w:p>
      <w:r>
        <w:br/>
        <w:t>ЯВА 10</w:t>
      </w:r>
    </w:p>
    <w:p>
      <w:r>
        <w:br/>
        <w:t>Хведоска, Мотря і Любка.&lt;br /&gt;</w:t>
        <w:br/>
        <w:t>Мотря (оглядається). Це ж Жлуденкових невістка, Зінька. Ач, як гарно вбрана! А доброго намиста скільки, аж шия вгинається!..&lt;br /&gt;</w:t>
        <w:br/>
        <w:t>Хведоска. Чи не пішли вже батько додому?..</w:t>
      </w:r>
    </w:p>
    <w:p>
      <w:r>
        <w:br/>
        <w:t>ЯВА 11</w:t>
      </w:r>
    </w:p>
    <w:p>
      <w:r>
        <w:br/>
        <w:t>Ті ж і Роман.&lt;br /&gt;</w:t>
        <w:br/>
        <w:t>Любка (побачила Романа). Він, він!.. Глянь, Хведоско!&lt;br /&gt;</w:t>
        <w:br/>
        <w:t>Хведоска. Хто? (Побачила Романа). Байдуже.&lt;br /&gt;</w:t>
        <w:br/>
        <w:t>Мотря. Ач, неначе той яструб зорить! (Ніби голосно). Кого ти там визираєш? Куди ти очі зводиш, осьдечки вона!..&lt;br /&gt;</w:t>
        <w:br/>
        <w:t>Хведоска (затуля їй рота). Чи ти при своїм умі?&lt;br /&gt;</w:t>
        <w:br/>
        <w:t>Мотря. Він хоче, Хведоско, похристосуватись з тобою; зостанься тут, а ми підемо.&lt;br /&gt;</w:t>
        <w:br/>
        <w:t>Хведоска. З якої речі? Нізащо не зостануся!..&lt;br /&gt;</w:t>
        <w:br/>
        <w:t>Мотря (схопивши її за руки, крутить навкруги).</w:t>
      </w:r>
    </w:p>
    <w:p>
      <w:r>
        <w:br/>
        <w:t>Керелесі, керелесі,&lt;br /&gt;</w:t>
        <w:br/>
        <w:t>Ходе Керел вздовж по плесі,&lt;br /&gt;</w:t>
        <w:br/>
        <w:t>Керелиха понад плесом,&lt;br /&gt;</w:t>
        <w:br/>
        <w:t>Керелята попід лісом…</w:t>
      </w:r>
    </w:p>
    <w:p>
      <w:r>
        <w:br/>
        <w:t>Хведоска. Що-бо ти робиш? Та ну, не пустуй, відчепися!.. Пусти-бо!.. Ой, що ж оце, Мотре, ти зробила зо мною? Хі! У голові, мов у дзвони гуде!..&lt;br /&gt;</w:t>
        <w:br/>
        <w:t>Мотря і Любка хутко втікають від неї.&lt;br /&gt;</w:t>
        <w:br/>
        <w:t>Роман. Це вони чи не нарочито покинули її?&lt;br /&gt;</w:t>
        <w:br/>
        <w:t>Хведоска. Чи не чудасія! У очах неначе колеса крутяться!.. От навісна дівка! Жовто як!.. Памороки геть заморочило!.. Не втраплю, куди і йти… Постою трохи, поки опам'ятаюся… (Помовчала). І що це Мотря вигадує? Раз по раз, каже, як тільки він увійде в церкву, то так і ввіп'ється в мене очима… Хіба тоді, як став насупротив мене, то ніби й справді впився? Еге ж, впився!.. Радій, Хведоню! Раденька, що дурненька!..&lt;br /&gt;</w:t>
        <w:br/>
        <w:t>Роман. Піду їй навперейми. (Іде).&lt;br /&gt;</w:t>
        <w:br/>
        <w:t>Хведоска. Байдужісінько йому до мене: і не до мислі я йому, і не під плече… Він дукар, багацький син, та ще й грамотний, а я… Бог з ним! Ніколи вже й не думатиму про нього, щоб більш і не снився мені…&lt;br /&gt;</w:t>
        <w:br/>
        <w:t>Роман (підходить до Хведоски). Отак несподівано зустрілися!&lt;br /&gt;</w:t>
        <w:br/>
        <w:t>Хведоска. От тобі й раз! (Засоромилася).&lt;br /&gt;</w:t>
        <w:br/>
        <w:t>Роман. Христос воскрес!&lt;br /&gt;</w:t>
        <w:br/>
        <w:t>Хведоска. Де ж це батько? Чи не пішли вже додому?&lt;br /&gt;</w:t>
        <w:br/>
        <w:t>Роман. З празником! Не гнівайтеся, що я… Чи у вас христосуються з чужими парубками?&lt;br /&gt;</w:t>
        <w:br/>
        <w:t>Хведоска. Де ж це дівчата?&lt;br /&gt;</w:t>
        <w:br/>
        <w:t>Роман. Тепер вже так повелося, що: що вулиця, то й звичай; що хата, то й закон. Може, ви гніваєтеся, що я знічев'я перепинив?&lt;br /&gt;</w:t>
        <w:br/>
        <w:t>Хведоска. Я… я не знаю. Чого мені гніватися?&lt;br /&gt;</w:t>
        <w:br/>
        <w:t>Роман. Ви щоразу обминали мене, ніби полохалися або ж боялися зустрічі?&lt;br /&gt;</w:t>
        <w:br/>
        <w:t>Хведоска. Може, й полохалася.&lt;br /&gt;</w:t>
        <w:br/>
        <w:t>Роман. Чого? А писанку маєте?&lt;br /&gt;</w:t>
        <w:br/>
        <w:t>Хведоска. Та що з того?&lt;br /&gt;</w:t>
        <w:br/>
        <w:t>Роман (вийма з кишені писанку). Моя осьдечки!&lt;br /&gt;</w:t>
        <w:br/>
        <w:t>Хведоска (глянула на писанку). Ой, яка ж гарнісінька!&lt;br /&gt;</w:t>
        <w:br/>
        <w:t>Роман. Поміняймося хоч так, коли боїтесь похристосуватись.&lt;br /&gt;</w:t>
        <w:br/>
        <w:t>Хведоска (дивиться на писанку). Городська! Мабуть, не дешева!&lt;br /&gt;</w:t>
        <w:br/>
        <w:t>Роман. Візьміть же!&lt;br /&gt;</w:t>
        <w:br/>
        <w:t>Хведоска. З якої причини?&lt;br /&gt;</w:t>
        <w:br/>
        <w:t>Роман. Не хочете похристосуватися? І не гріх же вам?&lt;br /&gt;</w:t>
        <w:br/>
        <w:t>Хведоска. Хіба ж гріх?&lt;br /&gt;</w:t>
        <w:br/>
        <w:t>Роман. Так здавна заведено, не нами — Христос воскрес!&lt;br /&gt;</w:t>
        <w:br/>
        <w:t>Хведоска. Та вже воістину.&lt;br /&gt;</w:t>
        <w:br/>
        <w:t>Христосуються і міняються писанками. Народ виходить з церкви і розіходиться.&lt;br /&gt;</w:t>
        <w:br/>
        <w:t>Зінька (приходить в глибині кону). То це ось з кого дівчата регочуть? Насилу, кажуть, Мотря звела їх докупи! (Наслухає).&lt;br /&gt;</w:t>
        <w:br/>
        <w:t>Хведоска. Чи й не хитрі ж?&lt;br /&gt;</w:t>
        <w:br/>
        <w:t>Роман. От ми й спізналися.&lt;br /&gt;</w:t>
        <w:br/>
        <w:t>Хведоска. Еге… спізналися! Ой, хитрі ж!.. А цю писаночку покладу біля образів.&lt;br /&gt;</w:t>
        <w:br/>
        <w:t>Роман. А я наважався було у церкві підійти до вас.&lt;br /&gt;</w:t>
        <w:br/>
        <w:t>Хведоска. Де ж таки! Дівчата й так вже глузують з мене, а то б…&lt;br /&gt;</w:t>
        <w:br/>
        <w:t>Роман. Як вийшли ви з церкви, я й подумав: це ж і сьогодні не доведеться спізнатись?&lt;br /&gt;</w:t>
        <w:br/>
        <w:t>Хведоска. Велике щастя!&lt;br /&gt;</w:t>
        <w:br/>
        <w:t>Роман. Вам, може, й байдуже, а мені то й празники були б невеселі!&lt;br /&gt;</w:t>
        <w:br/>
        <w:t>Хведоска. Так би то я вам і поняла віри?&lt;br /&gt;</w:t>
        <w:br/>
        <w:t>Роман. Невже ж ви й досі не постерегли, що я ніколи й очей з вас не зводив? Пам'ятаєте, коли я вас уперше побачив?&lt;br /&gt;</w:t>
        <w:br/>
        <w:t>Хведоска. Пам'ятаю… Та що з того?&lt;br /&gt;</w:t>
        <w:br/>
        <w:t>Роман. Ще відтоді запали ви мені в душу!..</w:t>
      </w:r>
    </w:p>
    <w:p>
      <w:r>
        <w:br/>
        <w:t>ЯВА 12</w:t>
      </w:r>
    </w:p>
    <w:p>
      <w:r>
        <w:br/>
        <w:t>Ті ж і Мотря.&lt;br /&gt;</w:t>
        <w:br/>
        <w:t>Мотря (проходить повз Зіньку). Затуляйте очі, щоб не побачили вуха!&lt;br /&gt;</w:t>
        <w:br/>
        <w:t>Зінька пішла.&lt;br /&gt;</w:t>
        <w:br/>
        <w:t>Та годі вже вам, невже й досі не намилувалися?.. Либонь, вже й ті, котрим не слід бачити, більш вчули, ніж ви набалакали.&lt;br /&gt;</w:t>
        <w:br/>
        <w:t>Хведоска (полохливо). Хто, сестричко?&lt;br /&gt;</w:t>
        <w:br/>
        <w:t>Роман (до Мотрі). Христос воскрес!&lt;br /&gt;</w:t>
        <w:br/>
        <w:t>Мотря. Чисто! (Регоче). Давайте писанку, то буде й воістину! А без писанки умийтеся!..&lt;br /&gt;</w:t>
        <w:br/>
        <w:t>Роман. Я вам опісля.&lt;br /&gt;</w:t>
        <w:br/>
        <w:t>Мотря. Цебто набір? Чисто! У нас набір тільки лаються. Обіцянка-цяцянка, а дурневі радість! Ось приходьте сьогодні увечері до нас: музики гратимуть, гойдалка висока-висока!.. Парубки гратимуть у довгої лози, у тарана; дівчата — у ворона, у гусей!.. Весело!.. Ви умієте танцювати польки? Тільки приносьте писанку, тоді вже буде настояще воістину! А що вже ми ждатимем вас, то аж очі лізтимуть нам на лоба! Правда, Хведоню?&lt;br /&gt;</w:t>
        <w:br/>
        <w:t>Хведоска. Може, хто й ждатиме!&lt;br /&gt;</w:t>
        <w:br/>
        <w:t>Мотря. Тільки не ти? Чисто! (До Романа). Умієте танцювати польки? Чого ж ви мовчите?&lt;br /&gt;</w:t>
        <w:br/>
        <w:t>Роман (усміхається). Я за вами і не похоплюсь балакати.&lt;br /&gt;</w:t>
        <w:br/>
        <w:t>Мотря. У нас така чутка йде, що ви дівчат сахаєтесь.&lt;br /&gt;</w:t>
        <w:br/>
        <w:t>Роман. Мало чого не плетуть!&lt;br /&gt;</w:t>
        <w:br/>
        <w:t>Мотря. Може, й соромитесь підійти до дівчини, а що вже очима, то ловко промовляєте! Прийдете чи погордуєте? Що тут від вашого хутора: доброму молодцеві тричі палицею кинути!&lt;br /&gt;</w:t>
        <w:br/>
        <w:t>Роман. Я радніший хоч і щовечора!&lt;br /&gt;</w:t>
        <w:br/>
        <w:t>Мотря. Вже й щовечора! Чуєш, Хведоню! Мало чого вам не забагнулося б! Правда, Хведоню?&lt;br /&gt;</w:t>
        <w:br/>
        <w:t>Хведоска. Почни дратувати!..&lt;br /&gt;</w:t>
        <w:br/>
        <w:t>Роман. Кажуть, що ваші парубки задьори?&lt;br /&gt;</w:t>
        <w:br/>
        <w:t>Хведоска. А вам що до них?&lt;br /&gt;</w:t>
        <w:br/>
        <w:t>Мотря. А що, вже й заступниця у вас знайшлася?&lt;br /&gt;</w:t>
        <w:br/>
        <w:t>Хведоска (засоромилася). Отакої вигадай!&lt;br /&gt;</w:t>
        <w:br/>
        <w:t>Мотря. Постановите кварт зо дві горілки — правда, що в нас і такі вже є, котрі лимонаду п'ють, — то наші кавалери зразу приймуть вас у свою юрбу!&lt;br /&gt;</w:t>
        <w:br/>
        <w:t>Роман. Коли б тільки й клопоту, то й піввідра можна.&lt;br /&gt;</w:t>
        <w:br/>
        <w:t>Мотря (дражнить). Чисто! "І піввідра"!.. Всіх купимо й продамо?&lt;br /&gt;</w:t>
        <w:br/>
        <w:t>Роман. Не в тім сила…&lt;br /&gt;</w:t>
        <w:br/>
        <w:t>Мотря. Еге ж, що кобила сива?&lt;br /&gt;</w:t>
        <w:br/>
        <w:t>Роман. Одначе у вас дівчата гострі на язик!&lt;br /&gt;</w:t>
        <w:br/>
        <w:t>Мотря. А що на серце, то ще гостріші!&lt;br /&gt;</w:t>
        <w:br/>
        <w:t>Роман. Я ж увечері прийду. (Уклонившись, пішов в крамницю).&lt;br /&gt;</w:t>
        <w:br/>
        <w:t>Мотря. Милості просимо, доки цих не зносимо!&lt;br /&gt;</w:t>
        <w:br/>
        <w:t>Хведоска. Ну й яка-бо ти! Цить-бо!.. Він ще й розгнівається!&lt;br /&gt;</w:t>
        <w:br/>
        <w:t>Мотря. А хіба в нього серце з перцем? Ну, Хведоню, що?&lt;br /&gt;</w:t>
        <w:br/>
        <w:t>Хведоска. Що таке?&lt;br /&gt;</w:t>
        <w:br/>
        <w:t>Мотря. От і зустрілися, і похристосувалися!..&lt;br /&gt;</w:t>
        <w:br/>
        <w:t>Хведоска. Хіба не можна?&lt;br /&gt;</w:t>
        <w:br/>
        <w:t>Мотря. Надивилися вволю одно другому в вічі? Ще хтось дивився та аж зеленів!..&lt;br /&gt;</w:t>
        <w:br/>
        <w:t>Хведоска. Хто?&lt;br /&gt;</w:t>
        <w:br/>
        <w:t>Мотря. Опісля довідаєшся! Він усміхнувся, ти зітхнула; потім він зітхнув, ти усміхнулася — навіщо та й розмова? А перснів багато зняв?&lt;br /&gt;</w:t>
        <w:br/>
        <w:t>Хведоска. І не думав!&lt;br /&gt;</w:t>
        <w:br/>
        <w:t>Мотря. Ану, покажи пальці! Я всі твої персні знаю. Ну вже ж і парубок — кваша якась, а не парубок! Хоч би одного перстеника зняв!..&lt;br /&gt;</w:t>
        <w:br/>
        <w:t>Хведоска. Так би я йому й дала, якраз!..&lt;br /&gt;</w:t>
        <w:br/>
        <w:t>Мотря. А де ж його писанка? Чи й писанки не дав?&lt;br /&gt;</w:t>
        <w:br/>
        <w:t>Хведоска (показує писанку). Осьдечки-о!&lt;br /&gt;</w:t>
        <w:br/>
        <w:t>Мотря. Та й гарнісінька! Що-то як багач!&lt;br /&gt;</w:t>
        <w:br/>
        <w:t>Хведоска. І навіщо він її дав, дуже потрібна! Віддам її кому-небудь…&lt;br /&gt;</w:t>
        <w:br/>
        <w:t>Мотря. Віддай мені?&lt;br /&gt;</w:t>
        <w:br/>
        <w:t>Хведоска (хова). Навіщо ти його кликала на вулицю?&lt;br /&gt;</w:t>
        <w:br/>
        <w:t>Мотря. Ой Хведоню, Хведоню!.. Ану, глянь мені в вічі!&lt;br /&gt;</w:t>
        <w:br/>
        <w:t>Хведоска. Не хочу!&lt;br /&gt;</w:t>
        <w:br/>
        <w:t>Мотря. Думаєш від мене виховатись?&lt;br /&gt;</w:t>
        <w:br/>
        <w:t>Хведоска. Сестричко, голубко! Не кажи нікому, нікому!..&lt;br /&gt;</w:t>
        <w:br/>
        <w:t>Пішли.</w:t>
      </w:r>
    </w:p>
    <w:p>
      <w:r>
        <w:br/>
        <w:t>ЯВА 13</w:t>
      </w:r>
    </w:p>
    <w:p>
      <w:r>
        <w:br/>
        <w:t>Роман і Самрось.&lt;br /&gt;</w:t>
        <w:br/>
        <w:t>Самрось (під чаркою). Приїздіть же сьогодні до нас, кумцю-душко! (До Романа). От бачиш, який я справний? Хоч і додому тепер… Вмент вродився, як на папері списаний! Поганяй!..&lt;br /&gt;</w:t>
        <w:br/>
        <w:t>Роман. Залив очі, тільки блимаєш?&lt;br /&gt;</w:t>
        <w:br/>
        <w:t>Самрось. Знаєш, як кум-лавошник каже: "Нікогда і вовік да не забуде чоловік…"&lt;br /&gt;</w:t>
        <w:br/>
        <w:t>Роман. Чого?&lt;br /&gt;</w:t>
        <w:br/>
        <w:t>Самрось. "Да не забуде!.." Так воно й далі, як по складам, так і по верхам!.. Аз, буки, вєді, глаголь, добро, єсть… А ти розумний? От ти і розжуй, куди воно націля. Чай-чай, примічай, куди чайки летять? Гляди тут, а я там!.. Он куди воно влуча!..&lt;br /&gt;</w:t>
        <w:br/>
        <w:t>Роман. Мели в гурт, завтра розберемо. Мудрій!&lt;br /&gt;</w:t>
        <w:br/>
        <w:t>Самрось. Один дурень укине каменя, а десять розумних не витягнуть,— от тобі й замок! А ти одімкни!&lt;br /&gt;</w:t>
        <w:br/>
        <w:t>Роман. От насмоктався!&lt;br /&gt;</w:t>
        <w:br/>
        <w:t>Самрось. Хто? Я не п'яний, ні! Я не п'ян, ну тільки грубіян!&lt;br /&gt;</w:t>
        <w:br/>
        <w:t>Роман. Воїн!&lt;br /&gt;</w:t>
        <w:br/>
        <w:t>Самрось. Авжеж! Роздайсь, море,— тріска пливе!..&lt;br /&gt;</w:t>
        <w:br/>
        <w:t>Роман. Замість того, щоб дома розговітись, у своїй сім'ї…&lt;br /&gt;</w:t>
        <w:br/>
        <w:t>Самрось. Ов, ти розумний! Такий розумний, аж дурний! Дома нема мені простору!.. Кум-лавошник зробе мене помещиком, бо вже мені міщанське коліно надоїло!.. А вгадай: на чім кум горілку настоює? Не вгадаєш! Ну і смашна ж!.. Там така смашна, що й мертвий зачмокав би губами!.. Випив натщесерце…&lt;br /&gt;</w:t>
        <w:br/>
        <w:t>Роман. А як батько благали: "Не пий, Самросе, хоч до обід".&lt;br /&gt;</w:t>
        <w:br/>
        <w:t>Самрось. А що мені батько? Вони мене коли-небудь били? Ні! Які ж вони мені батько? У мене є мамаша. Мамаша мене били качалкою, ну, я їм і скорюся-о! "Нікогда і вовік да не забуде чоловік!.." Я мамашин, а ти батьків,— от ми й поділилися! Мене треба було бити, ой як бити!.. Мене не били, сили з мене не витовкли, вона й муцюється в мені!.. Тобі он куди шлях, а мені он куди: путь-дорога стовповая!..&lt;br /&gt;</w:t>
        <w:br/>
        <w:t>Роман. Де ж це Зінька?&lt;br /&gt;</w:t>
        <w:br/>
        <w:t>Самрось. І буду бунтувать? А що ти мені вдієш?&lt;br /&gt;</w:t>
        <w:br/>
        <w:t>Роман. А те, що й щоразу! Візьму на оберемок і та й укину у хургона.&lt;br /&gt;</w:t>
        <w:br/>
        <w:t>Самрось. Не дамся! Я запорожець! Бова Королевич! Дмухну на тебе, і ти впадеш!.. Кум-лавошник, як тільки дмухну на нього, так зразу і беркицне, аж ноги задере!&lt;br /&gt;</w:t>
        <w:br/>
        <w:t>Роман. Дурять тебе та гроші з кишень вигрібають.&lt;br /&gt;</w:t>
        <w:br/>
        <w:t>Самрось. Мене? Ов! Ні!.. Ми з кумом-лавошником візьмем землю в оренду, всю округу візьмем, а мамаша грошей дадуть!.. Куплю мамаші хваїтона, зонтика, щоб і в хаті під зонтиком сиділи,— он як я мамашу почитую! Сьогодні "празник празников, розрішеніє вина і єлея. Алілуя!" Я сам у святцях вичитав.&lt;br /&gt;</w:t>
        <w:br/>
        <w:t>Роман. Ну, годі, гайда їхати!&lt;br /&gt;</w:t>
        <w:br/>
        <w:t>Самрось. Ані з місця!&lt;br /&gt;</w:t>
        <w:br/>
        <w:t>Роман (бере його за поперек.). Як бачу, то я тебе честю не вблагаю?&lt;br /&gt;</w:t>
        <w:br/>
        <w:t>Самрось. Не руш!.. Уб'ю!.. Пусти-бо!&lt;br /&gt;</w:t>
        <w:br/>
        <w:t>Роман пускає його.&lt;br /&gt;</w:t>
        <w:br/>
        <w:t>Але ти й здоровий, як ведмідь! Невже ж ти дужчий від мене? За-да-ча! (Зітхнув). Романе! Навіщо мене мамаша оженили?&lt;br /&gt;</w:t>
        <w:br/>
        <w:t>Роман. А твій же розум де був?&lt;br /&gt;</w:t>
        <w:br/>
        <w:t>Самрось. Звеліли: "Оженися!" Я й оженився. Я був би вольний козак: куди скортіло, туди й полетів. На страженіє? Давай ружо! В Америку? Хоч зараз! Оженили мене і, як у того Самсона, половину сили відняли… От я й б'ю Зіньку, б'ю, анахтему, на ній помщаюсь!.. А на кому ж мені помститися? Коли б Зіньки не було на світі, я, може, зовсім не женився б!.. Мамаша кажуть: "Вона багата, сирота, скільки грошей і всякого мущества!.." Я й оженився. Тепер вона мені мов поперек горлянки стала!</w:t>
      </w:r>
    </w:p>
    <w:p>
      <w:r>
        <w:br/>
        <w:t>ЯВА 14</w:t>
      </w:r>
    </w:p>
    <w:p>
      <w:r>
        <w:br/>
        <w:t>Ті ж і Зінька.&lt;br /&gt;</w:t>
        <w:br/>
        <w:t>Самрось. Ось і мадам а! Десь віхри носили та й знов притирили на мою голову!&lt;br /&gt;</w:t>
        <w:br/>
        <w:t>Зінька. Тебе як ухоплять, то навряд чи вирвешся!&lt;br /&gt;</w:t>
        <w:br/>
        <w:t>Самрось. Га? Як? От вже в мене і руки сверблять на неї!&lt;br /&gt;</w:t>
        <w:br/>
        <w:t>Роман. Ну-ну, не дуже! Ходім.&lt;br /&gt;</w:t>
        <w:br/>
        <w:t>Самрось. Що ти сказала?&lt;br /&gt;</w:t>
        <w:br/>
        <w:t>Зінька. Пролетіло!&lt;br /&gt;</w:t>
        <w:br/>
        <w:t>Роман. Ходім-бо, кажу!&lt;br /&gt;</w:t>
        <w:br/>
        <w:t>Самрось. Мовчать! Во хрунт!&lt;br /&gt;</w:t>
        <w:br/>
        <w:t>Роман тягне його за коміра.&lt;br /&gt;</w:t>
        <w:br/>
        <w:t>Ти мене честю просиш?&lt;br /&gt;</w:t>
        <w:br/>
        <w:t>Роман (тягне). Та честю ж!&lt;br /&gt;</w:t>
        <w:br/>
        <w:t>Самрось. Пусти, я сам піду. (До Зіньки). Розумієш ти, вівця необразована, мене честю просять, я й піду. (Пішов).&lt;br /&gt;</w:t>
        <w:br/>
        <w:t>Зінька (перепиня Романа). То це ти й навсправжки задумав мене залишити?&lt;br /&gt;</w:t>
        <w:br/>
        <w:t>Роман. Як то залишити? В тебе, бачу, й сорому нема? Зінько! Не силкуйся мене зіпхнути у ту борозну, в котру я несамохіть ступив!.. Вдруге вже я не піду на гріх!&lt;br /&gt;</w:t>
        <w:br/>
        <w:t>Зінька. Ось яка несподіванка з'явилася?!&lt;br /&gt;</w:t>
        <w:br/>
        <w:t>Роман. Чому несподіванка? Та невже ж за один необачний ступінь я мушу змарнувати свій вік? Я проклену той час-годину, коли, забувши сором і гріх…&lt;br /&gt;</w:t>
        <w:br/>
        <w:t>Зінька. Чи не пізно буде каятися?&lt;br /&gt;</w:t>
        <w:br/>
        <w:t>Роман. Не пізно, ніколи не пізно!&lt;br /&gt;</w:t>
        <w:br/>
        <w:t>Зінька. То ти ось який?&lt;br /&gt;</w:t>
        <w:br/>
        <w:t>Роман. Я стільки ж винен, скільки й ти!&lt;br /&gt;</w:t>
        <w:br/>
        <w:t>Зінька. Женися, женися!.. Благословляю тебе обома руками!</w:t>
      </w:r>
    </w:p>
    <w:p>
      <w:r>
        <w:br/>
        <w:t>ЯВА 15</w:t>
      </w:r>
    </w:p>
    <w:p>
      <w:r>
        <w:br/>
        <w:t>Ті ж і Самрось.&lt;br /&gt;</w:t>
        <w:br/>
        <w:t>Самрось. Що ж ви, господа дворяне, пожалуйте!.. Я вже й коней запріг, нашилники втягнув… Хургон з каретним ходом готов!.. Папаша на хургоні сидять і так ловко виспівують: "Святися, святися!.."&lt;br /&gt;</w:t>
        <w:br/>
        <w:t>Зінька (до Романа). Романе! (Хапа його за руку).&lt;br /&gt;</w:t>
        <w:br/>
        <w:t>Роман (вирива руку). А, відчепися!&lt;br /&gt;</w:t>
        <w:br/>
        <w:t>Зінька. Романочку, пропаду! Відпихаєш?&lt;br /&gt;</w:t>
        <w:br/>
        <w:t>Роман. Зінько! Благаю тебе, відсахнися від мене! (Пішов).&lt;br /&gt;</w:t>
        <w:br/>
        <w:t>Зінька (ламає руки). Оце ж і всеї розмови, оце ж і всеї поради!..&lt;br /&gt;</w:t>
        <w:br/>
        <w:t>Самрось. Чуєш ти, губернанка, мадиска, гайда їхати! Просити тебе?&lt;br /&gt;</w:t>
        <w:br/>
        <w:t>Зінька. Бери, катюго, мерщій за коси та й волочи, як паплюгу!&lt;br /&gt;</w:t>
        <w:br/>
        <w:t>Самрось. А бодай ти не діждала, щоб я об тебе паскудив руки на перший день великодня.&lt;br /&gt;</w:t>
        <w:br/>
        <w:t>Зінька. Харцизе, скажена собако!&lt;br /&gt;</w:t>
        <w:br/>
        <w:t>Самрось. Чи не анахтемська манухвиктура! От же не випразникую!..&lt;br /&gt;</w:t>
        <w:br/>
        <w:t>Зінька. Удар, удар! Отут ще не бив, отут ще є живе місце!.. Ненавиджу тебе!.. Розірви ж мене!..</w:t>
      </w:r>
    </w:p>
    <w:p>
      <w:r>
        <w:br/>
        <w:t>ЯВА 16</w:t>
      </w:r>
    </w:p>
    <w:p>
      <w:r>
        <w:br/>
        <w:t>Ті ж і Роман.&lt;br /&gt;</w:t>
        <w:br/>
        <w:t>Роман. Вже колотнеча?&lt;br /&gt;</w:t>
        <w:br/>
        <w:t>Самрось. Та нехай мене свята паска поб'є, коли я її хоч мізинцем черкнув!&lt;br /&gt;</w:t>
        <w:br/>
        <w:t>Роман (до Зіньки). Ідемо, сестро, додому.&lt;br /&gt;</w:t>
        <w:br/>
        <w:t>Зінька. Гріх, сором? Ач, який святий та божий, без драбинки лізе на небо! (Пішла).&lt;br /&gt;</w:t>
        <w:br/>
        <w:t>Самрось. Ну як таку гадину не бити? А ти щоразу обставав за неї.&lt;br /&gt;</w:t>
        <w:br/>
        <w:t>Роман. Та годі вже! Мало чого не трапляється?&lt;br /&gt;</w:t>
        <w:br/>
        <w:t>Самрось. Ну, щастя її, що сьогодні Великдень!&lt;br /&gt;</w:t>
        <w:br/>
        <w:t>Завіса</w:t>
      </w:r>
    </w:p>
    <w:p>
      <w:r>
        <w:br/>
        <w:t>ДІЯ ДРУГА</w:t>
      </w:r>
    </w:p>
    <w:p>
      <w:r>
        <w:br/>
        <w:t>Простора міщанська кімната. Стіл, покритий гарною скатеркою, дзиглики, картини: "Страшний суд", "Хождение души по митарствам", "Кот Катафеич", "Била жонка мужика" і т. п. Дзеркало, шафа, скрині, постіль з подушками під стелю; одежа і всяке збіжжя.</w:t>
      </w:r>
    </w:p>
    <w:p>
      <w:r>
        <w:br/>
        <w:t>ЯВА 1</w:t>
      </w:r>
    </w:p>
    <w:p>
      <w:r>
        <w:br/>
        <w:t>Роман (ввійшовши з середущих дверей, підходить до бокових дверей, відкіля чутно гуртовий спів: "Калина-малина, а разовий цвєт…"). І коли ця гульня скінчиться? Одні гості в хату, другі з хати, треті на поріг — вісім день, мов в трахтирі! (Сів край столу). Радився з батьком про свій замір. Як тепло, як сердечно вони міркують. "Не шукай,— кажуть,— сину, розкошів, а шукай доброго серця; бо розкоші від людей, а серце від бога!" Яка щира у батька душа, яка світла! Шкода, що пригнічена вона під материну волю!.. Дивне щось коїться з нашою сім'єю: може, воно й здавна так було, тільки що змалку, певно, я цього не спостерігав? Мати все загарбала до своїх рук і всім керує в хазяйстві; а батько, мов той підбитий птах, на все відмовчується або ж тіка з очей… Одійди, каже, от зла!.. Ціле літо у пасіці живе, а зиму у попа паламарює… Самрось бовтається, мов те колесо без загвіздка… Вісім год не був я дома; прийшов і здивувався!.. Щодень гармидер, сварка, лайка, гвалт-розгардіяш!.. Зайвий я тут, чужий, зовсім чужий!.. Треба ж, як на те, щоб ще й лихо скоїлося! Як воно скоїлося — не збагну! Пам'ятаю, що була беседа перед великим постом, якраз на пущення. Сказать би, що я п'яний був, так ні ж!.. Чи така вже невгамонна, дика натура чоловіча, що не властен він боротися з жагою, котра раптом, мов полом'ям, обхопе його і доведе до гріха!.. Самрось ударив Зіньку, я обстав за неї, нас розборонили… Зінька вибігла з хати, мене ніби що кольнуло в серце. Думаю: біда буде! Побіг прожогом за нею, догнав вже аж біля річки, над ополонкою… Почав її благати не губити своєї душі, почав заспокоювати… Тут і вчинилося лихо!..</w:t>
      </w:r>
    </w:p>
    <w:p>
      <w:r>
        <w:br/>
        <w:t>ЯВА 2</w:t>
      </w:r>
    </w:p>
    <w:p>
      <w:r>
        <w:br/>
        <w:t>Зінька (виходячи з бокових дверей). Він тут? Не можу його бачити!.. (Хоче вернутися).&lt;br /&gt;</w:t>
        <w:br/>
        <w:t>Роман. Зінько! Ти всі празники обминаєш мене, обмовчуєш!..&lt;br /&gt;</w:t>
        <w:br/>
        <w:t>Зінька. Перш ти обминав мене та обмовчував, а тепер моя черга! Ніби це тобі не однаково?&lt;br /&gt;</w:t>
        <w:br/>
        <w:t>Роман. Хотів би я побалакати з тобою по серцю.&lt;br /&gt;</w:t>
        <w:br/>
        <w:t>Зінька. Еге ж… Як з сестрою?&lt;br /&gt;</w:t>
        <w:br/>
        <w:t>Роман. Не ремствуй, Зінько!&lt;br /&gt;</w:t>
        <w:br/>
        <w:t>Зінька. Не ремствую ані крихотки ані капелиночки,— байдуже! Дійшло вже до байдужого!..&lt;br /&gt;</w:t>
        <w:br/>
        <w:t>Роман. Нам слід побалакати без пересердя!&lt;br /&gt;</w:t>
        <w:br/>
        <w:t>Зінька. Та так же ж!..&lt;br /&gt;</w:t>
        <w:br/>
        <w:t>Роман. Побалакаймо щиро?&lt;br /&gt;</w:t>
        <w:br/>
        <w:t>Зінька. Минулося!&lt;br /&gt;</w:t>
        <w:br/>
        <w:t>Роман. Я, яким був, таким і зостався.&lt;br /&gt;</w:t>
        <w:br/>
        <w:t>Зінька. Ти не таким здавався!..&lt;br /&gt;</w:t>
        <w:br/>
        <w:t>Роман. Про це ж ми й мусимо спокійно, без суперечки, без уразів поміркувати. Здійми ти з мене той гріх, котрий, мов невсипучий ворог, спотання, підповз до нас і став меж нами з ножем; скажи ж, що й ти винна. Відсахнемо ж його від себе, щоб не зосталося ані іскорки, котра згодом розжеврілася б… Забудемо його…&lt;br /&gt;</w:t>
        <w:br/>
        <w:t>Зінька. Чого ти так турбуєшся? Кажу ж тобі — байдуже?! Чи, може, я не втраплю за твоєю думкою? Заморочено мене, задурено! Одне бачу, що пропаща я навік!..&lt;br /&gt;</w:t>
        <w:br/>
        <w:t>Роман. А, боже мій!..&lt;br /&gt;</w:t>
        <w:br/>
        <w:t>Зінька. Навіщо ти щоразу обставав за мене, навіщо впутувався промеж нас?.. Чоловік і жона — одна сатана!.. Нехай би Самрось убив мене!.. Скільки разів хотіла я стратити себе, наважалася шугнути в ополонку, під лід, к чортам на виринки!.. Щаслива б була!.. Ти зупиняв мене, благав — навіщо?&lt;br /&gt;</w:t>
        <w:br/>
        <w:t>Роман. А навіщо, навіщо! Легко хіба було дивитися на твоє горювання?&lt;br /&gt;</w:t>
        <w:br/>
        <w:t>Зінька. Зате ж тепер мене зовсім заспокоїв!.. Як же мені тепер легко, як любо!.. (Кланяється). Спасибі ж тобі, братику, за твою прихильність, за твою оборону і щирість!.. Серця не чую від твоєї щирості!.. Учора кинулася на мене ряба корова і мало-мало не розпанахала мене, та де не взявся Сірко та й загавкав на неї і одігнав… Чи не побігти мені оце й до Сірка та заразом і йому вклонитися?&lt;br /&gt;</w:t>
        <w:br/>
        <w:t>Роман. А навіщо я сюди прийшов? Меж чужими треба було довіку зоставатися. Захотілося дихнути повітрям рідних нив, глянути на рідну оселю, спочити під рідною стріхою!..&lt;br /&gt;</w:t>
        <w:br/>
        <w:t>Зінька. Бодай же тебе, братику, побила лиха година та нещаслива!&lt;br /&gt;</w:t>
        <w:br/>
        <w:t>Роман. Бодай!.. Коли я так тяжко винен, коли моїй провині нема покути, бодай грім убив мене, в землю ввігнав!..&lt;br /&gt;</w:t>
        <w:br/>
        <w:t>Зінька. Не накликай — не вб'є і не вгоне!.. Тобі жити та бога хвалити, а мені животіти!.. Гріх? Сором?&lt;br /&gt;</w:t>
        <w:br/>
        <w:t>Роман. Коли б я кохав тебе, тоді не побоявся б і гріха! Ти знаєш, що я здавна, скоро прийшов сюди, покохав другу, і про це я тобі не раз казав… Ось де той гріх і сором!.. Бог мене судив би, а була б ти не Самросевою, а моєю! Не це зупиня мене, ти сама бачиш!&lt;br /&gt;</w:t>
        <w:br/>
        <w:t>Зінька. Що ж вона — краща за мене?&lt;br /&gt;</w:t>
        <w:br/>
        <w:t>Роман. Про те серцеві відати, а більш нікому! Ми з тобою обоє винні, бо ми люде; а судитиме нас бог! Скажи, що ти не грішна?&lt;br /&gt;</w:t>
        <w:br/>
        <w:t>Зінька (покачала головою). Бог з тобою! Коли не до мислі тобі, що ж?.. Не виную тебе, ні!.. Сама винна!.. Сама винна!.. (Чуло).</w:t>
      </w:r>
    </w:p>
    <w:p>
      <w:r>
        <w:br/>
        <w:t>Не жаль мені на гадоньку та воріноньку,&lt;br /&gt;</w:t>
        <w:br/>
        <w:t>Як жаль мені та на свою голівоньку!..</w:t>
      </w:r>
    </w:p>
    <w:p>
      <w:r>
        <w:br/>
        <w:t>О, коли б у цю хвилю хто розчавив оцю скажену голівоньку!..&lt;br /&gt;</w:t>
        <w:br/>
        <w:t>Роман. Сестро, голубко, заспокойся!&lt;br /&gt;</w:t>
        <w:br/>
        <w:t>Зінька. Мовчи! Не балакай зо мною улесливо, ті речі печуть мене, ятрять!.. Я сама, сама розмаю своє лихо!.. А не зможу-загину! Все минеться, все зашеретується, як річка від морозу…</w:t>
      </w:r>
    </w:p>
    <w:p>
      <w:r>
        <w:br/>
        <w:t>ЯВА 3</w:t>
      </w:r>
    </w:p>
    <w:p>
      <w:r>
        <w:br/>
        <w:t>Ті ж і Ганна.&lt;br /&gt;</w:t>
        <w:br/>
        <w:t>Ганна (з дитиною на руці ввіходить з середущих дверей). Христос воскрес! З празником та з проводами!..&lt;br /&gt;</w:t>
        <w:br/>
        <w:t>Роман. Воістину! Либонь, подруга Зіньчина?&lt;br /&gt;</w:t>
        <w:br/>
        <w:t>Ганна. Була колись нею…&lt;br /&gt;</w:t>
        <w:br/>
        <w:t>Зінька. І завжди…&lt;br /&gt;</w:t>
        <w:br/>
        <w:t>Роман. Просимо сідати. Спасибі, що завітали… Я не буду заважати вашій розмові…&lt;br /&gt;</w:t>
        <w:br/>
        <w:t>Ганна. Наша розмова — як полова: не чіпай — лежить, дмухни — летить!..&lt;br /&gt;</w:t>
        <w:br/>
        <w:t>Роман пішов.&lt;br /&gt;</w:t>
        <w:br/>
        <w:t>Забігла до тебе не на довгий час, доки там чоловік напоє худобу… Ідемо оце у ярмарок, думка, щоб на ніч і додому, бо двоє вилупків зосталося, а оцього (усміхаючись, показує на дитину) взяли з собою. Хотіли завтра їхати, так завтра ж понеділок, важкий день.&lt;br /&gt;</w:t>
        <w:br/>
        <w:t>Зінька. Еге ж…&lt;br /&gt;</w:t>
        <w:br/>
        <w:t>Ганна (дивиться на неї). Плакала, чи що? Ніби дуже стурбована!.. Може, я, як той татарин, не в час?&lt;br /&gt;</w:t>
        <w:br/>
        <w:t>Зінька. Як?.. Не вигадуй, я рада… Може, поснідаєш?&lt;br /&gt;</w:t>
        <w:br/>
        <w:t>Ганна. Спасибі! Дома поснідали. (Сіла). Ведемо оце дещо з худібки у ярмарок; думка кой-що продати або заміняти. Ідемо повз ваш хутір…&lt;br /&gt;</w:t>
        <w:br/>
        <w:t>Зінька. Бодай він згорів. Щоб пожежею поняло, щоб вихром змело!..&lt;br /&gt;</w:t>
        <w:br/>
        <w:t>Ганна. Дійшло до серця? Я й кажу своєму похнюпі: чи не забігти мені до Зіньки та одвідати? Колись, кажу, товаришували, як ще я служила у наймах у її опікуна; і на вечорниці вкупі ходили…&lt;br /&gt;</w:t>
        <w:br/>
        <w:t>Зінька. Недовго ходили!&lt;br /&gt;</w:t>
        <w:br/>
        <w:t>Ганна. Чи тобі було хоч шістнадцять год, як заміж ішла?&lt;br /&gt;</w:t>
        <w:br/>
        <w:t>Зінька. Не знаю!..&lt;br /&gt;</w:t>
        <w:br/>
        <w:t>Ганна. Мабуть, не було. Я вже була дівкою дохожалою, а ти зовсім була дитиною… Рано зав'язали світ. Достеменно, як у тій пісні каже:</w:t>
      </w:r>
    </w:p>
    <w:p>
      <w:r>
        <w:br/>
        <w:t>Гиля, гиля, сірі гуси,&lt;br /&gt;</w:t>
        <w:br/>
        <w:t>Та на тихий Дунай,&lt;br /&gt;</w:t>
        <w:br/>
        <w:t>Зав'язала головоньку,&lt;br /&gt;</w:t>
        <w:br/>
        <w:t>Тепер сиди та думай!..</w:t>
      </w:r>
    </w:p>
    <w:p>
      <w:r>
        <w:br/>
        <w:t>Сім год прожити у пеклі — не поле перейти. За такий час гиржа залізо з'їсть!..&lt;br /&gt;</w:t>
        <w:br/>
        <w:t>Зінька. Кажуть, як сім год людина не говіє, то стане чортякою; а я сім год меж чортами живу!&lt;br /&gt;</w:t>
        <w:br/>
        <w:t>Ганна. Але ж і змарніла ти!&lt;br /&gt;</w:t>
        <w:br/>
        <w:t>Зінька. Чи в'яне квітка під росою на сонці? Чи змарніла б, коли б не горе?&lt;br /&gt;</w:t>
        <w:br/>
        <w:t>Ганна. Сушить воно, в'ялить!..&lt;br /&gt;</w:t>
        <w:br/>
        <w:t>З другої хати чутно спів і скрипку.&lt;br /&gt;</w:t>
        <w:br/>
        <w:t>Весело у вас! Гостей налізло, мов до причастя: повозок та хургонів повне подвір'я… Мабуть, все значні люде?&lt;br /&gt;</w:t>
        <w:br/>
        <w:t>Зінька. Є усякі… Цур їм!&lt;br /&gt;</w:t>
        <w:br/>
        <w:t>Ганна. Як же твої празники минули?&lt;br /&gt;</w:t>
        <w:br/>
        <w:t>Зінька. Слізьми розговілася, слізьми й заговіюся.&lt;br /&gt;</w:t>
        <w:br/>
        <w:t>Ганна. Знаю, знаю по собі!&lt;br /&gt;</w:t>
        <w:br/>
        <w:t>Зінька. Не знаєш, Галю, не знаєш! Не те, що ти думаєш, зовсім не те!.. Що чоловік поневіряється, що свекруха гризе, хіба то велике горе? Таке горе, як лиху славу, рукавцем розмаю!…&lt;br /&gt;</w:t>
        <w:br/>
        <w:t>Ганна. Та… Накликай талану, а безталання й само тебе здиба! Що ж трапилося, розкажи.&lt;br /&gt;</w:t>
        <w:br/>
        <w:t>Зінька. Невже ж ти, Галю, не береш навздогад? Нарізнь пішли наші думки… Не виную його, а все ж боляче!&lt;br /&gt;</w:t>
        <w:br/>
        <w:t>Ганна. Про кого ж це ти?&lt;br /&gt;</w:t>
        <w:br/>
        <w:t>Зінька. Зараз ти його бачила.&lt;br /&gt;</w:t>
        <w:br/>
        <w:t>Ганна. Зіню!.. (Дивиться їй у вічі). Невже ти покохала Романа?&lt;br /&gt;</w:t>
        <w:br/>
        <w:t>Зінька. Ц-с! Не нагадуй, боляче!..&lt;br /&gt;</w:t>
        <w:br/>
        <w:t>Ганна. Так… Так я й вповала! Та й як же ж інакше? Жила ти тут, мов у домовині, сім год пресвітлої години не бачила; а з'явився Роман і, мов зірочка, освітив темну яму… Скільки не плющ очей, а все кортітиме тебе споглянути на зірочку ясну!.. І він тебе коха?&lt;br /&gt;</w:t>
        <w:br/>
        <w:t>Зінька. Коли б же то, чи призналася б? Він жалував мене!.. Жалував, а я, дурна, нерозсудлива, марила… Тепер він задумав женитися!&lt;br /&gt;</w:t>
        <w:br/>
        <w:t>Ганна. На кому?&lt;br /&gt;</w:t>
        <w:br/>
        <w:t>Зінька. У вашій слободі вона…&lt;br /&gt;</w:t>
        <w:br/>
        <w:t>Ганна. Чи не на чабанівні? Стривай-бо! Чула я, чула, що Роман унадився в нашу слободу. То це він он куди? Що ж, поможи йому, боже! Сім'я путяща, та ще й куми мої!&lt;br /&gt;</w:t>
        <w:br/>
        <w:t>Зінька. Скажи по правді: краща вона від мене?&lt;br /&gt;</w:t>
        <w:br/>
        <w:t>Ганна. Хведоска? Це таке діло: кому хто припаде до серця!.. Нехай жениться, довго хіба до гріха?&lt;br /&gt;</w:t>
        <w:br/>
        <w:t>Зінька. До якого гріха? Стривай! Чи я стерялася, чи всі люде навкруги мене ошаліли? Гріх? Скажи ще: сором?&lt;br /&gt;</w:t>
        <w:br/>
        <w:t>Ганна. А то ж як?&lt;br /&gt;</w:t>
        <w:br/>
        <w:t>Зінька. По своїй волі пішла я за Самрося? Хіба по добрій охоті зв'язала з ним свою руку? Везли мене до шлюбу, мов на заріз: сторгували й продали, ніби поле чи деревину!.. Дитиною я була, сама ж кажеш. Чий же це гріх? Вік мій молодий занехаяли, знівечили життя!.. Чий же це сором? Чи пишалася я хоч годочок своєю красою? Чи глянула я на світочок? Чий це гріх? Мій! Всі безгрішні, одна я нескаянна грішниця?.. Божою волею чи людською силою світ мені зав'язано? Взяли дитя недоросле, дівча нерозумне і стратили!.. Чий же це сором? Мій, мій!.. Я почула в собі серце… Посадови курча в тісну клітку, воно зросте і або загине, або ж розлама клітку! Не присягалася я під вінцем, мовчала!.. До вінця і від вінця везли мене одеревенілу!..&lt;br /&gt;</w:t>
        <w:br/>
        <w:t>Ганна (не зна, що й казати). Як вже там не скоїлося, а закону не переламлеш…&lt;br /&gt;</w:t>
        <w:br/>
        <w:t>Зінька. Закону? Якого закону?… Це, Галю, не закон!.. Не вмію розказати тобі, а як сама з собою балакаю, тоді розумію себе і бачу, що все в мені говоре, що нема ніякого закону в моїм шлюбі з Самросем, нема!.. В'яжуть злодія, він зна, за віщо його в'яжуть! Забивають в заліза душогуба, він зна, за віщо. Вола б'ють, і віл навіть зна, за віщо його б'ють!.. Мене ж б'ють, за коси волочать, налигачем крутять, і я не знаю, за віщо. Це закон?&lt;br /&gt;</w:t>
        <w:br/>
        <w:t>Ганна. Так вже коїться у світі… Один бог відає!..&lt;br /&gt;</w:t>
        <w:br/>
        <w:t>Зінька. Не відає, ні!..&lt;br /&gt;</w:t>
        <w:br/>
        <w:t>Ганна. Не кажи так, Зіню, гріх!&lt;br /&gt;</w:t>
        <w:br/>
        <w:t>Зінька. Знов гріх?&lt;br /&gt;</w:t>
        <w:br/>
        <w:t>Ганна. Розпустила ти своє серце, навіть і про бога забула!&lt;br /&gt;</w:t>
        <w:br/>
        <w:t>Зінька. Ні, Галю, бог про нас забув!&lt;br /&gt;</w:t>
        <w:br/>
        <w:t>Ганна. Зіню, тебе страшно й слухати! Хто з жінок не бідкається? Хіба й я не пила гіркої? Випила, випила до денця!.. Терпіла, а як вже доходило до нестерпучого — впаду навколішки перед образами, голосю-голосю, аж усе в мені голосе! Виголосюся, що вже й гласу не стане, тільки рипить у грудях, мені й полегша.&lt;br /&gt;</w:t>
        <w:br/>
        <w:t>Зінька. Нема чим голосити! Запеклося, зашкарубло!..&lt;br /&gt;</w:t>
        <w:br/>
        <w:t>Ганна. Ось послухай мене, Зіню, голубко! Я б радила тобі ось як. Ми збираємося з свекрухою перед зеленими святами у Київ, на прощу…&lt;br /&gt;</w:t>
        <w:br/>
        <w:t>Зінька (хутко). Піду і я з вами, піду!&lt;br /&gt;</w:t>
        <w:br/>
        <w:t>Ганна. Там помолишся та відговієшся!&lt;br /&gt;</w:t>
        <w:br/>
        <w:t>Збоку чутно голос Самрося: "Гей, де ти, моя-нечужая?"&lt;br /&gt;</w:t>
        <w:br/>
        <w:t>Вже гука? А ще скажу й так: жируєш ти! Це все з баглаїв… Погнула б спину на спеці та вмилася б кривавим потом — не зажирувала б! Розпустила ти своє серце! Та нема краще, як задавити його, притоптати… Цур йому!&lt;br /&gt;</w:t>
        <w:br/>
        <w:t>Зінька. Піду, піду у Київ, на прощу!.. Помолюсь то й бог мені допоможе. Коли б тільки скоріш іти!&lt;br /&gt;</w:t>
        <w:br/>
        <w:t>Ганна. Раніш зелених свят невправка!&lt;br /&gt;</w:t>
        <w:br/>
        <w:t>Самрось кричить: "Гей, жінко, перед мої очі!"&lt;br /&gt;</w:t>
        <w:br/>
        <w:t>Забарилася я в тебе. Прощай! Оце, чи я не здуріла? І забула, що тепер "прощай" казати гріх!&lt;br /&gt;</w:t>
        <w:br/>
        <w:t>Зінька. Годі, годі про гріхи!..&lt;br /&gt;</w:t>
        <w:br/>
        <w:t>Ганна. Аж до вознесенія тільки й можна казати "Христос воскрес!" та "воістину". (Б'є злегенька дитину по руці). А куди ти руку засовуєш, куди? Ач, все б йому до пазухи.&lt;br /&gt;</w:t>
        <w:br/>
        <w:t>Зінька (зітхнула). Щаслива ти, Галю, що в тебе дітки є!&lt;br /&gt;</w:t>
        <w:br/>
        <w:t>Ганна (згорда). Щоб ти знала, що оці вилупки — найкращі порадники; вони найскорш доводять нас до розуму. Ну, ходімо до татка? Ах ти, замазура!..&lt;br /&gt;</w:t>
        <w:br/>
        <w:t>Зінька. Щаслива!.. Може, Галю, хто раніш іде на прощу, розвідай! Я навідаюся до тебе. Сьогодні, кажеш, вернетесь з ярмарку? Я сьогодні навідаюся.&lt;br /&gt;</w:t>
        <w:br/>
        <w:t>Пішли.</w:t>
      </w:r>
    </w:p>
    <w:p>
      <w:r>
        <w:br/>
        <w:t>ЯВА 4</w:t>
      </w:r>
    </w:p>
    <w:p>
      <w:r>
        <w:br/>
        <w:t>Писар (виходить з бокових дверей з скрипкою в руці). Їх тут нема! Зеніда Андреєвна, куди ж ви сокрились од общого вниманія! Ух! Одначе від такого нахального частування можна і переселеніє совершить к праотцам: чарка за рюмкою, нема тобі передишки, ані боже мой! (Підспівує).</w:t>
      </w:r>
    </w:p>
    <w:p>
      <w:r>
        <w:br/>
        <w:t>Калина-малина,&lt;br /&gt;</w:t>
        <w:br/>
        <w:t>А розовий цвєт,&lt;br /&gt;</w:t>
        <w:br/>
        <w:t>Била в меня ціпа-мама,&lt;br /&gt;</w:t>
        <w:br/>
        <w:t>А теперя нєт.</w:t>
      </w:r>
    </w:p>
    <w:p>
      <w:r>
        <w:br/>
        <w:t>Ах-ха-ха! Сколько не адресую взгляди до Зеніди Андреєвни — не клюйоть! Што ти тут сообразиш: не клюйоть!..</w:t>
      </w:r>
    </w:p>
    <w:p>
      <w:r>
        <w:br/>
        <w:t>ЯВА 5</w:t>
      </w:r>
    </w:p>
    <w:p>
      <w:r>
        <w:br/>
        <w:t>Настя (виходить з тих же дверей, п'яненька). Знов її шукаєш?&lt;br /&gt;</w:t>
        <w:br/>
        <w:t>Писар. Ково?&lt;br /&gt;</w:t>
        <w:br/>
        <w:t>Настя. Знаємо вас!.. Чого ж ти втік від кумпанії?&lt;br /&gt;</w:t>
        <w:br/>
        <w:t>Писар (підморгує). А тоску, не видя предмета, по-німаєш? Дура разві которая, ну, та не поймьоть!.. (Обніма її).</w:t>
      </w:r>
    </w:p>
    <w:p>
      <w:r>
        <w:br/>
        <w:t>Чорноє платьє,&lt;br /&gt;</w:t>
        <w:br/>
        <w:t>Бєлая кайма,&lt;br /&gt;</w:t>
        <w:br/>
        <w:t>Била в меня ціпа-мама,&lt;br /&gt;</w:t>
        <w:br/>
        <w:t>А тепер нема.</w:t>
      </w:r>
    </w:p>
    <w:p>
      <w:r>
        <w:br/>
        <w:t>Ну, во-вторих, єтот водочний вопрос так хоч кого озадачить!.. (Знов співає).</w:t>
      </w:r>
    </w:p>
    <w:p>
      <w:r>
        <w:br/>
        <w:t>Чорноє платьє,&lt;br /&gt;</w:t>
        <w:br/>
        <w:t>Бєлой воротник,&lt;br /&gt;</w:t>
        <w:br/>
        <w:t>Любил меня ціпа-мама,&lt;br /&gt;</w:t>
        <w:br/>
        <w:t>А тепер одвик!..</w:t>
      </w:r>
    </w:p>
    <w:p>
      <w:r>
        <w:br/>
        <w:t>Ах, мадама, мадама! Почему ви не вдовушка?&lt;br /&gt;</w:t>
        <w:br/>
        <w:t>Настя. Годі вже мене дурити.&lt;br /&gt;</w:t>
        <w:br/>
        <w:t>Писар. Дурю, я дурю? Так дай, моя плутовка, ятаган алібо алівульвер, і я сисчас разстрельну грудь вєрную мою!&lt;br /&gt;</w:t>
        <w:br/>
        <w:t>Настя. Вірю, душко! Не впадай ти за Зінькою, бо з світа мене зживеш!.. Так сумувала за тобою, душко мой, так сумувала, що й їжа на думку не йшла. Спасибі, попадя навчила кислий совус робити, тільки кисленьким і годуюся.&lt;br /&gt;</w:t>
        <w:br/>
        <w:t>Писар. Да, кислоє і на похмельє хорошо! Платочок, которий ти презентовала, до серця пригортаю і горючими, і кипучими обливаю!.. Беру скрипицю в руки, і тольки вона сладкозвучним мелодійом нагадує звуки твої.&lt;br /&gt;</w:t>
        <w:br/>
        <w:t>Настя. Оця ж скрипочка і світ мені замакітрила!.. Колись з серця розіб'ю її!.. Як поведеш, душко мой, смичечком по струнах, то ніби серце мені надвоє перетнеш!..&lt;br /&gt;</w:t>
        <w:br/>
        <w:t>Писар. Как ти чувствітельно разсуждаєш!</w:t>
      </w:r>
    </w:p>
    <w:p>
      <w:r>
        <w:br/>
        <w:t>Я задушу тебя в моїх проклятьях,&lt;br /&gt;</w:t>
        <w:br/>
        <w:t>Я проклену тебе в моїх об'ятьях!..</w:t>
      </w:r>
    </w:p>
    <w:p>
      <w:r>
        <w:br/>
        <w:t>І вот мой статістіческой план: когда не будеш ти моєю, я кинусь в волни кипучого моря, як сумашедчой!.. Алібо вчиню преступленіє… І тогда (співи):</w:t>
      </w:r>
    </w:p>
    <w:p>
      <w:r>
        <w:br/>
        <w:t>Звонкая походка,&lt;br /&gt;</w:t>
        <w:br/>
        <w:t>Сєрєнькой картуз,&lt;br /&gt;</w:t>
        <w:br/>
        <w:t>Бритая головка,&lt;br /&gt;</w:t>
        <w:br/>
        <w:t>Бубновенькой туз!..</w:t>
      </w:r>
    </w:p>
    <w:p>
      <w:r>
        <w:br/>
        <w:t>(Обніма її і цілує).</w:t>
      </w:r>
    </w:p>
    <w:p>
      <w:r>
        <w:br/>
        <w:t>ЯВА 6</w:t>
      </w:r>
    </w:p>
    <w:p>
      <w:r>
        <w:br/>
        <w:t>Ті ж і 3інька.&lt;br /&gt;</w:t>
        <w:br/>
        <w:t>Настя (побачила Зіньку). Гетьте-бо! І все б їм цілуватися, от ще поцілуйко! А що, доброго ляпаса піймали по губах? Ото вдруге не лізьте, бо я того ненавиджу!.. Ще як хто побаче, подумає… Ти тут, Зіню? Де це ти була, моя дитино?&lt;br /&gt;</w:t>
        <w:br/>
        <w:t>Зінька. Там, де вже нема, моя матусю!&lt;br /&gt;</w:t>
        <w:br/>
        <w:t>Настя. Ти ж це як вже мені відповідаєш?&lt;br /&gt;</w:t>
        <w:br/>
        <w:t>Зінька. Так же, як ви питаєте!&lt;br /&gt;</w:t>
        <w:br/>
        <w:t>Настя (до писаря). Бачите?.. Я ж кажу, що можуть подумати невіть що! От перша Зінька…&lt;br /&gt;</w:t>
        <w:br/>
        <w:t>Писар. Зеніда Андреєвна можуть обсудить по нашим літам… Сравніть і то довольно за глаза, што ви как мамаша, а я как синок!&lt;br /&gt;</w:t>
        <w:br/>
        <w:t>Настя (убік). Ой хитрий! (До нього). То я вже вас не буду звати Мануйлом Соловеїчом, а синочком. (Сміється). Тільки цілуватися ненавиджу!&lt;br /&gt;</w:t>
        <w:br/>
        <w:t>Писар. Зеніда Андреєвна, будьте настолько добри, настолько я вас прошу, об'яснітє: отчего ви не в общей кавалькаде?&lt;br /&gt;</w:t>
        <w:br/>
        <w:t>Зінька. Обійдетесь і без нас!&lt;br /&gt;</w:t>
        <w:br/>
        <w:t>Настя. Її діло клопотати та порядкувати. Еге, доню, ти клопочи, порядкуй, душко моя, а я в кунпанії посиджу…&lt;br /&gt;</w:t>
        <w:br/>
        <w:t>Зінька. Пожиркуєте?&lt;br /&gt;</w:t>
        <w:br/>
        <w:t>Настя. Як? (Убік). Вона ревнує! Недаром я постерегла. (До писаря). Ходімо до гурту.&lt;br /&gt;</w:t>
        <w:br/>
        <w:t>Писар (гра на скрипці і співа).</w:t>
      </w:r>
    </w:p>
    <w:p>
      <w:r>
        <w:br/>
        <w:t>І гулять будем,&lt;br /&gt;</w:t>
        <w:br/>
        <w:t>І пить будем,&lt;br /&gt;</w:t>
        <w:br/>
        <w:t>А смерть прийдеть —&lt;br /&gt;</w:t>
        <w:br/>
        <w:t>Помирать будем!..</w:t>
      </w:r>
    </w:p>
    <w:p>
      <w:r>
        <w:br/>
        <w:t>Пішли.&lt;br /&gt;</w:t>
        <w:br/>
        <w:t>Зінька (сама). Ач, стара, вже й зуби погнили, а їй зальоти на думці: заманулося на старість у гречку скакати! Всі праведні, всі безгрішні!".. Ох, коли б швидш у Київ!..</w:t>
      </w:r>
    </w:p>
    <w:p>
      <w:r>
        <w:br/>
        <w:t>ЯВА 7</w:t>
      </w:r>
    </w:p>
    <w:p>
      <w:r>
        <w:br/>
        <w:t>Самрось, писар, Настя і Зінька.&lt;br /&gt;</w:t>
        <w:br/>
        <w:t>Самрось. Щоб моя жінка не потанцювала, як я того захочу! "Нікогда і вовік…" Буде танцювати й дріботіти!.. Кума-лавошниця нотної виводе. (Співа).</w:t>
      </w:r>
    </w:p>
    <w:p>
      <w:r>
        <w:br/>
        <w:t>А на мене мій муж ворчить,&lt;br /&gt;</w:t>
        <w:br/>
        <w:t>Що у мене хвартух стирчить!..</w:t>
      </w:r>
    </w:p>
    <w:p>
      <w:r>
        <w:br/>
        <w:t>А моя жінка і через ноту виведе!&lt;br /&gt;</w:t>
        <w:br/>
        <w:t>Писар. Самросей Сафронович! Позвольте вашу ручку. Ну і уважаю ж я вас, господи!..&lt;br /&gt;</w:t>
        <w:br/>
        <w:t>Самрось (кричить). Во хрунт!&lt;br /&gt;</w:t>
        <w:br/>
        <w:t>Писар (випинається). Рад стараться!&lt;br /&gt;</w:t>
        <w:br/>
        <w:t>Самрось. Рівняйся, націляйся!.. Мамаша! Оце достометний чоловік. Я вже з ним побратався! Зінько, марш танцювати!&lt;br /&gt;</w:t>
        <w:br/>
        <w:t>Настя. Чуєш, Зіню, що муж приказує!&lt;br /&gt;</w:t>
        <w:br/>
        <w:t>Зінька. Не оглухла!&lt;br /&gt;</w:t>
        <w:br/>
        <w:t>Настя. Потанцюй "ножнички" або "жидівочку"! Як я колись танцювала, господи, гарно!&lt;br /&gt;</w:t>
        <w:br/>
        <w:t>Писар (до Самрося). Братєц! У вашої супруги голос херувими і серафими!.. Зеніда Андреєвна, краще воспойтє што-лібо!&lt;br /&gt;</w:t>
        <w:br/>
        <w:t>Самрось. Зінько! Поцілуй мого побратима.&lt;br /&gt;</w:t>
        <w:br/>
        <w:t>Писар. Позвольте, по-родственному!&lt;br /&gt;</w:t>
        <w:br/>
        <w:t>Зінька (з криком). Не підступай! Коли б ти знав, який ти мерзенний, гидкий!..&lt;br /&gt;</w:t>
        <w:br/>
        <w:t>Самрось (кричить). Цілуй!&lt;br /&gt;</w:t>
        <w:br/>
        <w:t>Зінька (твердо). Ходім! Там при всіх поцілую!.. Наодинці, у закутку, не так смачно!.. Правда, матусю?&lt;br /&gt;</w:t>
        <w:br/>
        <w:t>Пішли.</w:t>
      </w:r>
    </w:p>
    <w:p>
      <w:r>
        <w:br/>
        <w:t>ЯВА 8</w:t>
      </w:r>
    </w:p>
    <w:p>
      <w:r>
        <w:br/>
        <w:t>Роман (ввійшовши, довго ходить замислившись). Так, так!.. Я мушу розказати Хведоні все, все… Нехай вона своєю чистою душею зважить і зміркує!.. Вона непорочна, як дитя. "Устами дитяти глаголить сам бог!" І коли вона скаже, що я винен перед Зінькою, тоді… А все ж таки не хочу ані зерна таїти, розкажу!..</w:t>
      </w:r>
    </w:p>
    <w:p>
      <w:r>
        <w:br/>
        <w:t>ЯВА 9</w:t>
      </w:r>
    </w:p>
    <w:p>
      <w:r>
        <w:br/>
        <w:t>Зінька (вибігла з бокових дверей розчіпчана). Тут не перешкодять тобі вбити мене!..&lt;br /&gt;</w:t>
        <w:br/>
        <w:t>Самрось (з пляшкою в руці, його держать). По морді дати моєму побратимові, моєму найлюбезному!..&lt;br /&gt;</w:t>
        <w:br/>
        <w:t>Роман (схопив його за груди). Скажений, опам'ятайся!&lt;br /&gt;</w:t>
        <w:br/>
        <w:t>Самрось. Пусти, уб'ю!&lt;br /&gt;</w:t>
        <w:br/>
        <w:t>Зінька. Пусти його, Романе! Благаю тебе пусти!..</w:t>
      </w:r>
    </w:p>
    <w:p>
      <w:r>
        <w:br/>
        <w:t>ЯВА 10</w:t>
      </w:r>
    </w:p>
    <w:p>
      <w:r>
        <w:br/>
        <w:t>Ті ж, писар, старшина, Настя і всі гості.&lt;br /&gt;</w:t>
        <w:br/>
        <w:t>Писар (до Самрося). Братєц, образумтесь! Я нікоторої обіди!.. Сестриця!..&lt;br /&gt;</w:t>
        <w:br/>
        <w:t>Зінька. Підійди ближче! Підійди!.. Я тобі баньки видеру і пащеку роздеру!&lt;br /&gt;</w:t>
        <w:br/>
        <w:t>Старшина. Такого коліна люде, а нікоторої образованості!&lt;br /&gt;</w:t>
        <w:br/>
        <w:t>Роман (однявши пляшку у Самрося, пха його). Геть, п'яне барило!&lt;br /&gt;</w:t>
        <w:br/>
        <w:t>Самрось. Не хочеться тільки заходжуватись…&lt;br /&gt;</w:t>
        <w:br/>
        <w:t>Роман. Не хвались!&lt;br /&gt;</w:t>
        <w:br/>
        <w:t>Настя. Ой Зіню, душко моя, як же таки так?&lt;br /&gt;</w:t>
        <w:br/>
        <w:t>Зінька. Мовчіть, мамо! До серця доходе, все виявлю, все!.. Привселюдно виявлю!..&lt;br /&gt;</w:t>
        <w:br/>
        <w:t>Настя. Господь з тобою, моя дитино!&lt;br /&gt;</w:t>
        <w:br/>
        <w:t>Писар. Ну, мир! З чортзна-чого неприятності! Роман Сафронович, подайте друг другу руки — і амінь!&lt;br /&gt;</w:t>
        <w:br/>
        <w:t>Роман. Ви що тут за мировий?&lt;br /&gt;</w:t>
        <w:br/>
        <w:t>Писар. Я по-родственному!&lt;br /&gt;</w:t>
        <w:br/>
        <w:t>Роман. Під три чорти!&lt;br /&gt;</w:t>
        <w:br/>
        <w:t>Настя. Ну-ну, ти, болване! Це мій гость!&lt;br /&gt;</w:t>
        <w:br/>
        <w:t>Роман. То й цілуйтеся з ним.&lt;br /&gt;</w:t>
        <w:br/>
        <w:t>Настя (з ляком). Що?&lt;br /&gt;</w:t>
        <w:br/>
        <w:t>Самрось. Сказав би я тобі слово!..&lt;br /&gt;</w:t>
        <w:br/>
        <w:t>Роман. Відкашляйся, коли в горлі застрягло!&lt;br /&gt;</w:t>
        <w:br/>
        <w:t>Самрось. Аз-буки-буряки, печеная редька!.. Тьху на твою вченість! (Пішов).&lt;br /&gt;</w:t>
        <w:br/>
        <w:t>Старшина. Ходім, ходім!.. Люде образовані, а таку необразованість заводите, нікоторої прибавки!.. Краще потанцюємо кандреля.&lt;br /&gt;</w:t>
        <w:br/>
        <w:t>Писар. Отлічно! Акціос!.. Братєц будуть ваш візовой… Амбажуйте мою мамашу. Пішли.&lt;br /&gt;</w:t>
        <w:br/>
        <w:t>Роман. Коли вже я злишуся цього гармидеру?&lt;br /&gt;</w:t>
        <w:br/>
        <w:t>Зінька. Знов оборонив? А я не дякую, бачиш, яка я незвичайна?&lt;br /&gt;</w:t>
        <w:br/>
        <w:t>Роман. Покинула б ти Самрося абощо; чи куди-небудь втекла б від нього!..&lt;br /&gt;</w:t>
        <w:br/>
        <w:t>Зінька. Втечу від людей, тільки від себе не втечу.&lt;br /&gt;</w:t>
        <w:br/>
        <w:t>Роман. Яка ти, сестро, безталанна!&lt;br /&gt;</w:t>
        <w:br/>
        <w:t>Зінька. Мовчи! Боляче!.. Іди геть з очей!.. Роман, похилившись, пішов.&lt;br /&gt;</w:t>
        <w:br/>
        <w:t>Ох, і жалю ж мій, жалю, тяжкий не розмаю!.. (Заломила руки). Ох, як тяжко-важко!..&lt;br /&gt;</w:t>
        <w:br/>
        <w:t>Завіса</w:t>
      </w:r>
    </w:p>
    <w:p>
      <w:r>
        <w:br/>
        <w:t>ДІЯ ТРЕТЯ</w:t>
      </w:r>
    </w:p>
    <w:p>
      <w:r>
        <w:br/>
        <w:t>Село. Посередині кону хата Степана Реви, котра виходить причілком до авансцени. Далі город, тік, садок і т. п.</w:t>
      </w:r>
    </w:p>
    <w:p>
      <w:r>
        <w:br/>
        <w:t>ЯВА 1</w:t>
      </w:r>
    </w:p>
    <w:p>
      <w:r>
        <w:br/>
        <w:t>Степан (сидить на призьбі). Що то, подумаєш, весна: сонце світе ясно та ласкаво і наскрізь пронизує тебе теплом; жайворонки щебечуть… Вже, либонь, скоро й соловейко затьохка?.. В полі хлібець людський зеленіє, а на панському почав рунитись: інша справа й спроможність, то й хліб кращий. Як вдивишся, що як та царина зеленіє, то ніби чуєш, що й кістки в тобі починають лускотіти, неначе почувають, що ось-ось прийде їм невгавна робота… Весна-красна! (Глянув вгору). Сонечко на полудень звернуло і, мов те дівча молоде, усміхається; і сам, дивлячись на нього, несамохіть усміхнешся.</w:t>
      </w:r>
    </w:p>
    <w:p>
      <w:r>
        <w:br/>
        <w:t>ЯВА 2</w:t>
      </w:r>
    </w:p>
    <w:p>
      <w:r>
        <w:br/>
        <w:t>Харитон і Юхим виходять з своєї хати.&lt;br /&gt;</w:t>
        <w:br/>
        <w:t>Харитон. Я тобі дам нову кухвайку! Це прямо розбой, калавур!.. Хоч з села втікай; збирай збіжжя та й їдь на Амур!..&lt;br /&gt;</w:t>
        <w:br/>
        <w:t>Юхим. Що ж, тепер тільки й погуляти: уосени візьму жеребка, тоді я царський, а не ваш; тоді мені вашого нічого не треба.&lt;br /&gt;</w:t>
        <w:br/>
        <w:t>Харитон. Де ж я тобі візьму грошей, де?&lt;br /&gt;</w:t>
        <w:br/>
        <w:t>Юхим. Мало де? Позичте!&lt;br /&gt;</w:t>
        <w:br/>
        <w:t>Харитон. Напозичався вже по саму зав'язку!&lt;br /&gt;</w:t>
        <w:br/>
        <w:t>Юхим. Тепера промеж парубків ходять двірські кавалери: лакей, кучер, повар, машинистий,— співають городських пісень. Може б, і я якої навчився? Як же ж я, хазяйський син, та піду у свиті, щоб мене підняли на глум? Дайте вашого дзигзета або руб серебра на ситцеву рубашку!&lt;br /&gt;</w:t>
        <w:br/>
        <w:t>Харитон. Це ти мені хочеш засліпити очі? Мабуть, кортить тебе у "заборонку"? Програв на перший день празників два злоти?&lt;br /&gt;</w:t>
        <w:br/>
        <w:t>Юхим. Програв якраз!.. А ви не грали?&lt;br /&gt;</w:t>
        <w:br/>
        <w:t>Харитон. Так я ж виграв! Аж тринадцять копійок виграв… Бо я всі карти наскрізь бачу, знаю, коли можна замирити… Чорт не видав, завели моду у "заборонку" грати!..&lt;br /&gt;</w:t>
        <w:br/>
        <w:t>Юхим. Як з таким батьком, то краще на гілляку!&lt;br /&gt;</w:t>
        <w:br/>
        <w:t>Харитон аж одскочив.&lt;br /&gt;</w:t>
        <w:br/>
        <w:t>Степан. Що, сусіде, легко слухати від сина таку промову?&lt;br /&gt;</w:t>
        <w:br/>
        <w:t>Юхим (убік). Ну й чого та бормота раз по раз чіпляється?&lt;br /&gt;</w:t>
        <w:br/>
        <w:t>Харитон (до Юхима). Та я тебе!.. (Присікується до нього).&lt;br /&gt;</w:t>
        <w:br/>
        <w:t>Степан. Та візьми його за чуба!&lt;br /&gt;</w:t>
        <w:br/>
        <w:t>Юхим. Овва!&lt;br /&gt;</w:t>
        <w:br/>
        <w:t>Харитон (скида жакета і віддає Юхимові). На, подавися ним!&lt;br /&gt;</w:t>
        <w:br/>
        <w:t>Юхим хутко зодягся й пішов.&lt;br /&gt;</w:t>
        <w:br/>
        <w:t>Що ти вдієш з ним?&lt;br /&gt;</w:t>
        <w:br/>
        <w:t>Степан. Чув пісню, що каже:</w:t>
      </w:r>
    </w:p>
    <w:p>
      <w:r>
        <w:br/>
        <w:t>Ой мамцю моя,&lt;br /&gt;</w:t>
        <w:br/>
        <w:t>А я доня твоя,&lt;br /&gt;</w:t>
        <w:br/>
        <w:t>Було б мене вчити-бити,&lt;br /&gt;</w:t>
        <w:br/>
        <w:t>Як маненька була!</w:t>
      </w:r>
    </w:p>
    <w:p>
      <w:r>
        <w:br/>
        <w:t>Харитон. Він, сказати, тепера вже не мій, а царський!&lt;br /&gt;</w:t>
        <w:br/>
        <w:t>Степан. Намацав одне слово: "Він царський!" А ми чиї? Доки дома, він твій, а піде в службу,— буде царський! Повернеться з служби, знов не чий же буде, як твій. Треба дітей дома вчити, то вони і в царській службі шануватимуться!&lt;br /&gt;</w:t>
        <w:br/>
        <w:t>Харитон. Як його вчити? Таке розпутство завелося!&lt;br /&gt;</w:t>
        <w:br/>
        <w:t>Степан. Змалку-лозиною та батогом, а тепер вже й дубина не поможе.&lt;br /&gt;</w:t>
        <w:br/>
        <w:t>Харитон. Ну, така роззява мій Юхим! Як я, дак я всі карти наскрізь бачу! Інший хвабриться, з маненьким козирьом жене… А я оце думаю кинутись до мирового. Помилуйте! Знаєте, купив я своєму Юхимові хвинельову кухвайку, сказать, достометну німецьку! Аж любо було глянути на нього: панич! одним лицем панич! Ну, вже й чортова роззява!.. Пішли ми у церкву на страсть! Ото ж як вже дочитували дев'яту чи десяту ванголю… Ба таки десяту, бо я вже дев'ять пуп'янків наліпив на своїй свічці. Звичайно, почали люди куняти,— сказать, народ потомлений! — дехто вже хріп, інший носом клював… Зашкварчали чуби і почали шмалятиною тхнути, як і повсякчас воно бува на старость. Титар походжа по церкві та розбуркує парахвиян. Тільки що пройшов повз нас, ще до когось промовив стиха:&lt;br /&gt;</w:t>
        <w:br/>
        <w:t>"Що ви, спати в церкву поприходили, свинота!.." Соломія Гаврикова стояла позад мого Юхима, задрімала, псявіра, та й притулила свічку до Юхимової кухвайки: геть спина так і зотліла!.. Хіба на це є закон, щоб руб сімдесят три копійки як у воду жбурнути?&lt;br /&gt;</w:t>
        <w:br/>
        <w:t>Степан. На кого ж ти скаржитимешся мировому?&lt;br /&gt;</w:t>
        <w:br/>
        <w:t>Харитон. На неї! Яке вона має положеніє палити чуже добро? Дай їй путивочку, вона й хату мені спале!.. Таке розпутство!..&lt;br /&gt;</w:t>
        <w:br/>
        <w:t>Степан. А хто ж і заводе те розпутство, як не ми самі? Гедзети, плюндрі, чоботи, бляшками та цвяшками обліплені!.. Ну, чи пристала ж така одежа до чорної роботи?&lt;br /&gt;</w:t>
        <w:br/>
        <w:t>Харитон. Коли ж дивишся, як другі, то й собі потрапляєш…&lt;br /&gt;</w:t>
        <w:br/>
        <w:t>Степан. Не біжи за прудким, коли певен, що не доженеш; скільки ворону не квітчай у павине пір'я, а нарешті вона таки зостанеться вороною — чув?&lt;br /&gt;</w:t>
        <w:br/>
        <w:t>Харитон. У гедзеті якось акуратніш! В городі, на базарі, то вже кожен тобі каже: "Поштенний!" А як напнеш сірячину — "Ти, мужик! Хамло! Мазепа!.."&lt;br /&gt;</w:t>
        <w:br/>
        <w:t>Степан. Видко пана по халявах. Ти ж мужик і є?&lt;br /&gt;</w:t>
        <w:br/>
        <w:t>Харитон. Та… Ну, все ж таки… І скажіть, на милость божу, що воно за знак, що дощу нема?&lt;br /&gt;</w:t>
        <w:br/>
        <w:t>Степан. Доведуть людей гедзети та бляшки до злиднів.&lt;br /&gt;</w:t>
        <w:br/>
        <w:t>Харитон. Тепер би, празниками, саме б йому йти! Щодня хмариться, супиться, а не йде!.. Ото відьми так починили?&lt;br /&gt;</w:t>
        <w:br/>
        <w:t>Степан. Чи буде дощ, чи не буде, а ти таки не вважаєш на врожай, синові купив гармонію?&lt;br /&gt;</w:t>
        <w:br/>
        <w:t>Харитон. Купив, за два з половиною, з дзвінком!.. Ну й ловко ж він гра "бариню"! Ви не чули? Звичайно, він вже царський!..&lt;br /&gt;</w:t>
        <w:br/>
        <w:t>Степан. Розпутство, розпутство!..&lt;br /&gt;</w:t>
        <w:br/>
        <w:t>Харитон. Та що ви все гарчите? Ну, а скажіть: як воно мусить бути? Ви ж читаєте того… псалтиря, що там воно показує?&lt;br /&gt;</w:t>
        <w:br/>
        <w:t>Степан. Там багато не про нас писане.&lt;br /&gt;</w:t>
        <w:br/>
        <w:t>Харитон. Сказать так: ми бачимо вгорі — небо, а під ногами — землю! Ну, а що там вище або нижче, чи втнемо ми своєю головою?&lt;br /&gt;</w:t>
        <w:br/>
        <w:t>Степан. Думаєш, що земля не дає нам пораду? Як щиро помолишся та припадеш до неї, то й чуєш, що вона таки промовля до тебе… Тільки ми недоумки — нерозсудливі, незугарні зрозуміти сієї поради.</w:t>
      </w:r>
    </w:p>
    <w:p>
      <w:r>
        <w:br/>
        <w:t>ЯВА 3</w:t>
      </w:r>
    </w:p>
    <w:p>
      <w:r>
        <w:br/>
        <w:t>Ті ж і Роман.&lt;br /&gt;</w:t>
        <w:br/>
        <w:t>Харитон (побачив здалеку Романа). Ото ж і Роман Жлуденко? Він, він!.. Куди це простує? (Гука). Сохронович, куди бог несе?&lt;br /&gt;</w:t>
        <w:br/>
        <w:t>Роман (підходить). Христос воскрес! З празником!&lt;br /&gt;</w:t>
        <w:br/>
        <w:t>Харитон і Степан. Воістину!&lt;br /&gt;</w:t>
        <w:br/>
        <w:t>Харитон. Куди це?&lt;br /&gt;</w:t>
        <w:br/>
        <w:t>Роман. Кожен свого шука. До ваших парубків прийшов, дома занудився.&lt;br /&gt;</w:t>
        <w:br/>
        <w:t>Харитон. Навряд чи здибаєш їх! Де-небудь по кручах у "заборонку" грають; бо в селі не можна, урядник велів соцькому забороняти!&lt;br /&gt;</w:t>
        <w:br/>
        <w:t>Степан. Присядь, парубче, та побалакай з нами. Чи, може, куди хапаєшся?&lt;br /&gt;</w:t>
        <w:br/>
        <w:t>Роман (сіда). Прихапок, як і вхапок: лизнув — не вхопив, сьорбнув — не наївся!.. Де люде, там і розмова; а де розмова, там і розум… (Помовчав). А ви ж про віщо тут балакали?&lt;br /&gt;</w:t>
        <w:br/>
        <w:t>Степан. Та… Переливаємо з порожнього в те, що без клепок. (Сміється). Пустословимо!&lt;br /&gt;</w:t>
        <w:br/>
        <w:t>Роман. Коли б з кожного слова виростало діло, то не було б слів, а саме діло.</w:t>
      </w:r>
    </w:p>
    <w:p>
      <w:r>
        <w:br/>
        <w:t>ЯВА 4</w:t>
      </w:r>
    </w:p>
    <w:p>
      <w:r>
        <w:br/>
        <w:t>Кирило, Пилип, Свирид і ще деякі люди, проходячи вулицею, шапкуються.&lt;br /&gt;</w:t>
        <w:br/>
        <w:t>Кирило. Кажу вам, що нема, нема! То все брехня! Нема: ні Лондуму, ні Парижу!.. Тільки є Питербург, бо там цар живе; та Київ, бо там мощі святих!.. (Побачивши Романа). Вже тут той мудрій, що ще молоко не обсохло на губах!.. (Пішов).&lt;br /&gt;</w:t>
        <w:br/>
        <w:t>Роман. Дід Кирило знов розказував якийсь сон?&lt;br /&gt;</w:t>
        <w:br/>
        <w:t>Степан. Такому старому то й не диво.&lt;br /&gt;</w:t>
        <w:br/>
        <w:t>Пилип (підходить). Про нього, либонь, вже й на тім світі забуто.&lt;br /&gt;</w:t>
        <w:br/>
        <w:t>Свирид. Ні, там на нього пайок іде.&lt;br /&gt;</w:t>
        <w:br/>
        <w:t>Пилип. Началники наші розгулялися: ціла юрба гостей набігла до старшини,— з дзвінками, з талабончиками, з музиками!..&lt;br /&gt;</w:t>
        <w:br/>
        <w:t>Роман. Це вони тільки що вибралися від нас.&lt;br /&gt;</w:t>
        <w:br/>
        <w:t>Свирид. На те вони й пани, щоб панувати.&lt;br /&gt;</w:t>
        <w:br/>
        <w:t>Роман. Хто ж їх панами настановив, як не ви? Хіба старшину на те вибирають, щоб він п'янствував та зневажав мирян?</w:t>
      </w:r>
    </w:p>
    <w:p>
      <w:r>
        <w:br/>
        <w:t>ЯВА 5</w:t>
      </w:r>
    </w:p>
    <w:p>
      <w:r>
        <w:br/>
        <w:t>Ті ж і Денис.&lt;br /&gt;</w:t>
        <w:br/>
        <w:t>Денис (під чаркою). А що, коли б оці слова та урядникові в вуха?&lt;br /&gt;</w:t>
        <w:br/>
        <w:t>Степан. Що це ти, неначе злодій, підійшов крадькома! А де ж твоє "з празником"?&lt;br /&gt;</w:t>
        <w:br/>
        <w:t>Денис. Хоч і не треба!&lt;br /&gt;</w:t>
        <w:br/>
        <w:t>Роман. Може, я не правду кажу?&lt;br /&gt;</w:t>
        <w:br/>
        <w:t>Денис. А хоч і правду? Началство, недзя! Забули, що урядник на сходці казав: коли що почуєте таке, що не слід,— остерігайтеся! Остерігайтеся, то й вам краще буде!.. От я й остерігаюся… Ну, що соцькому, він мене вигнав оце з шинку,— піднесу дулю під самісінький ніс!&lt;br /&gt;</w:t>
        <w:br/>
        <w:t>Степан. Ішов би ти своєю дорогою.&lt;br /&gt;</w:t>
        <w:br/>
        <w:t>Денис. Це твоя вулиця, твоя? Вона обчеська, а я обчеський собствелник — о! — я при своїм законі!..&lt;br /&gt;</w:t>
        <w:br/>
        <w:t>Пилип. І при своїм розумові?&lt;br /&gt;</w:t>
        <w:br/>
        <w:t>Денис. Пилипе! Єй, плюну в вічі!.. Ще й сяду отут, посеред вулиці, на своїм обчеськім положенню… (Сів). О, прикипів!&lt;br /&gt;</w:t>
        <w:br/>
        <w:t>Свирид. У іншого ніби й голова на плечах, а придивишся гарненько…&lt;br /&gt;</w:t>
        <w:br/>
        <w:t>Пилип. Побачиш порожнє місце.&lt;br /&gt;</w:t>
        <w:br/>
        <w:t>Степан. Або ж пляшку замість голови.&lt;br /&gt;</w:t>
        <w:br/>
        <w:t>Денис. Сам ти пляшка! Моя пляшка, а твоя не варт і цвяшка!.. І що ти чабан, то я тобі не вівця!.. (Дражнить). "Бирю, бирю! Цкалей!.." О! Ти мене розжуй!&lt;br /&gt;</w:t>
        <w:br/>
        <w:t>Свирид. Та й виплюнь!&lt;br /&gt;</w:t>
        <w:br/>
        <w:t>Денис. Га? Я кожного з вас на пальцях знаю!&lt;br /&gt;</w:t>
        <w:br/>
        <w:t>Пилип. Це вже так і на лобі у тебе написано.&lt;br /&gt;</w:t>
        <w:br/>
        <w:t>Денис. Єй-богу, я всіх вас на пальцях знаю! (До Романа). Ти розумний, розумний?&lt;br /&gt;</w:t>
        <w:br/>
        <w:t>Роман. Ні!&lt;br /&gt;</w:t>
        <w:br/>
        <w:t>Денис. Ні, ти не дурак! Ну, а скажи: чи скоро нам приріжуть землі?&lt;br /&gt;</w:t>
        <w:br/>
        <w:t>Роман. Ви б урядника спитали.&lt;br /&gt;</w:t>
        <w:br/>
        <w:t>Денис. Не скаже! Пани підкупили!.. Я знаю, я все знаю! Я кожного з вас на пальцях знаю!.. Два онорали везуть від царя гроші, та пани задержують…&lt;br /&gt;</w:t>
        <w:br/>
        <w:t>Пилип. Ішов би вже своєю дорогою, а то скоро заснеш!&lt;br /&gt;</w:t>
        <w:br/>
        <w:t>Денис. Га? Дай, кажуть, викуп!.. Пилипе, а йди сюди.&lt;br /&gt;</w:t>
        <w:br/>
        <w:t>Пилип. Підвести? (Підходить). Ну, вставай! (Підводить його).&lt;br /&gt;</w:t>
        <w:br/>
        <w:t>Денис (шепоче йому на вухо). Ну, єй, віддам!.. У вівторок піду до тебе молотити: прямо йди в хату до мене і тягни за чуба!.. Я тобі он як відслужу!.. Щоб я до завтрього пропав!..&lt;br /&gt;</w:t>
        <w:br/>
        <w:t>Пилип. Та що вже з тобою вдієш, ходім! (До других). Треба бідолаху зарятувати…&lt;br /&gt;</w:t>
        <w:br/>
        <w:t>Денис. Харитоне, гайда, почастую! Ну, соцькому дулю під самісінький ніс!..&lt;br /&gt;</w:t>
        <w:br/>
        <w:t>Харитон. Та що спочастую"? Коли б у "заборонку"?..&lt;br /&gt;</w:t>
        <w:br/>
        <w:t>Денис. А карти є?&lt;br /&gt;</w:t>
        <w:br/>
        <w:t>Харитон. В кишені!&lt;br /&gt;</w:t>
        <w:br/>
        <w:t>Денис. Наливай! Чи то пак здавай!&lt;br /&gt;</w:t>
        <w:br/>
        <w:t>Пішли.&lt;br /&gt;</w:t>
        <w:br/>
        <w:t>Свирид. Сонечко скоро спочине, пора худобу напувать. (Пішов).&lt;br /&gt;</w:t>
        <w:br/>
        <w:t>Степан. Це вже й Свирид щось всуне Денисові; вдвох з Пилипом так і ловлять запіяк. І піде Денис за півціни робити. А ці не дадуть, то у других дукарів позиче ще за більшого процента.&lt;br /&gt;</w:t>
        <w:br/>
        <w:t>Роман. Так воно діється й по городах, не тільки по селах.&lt;br /&gt;</w:t>
        <w:br/>
        <w:t>Степан. А який робітник — за двох робе! І вже відробе, ніколи не схибить.&lt;br /&gt;</w:t>
        <w:br/>
        <w:t>Роман. От коли б старшини у такі діла впутувалися, було б, може, й пуття. Кажете, Денис робе за двох? А на решти годує злидні?&lt;br /&gt;</w:t>
        <w:br/>
        <w:t>Степан. Та хто їх не годує? Злидня — то наша рідня.&lt;br /&gt;</w:t>
        <w:br/>
        <w:t>Роман. А від чого? Я так міркую, що робота в селі прихапком: два-три місяці і вгору ніколи глянути; а прийде зима — сиди склавши руки. Ось від чого! Коли б, наприклад, ремества які завести на гуртові гроші. Те, що найбільш потрібно в господарстві: борона, віз, бочка, колесо, чоботи,— все це щоб дома робити?..&lt;br /&gt;</w:t>
        <w:br/>
        <w:t>Степан. Коли б же то? І дешевш воно було б, і міцніш, та й круговий заробіток. Та хіба нашого брата принадиш до спілки?&lt;br /&gt;</w:t>
        <w:br/>
        <w:t>Роман. Чому ж ні? Треба тільки до ладу з'ясувати перед громадою, виголосувати, як на долоні, яка з того усім користь.&lt;br /&gt;</w:t>
        <w:br/>
        <w:t>Степан. Коли б ця думка та запала одному-другому в голову, вона, може, і розжеврілася б?..&lt;br /&gt;</w:t>
        <w:br/>
        <w:t>Роман. Дві голови — два розума, п'ять голів — громада, а громада — великий чоловік. (Помовчав). А я оце-таки йшов до вас.&lt;br /&gt;</w:t>
        <w:br/>
        <w:t>Степан. По ділу, чи як?.. Яке ж діло?&lt;br /&gt;</w:t>
        <w:br/>
        <w:t>Роман. Закохався я…&lt;br /&gt;</w:t>
        <w:br/>
        <w:t>Степан. Он як! Це ти не за старосту прийшов мене кликати? Шкода, не піду! Чоловік я непитущий; а на весіллі як староста тверезий, то й весілля сумне.&lt;br /&gt;</w:t>
        <w:br/>
        <w:t>Роман. Не вгадали… Я покохав вашу дочку!&lt;br /&gt;</w:t>
        <w:br/>
        <w:t>Степан. Як?&lt;br /&gt;</w:t>
        <w:br/>
        <w:t>Роман. Так, батьку! Це вже і в бога записано.&lt;br /&gt;</w:t>
        <w:br/>
        <w:t>Степан. Як же це, коли? Еге, питаю! Хіба довго?.. Гм! Як бачу, то воно й завжди так припада, що й сусіди, мовляв, вже знають, а батько та мати наостанці?.. Ну, а Хведоска ж як?&lt;br /&gt;</w:t>
        <w:br/>
        <w:t>Роман. Коли б не знав її серця, хіба зважився б до вас обертатись?&lt;br /&gt;</w:t>
        <w:br/>
        <w:t>Степан (помовчав). Що ж, її воля!.. її воля, її й доля! Ні силувати її, ні відмовляти — не хочу! Коли це їй від бога, то бог їй і талану залишив… Хоче йти — поможи їй боже; не хоче — слава богу!&lt;br /&gt;</w:t>
        <w:br/>
        <w:t>Роман. Дякую за щире слово!.. А… де ж, батьку, Хведоска?&lt;br /&gt;</w:t>
        <w:br/>
        <w:t>Степан (усміхається). То ти такий козарлюга? Чуже діло, мовляв, руками розведу, а до свого то й ума не приберу! Бодай вас з такими парубками! Не побіжу я за нею, сам її пошукай. (Шуткує). Може, подалась у байбузи?&lt;br /&gt;</w:t>
        <w:br/>
        <w:t>Роман (не зна, що сказати). Та я… я, бачте, тільки так спитав…&lt;br /&gt;</w:t>
        <w:br/>
        <w:t>Степан. Бодай тебе!.. Почервонів, як калина! Який з тебе чоловік буде?&lt;br /&gt;</w:t>
        <w:br/>
        <w:t>Роман. Нічого, вилюднію! Це ж ви зовсім мене засоромили… (Уклонившись, пішов).&lt;br /&gt;</w:t>
        <w:br/>
        <w:t>Степан (сам). Он які парубки народилися! Пита, де його дівчина! А колись, бувало, стирлуєш вівці гін за шість від села, станеш на шпилю та як свиснеш: летить Хотина, аж земля під нею двигтить!.. Отаке! (Задумався). Талан це Хведосці чи омана? Коли покохала, повинна знати кого… Ач! Хм! Нема ж і моєї Хотини дома, пішла на гробки, а з гробків чи не зайшла до кого з кумів? Притичина!</w:t>
      </w:r>
    </w:p>
    <w:p>
      <w:r>
        <w:br/>
        <w:t>ЯВА 6</w:t>
      </w:r>
    </w:p>
    <w:p>
      <w:r>
        <w:br/>
        <w:t>Хведоска (йдучи селом). Казала Мотря, що Роман пішов уподовж села,— куди ж то?&lt;br /&gt;</w:t>
        <w:br/>
        <w:t>Степан (побачив її). А де ти вештаєшся? Ще тобі не обридли співи та гульня?&lt;br /&gt;</w:t>
        <w:br/>
        <w:t>Хведоска (дивується). Отакої! Почніть гримати!&lt;br /&gt;</w:t>
        <w:br/>
        <w:t>Степан. І мати, і дочка майнули з подвір'я, ні на кого й хати кинути… Мабуть, і худоба ненапоєна?&lt;br /&gt;</w:t>
        <w:br/>
        <w:t>Хведоска. Ба ні, напоєна! Оце свіжо я напувала.&lt;br /&gt;</w:t>
        <w:br/>
        <w:t>Степан. Ходиш там… Може, яке баловство? Гляди мені!&lt;br /&gt;</w:t>
        <w:br/>
        <w:t>Хведоска (убік). Лихо! Невже батько постерегли?&lt;br /&gt;</w:t>
        <w:br/>
        <w:t>Степан. Що то, легко вас, думаєш, до розуму доводити? Зостанься ж біля хати, а я… Часом надійде…&lt;br /&gt;</w:t>
        <w:br/>
        <w:t>Хведоска. Хто?&lt;br /&gt;</w:t>
        <w:br/>
        <w:t>Степан. Хтокало! Та не стій посеред шляху, мов та проява, незвичайно!.. А я піду пошукаю матері. Певно, до кумів зайшла. (Пішов).&lt;br /&gt;</w:t>
        <w:br/>
        <w:t>Хведоска (сама). Так же й є, що постерегли! Нічого не розберу, що вони мені наговорили?.. Стривай, нагадала! Сьогодні за обідом казали: "Коневі — стайня, волові — ясла…" Це ж вони мені наздогад?.. Щ о ж це буде? Ой коли б же хоч мати швидше прийшли, порадюся з ними… Як треба, тоді їх якраз і нема! Де ж це вони забарилися?.. (Пішла засмучена на вгород).</w:t>
      </w:r>
    </w:p>
    <w:p>
      <w:r>
        <w:br/>
        <w:t>ЯВА 7</w:t>
      </w:r>
    </w:p>
    <w:p>
      <w:r>
        <w:br/>
        <w:t>Роман. Мотря сказала, що Хведоска побігла додому, як би ж мені її побачити? Наважався спершу все їй розказати, а зустрівся з батьком її, не вмовчав і виявив серце!.. Чи я ошалів, чи з пантелику збився?.. Може, вона в хаті, хоч би у віконце виглянула.</w:t>
      </w:r>
    </w:p>
    <w:p>
      <w:r>
        <w:br/>
        <w:t>ЯВА 8</w:t>
      </w:r>
    </w:p>
    <w:p>
      <w:r>
        <w:br/>
        <w:t>Хведоска (йдучи). Ну, вже ці мати, як підуть до кумів! (Побачила Романа). Це ти?&lt;br /&gt;</w:t>
        <w:br/>
        <w:t>Роман. Я, моя пташко!&lt;br /&gt;</w:t>
        <w:br/>
        <w:t>Хведоска. Ой боже ж мій! Чого ж так рано, що й не вечоріє?&lt;br /&gt;</w:t>
        <w:br/>
        <w:t>Роман. А що ж я подію?&lt;br /&gt;</w:t>
        <w:br/>
        <w:t>Хведоска. Ой не стій же там! Постережуть сусіди, почнуть плескати!.. Куди ж мені тебе подіти? Хі, клопіт з тобою!.. Іди мерщій хоч під повітку!&lt;br /&gt;</w:t>
        <w:br/>
        <w:t>(Тікають під повітку.)&lt;br /&gt;</w:t>
        <w:br/>
        <w:t>Ну й хто видав так рано приходити?&lt;br /&gt;</w:t>
        <w:br/>
        <w:t>Роман. Та вже як чоловік спантеличиться, то помилка за помилку чіпляються!.. (Бере її за руки). Хведоню!&lt;br /&gt;</w:t>
        <w:br/>
        <w:t>Хведоска. Як ти сказав мені біля воріт?&lt;br /&gt;</w:t>
        <w:br/>
        <w:t>Роман. Пташко моя!&lt;br /&gt;</w:t>
        <w:br/>
        <w:t>Хведоска. Ач, як гарно!&lt;br /&gt;</w:t>
        <w:br/>
        <w:t>Роман. Серденько моє, світе мій!.. На душі моїй лежить тяжка провина, і я мушу її виявити перед тобою…&lt;br /&gt;</w:t>
        <w:br/>
        <w:t>Хведоска. Яка провина! У чім ти провинив проти мене?&lt;br /&gt;</w:t>
        <w:br/>
        <w:t>Роман. Мені слід було зразу сказати тобі… Я виховувався перед тобою… А тепер!..&lt;br /&gt;</w:t>
        <w:br/>
        <w:t>Хведоска (3 ляком). Що таке? Не муч мене!..&lt;br /&gt;</w:t>
        <w:br/>
        <w:t>Роман. Не буду тобі казати, як я тебе кохаю, серце твоє само скаже! Я не хочу ні пеститися, ні умизгатися, щоб таким побитом зменшити свою провину… Знай, Хведоню!..&lt;br /&gt;</w:t>
        <w:br/>
        <w:t>Хведоска. Чи не догадуюся я? Ти це про Зіньку кажеш?&lt;br /&gt;</w:t>
        <w:br/>
        <w:t>Роман. Ти вже довідалася?&lt;br /&gt;</w:t>
        <w:br/>
        <w:t>Хведоска. Знаю… чула! Що було, то минуло! Коли щиро мене кохаєш — не залишиш; коли ж твоя розмова зо мною була облеслива й зрадлива — бог тебе покарає!&lt;br /&gt;</w:t>
        <w:br/>
        <w:t>Роман. Хведоню! Ти прогнала хмару з душі моєї і освітила її! Ти мене переродила!.. О, як мені легко тепер, як любо дивитися на божий світ!..&lt;br /&gt;</w:t>
        <w:br/>
        <w:t>Хведоска (глянула на вгород). Ой лишенько, мати йдуть!.. Як їх не треба, вони тоді й з'являються! Втікай хутчіш!.. Заховайся!..&lt;br /&gt;</w:t>
        <w:br/>
        <w:t>Роман (цілує її). Чи є у світі щасливша людина від мене? (Хутко пішов).&lt;br /&gt;</w:t>
        <w:br/>
        <w:t>Хведоска (сама). Це ж мати зразу постережуть!.. Хоч би не поцілував, лице геть зашаріло!.. Як спитають мати, чого я так почервоніла, що я їм скажу? Хоч би хто линув на мене водою!.. Прикинуся, ніби їх не бачу… Співатиму!.. (Злягла на тин і ледве співа).</w:t>
      </w:r>
    </w:p>
    <w:p>
      <w:r>
        <w:br/>
        <w:t>Світи, світи, місяцю,&lt;br /&gt;</w:t>
        <w:br/>
        <w:t>І ти, ясна зоря,&lt;br /&gt;</w:t>
        <w:br/>
        <w:t>Просвіти доріжку,&lt;br /&gt;</w:t>
        <w:br/>
        <w:t>А де мила моя.&lt;br /&gt;</w:t>
        <w:br/>
        <w:t>У полі доріжка,&lt;br /&gt;</w:t>
        <w:br/>
        <w:t>Там шовкова трава,&lt;br /&gt;</w:t>
        <w:br/>
        <w:t>Ой там дівка косу&lt;br /&gt;</w:t>
        <w:br/>
        <w:t>Та й розчісувала.&lt;br /&gt;</w:t>
        <w:br/>
        <w:t>Там дівчина косу&lt;br /&gt;</w:t>
        <w:br/>
        <w:t>Та й розчісувала,&lt;br /&gt;</w:t>
        <w:br/>
        <w:t>Сестрицям-подружкам&lt;br /&gt;</w:t>
        <w:br/>
        <w:t>Переказувала:&lt;br /&gt;</w:t>
        <w:br/>
        <w:t>"Сестриці-подружки,&lt;br /&gt;</w:t>
        <w:br/>
        <w:t>Ви кайтесь по мені,&lt;br /&gt;</w:t>
        <w:br/>
        <w:t>Не доймайте віри&lt;br /&gt;</w:t>
        <w:br/>
        <w:t>Ви козаченькові…"</w:t>
      </w:r>
    </w:p>
    <w:p>
      <w:r>
        <w:br/>
        <w:t>ЯВА 9</w:t>
      </w:r>
    </w:p>
    <w:p>
      <w:r>
        <w:br/>
        <w:t>Хотина (йде з города). Он якої сумної завела!&lt;br /&gt;</w:t>
        <w:br/>
        <w:t>Хведоска. Це так, мамо… Це тільки пісня така… Я не сумую!&lt;br /&gt;</w:t>
        <w:br/>
        <w:t>Хотина. Бо й нічого! Ти щаслива, доню!&lt;br /&gt;</w:t>
        <w:br/>
        <w:t>Хведоска. Як? А ви почім знаєте?&lt;br /&gt;</w:t>
        <w:br/>
        <w:t>Хотина. От так, почім!&lt;br /&gt;</w:t>
        <w:br/>
        <w:t>Хведоска. Еге, хитруйте! Ач які!&lt;br /&gt;</w:t>
        <w:br/>
        <w:t>Хотина. І чого ж би то я хитрувала з тобою?&lt;br /&gt;</w:t>
        <w:br/>
        <w:t>Хведоска. Бачу я по очах!.. Мамочко, чи ви тепер добренькі?&lt;br /&gt;</w:t>
        <w:br/>
        <w:t>Хотина. А чого мені гніватися?&lt;br /&gt;</w:t>
        <w:br/>
        <w:t>Хведоска. Ні, ви засмійтеся!..&lt;br /&gt;</w:t>
        <w:br/>
        <w:t>Хотина. Та чого це ти так лабузнишся?&lt;br /&gt;</w:t>
        <w:br/>
        <w:t>Хведоска. Мамочко! Сядьмо отут, на призьбі!.. (Садовить її і горнеться). Ой, страшно! Ненечко, ластівочко!.. Я ж у вас люба дитина, правда?&lt;br /&gt;</w:t>
        <w:br/>
        <w:t>Хотина (гладить їй голову). Балувана ти.&lt;br /&gt;</w:t>
        <w:br/>
        <w:t>Хведоска. Ні! Єй-богу, ні! І батько казали, щоб я не балувалася… Чи я ж у вас не покірлива або не слухняна?&lt;br /&gt;</w:t>
        <w:br/>
        <w:t>Хотина. Ба ні, покірлива.&lt;br /&gt;</w:t>
        <w:br/>
        <w:t>Хведоска. І слухняна, правда?&lt;br /&gt;</w:t>
        <w:br/>
        <w:t>Хотина (сміється). Трошки з гедзем!&lt;br /&gt;</w:t>
        <w:br/>
        <w:t>Хведоска; Тільки трошки ж? Ненечко!.. Ой… Стривайте, я заплющу очі! (Заплющила очі). Мамочко, ви нічого не помічаєте?&lt;br /&gt;</w:t>
        <w:br/>
        <w:t>Хотина (усміхнулася). Ба помічаю!&lt;br /&gt;</w:t>
        <w:br/>
        <w:t>Хведоска. Невже? (Закриває долонями очі).&lt;br /&gt;</w:t>
        <w:br/>
        <w:t>Хотина. Ще з понеділка помічаю.&lt;br /&gt;</w:t>
        <w:br/>
        <w:t>Хведоска. Та й досі мовчали?&lt;br /&gt;</w:t>
        <w:br/>
        <w:t>Хотина. Тобі, доню, вісімнадцятий год пішов, маєш свого розуму; я тебе повчала, як ти нерозумною була… Коли пам'ятаєш материну навуку, ти тямиш, як слід себе оберігати!&lt;br /&gt;</w:t>
        <w:br/>
        <w:t>Хведоска. Я все пам'ятаю!&lt;br /&gt;</w:t>
        <w:br/>
        <w:t>Хотина. Приходив до тебе уночі в комірчину якийсь парубок на другий день великодня?&lt;br /&gt;</w:t>
        <w:br/>
        <w:t>Хведоска. Приходив, ненечко, і на третій день, і на четвертий, і на…&lt;br /&gt;</w:t>
        <w:br/>
        <w:t>Хотина. Та бачила ж, бачила!.. Либонь, і батько постеріг? Третьої ночі прокинувся — мабуть, почув, що рипнуло щось дверима, та й каже: "А глянь, стара, в вікно, либонь, ніч зоряна?.."&lt;br /&gt;</w:t>
        <w:br/>
        <w:t>Хведоска. Ой! Що ж оце буде?</w:t>
      </w:r>
    </w:p>
    <w:p>
      <w:r>
        <w:br/>
        <w:t>ЯВА 10</w:t>
      </w:r>
    </w:p>
    <w:p>
      <w:r>
        <w:br/>
        <w:t>Ті ж, Степан, Чикалка і Пилип.&lt;br /&gt;</w:t>
        <w:br/>
        <w:t>Степан. А йди, стара, в хату. Ось бач, оці люди здибали мене посеред шляху та й присікалися! Кажуть: "У вас є крам, а ми маємо купця…" Либонь же, ми з тобою ніколи не крамарювали? Чи, може, вони не на ту стежку втрапили, чи в манівцях заплуталися?.. (Глянув на Хведоску).&lt;br /&gt;</w:t>
        <w:br/>
        <w:t>Хотина. Милості просимо у господу! (Пішла в хату).&lt;br /&gt;</w:t>
        <w:br/>
        <w:t>Степан. Засвіти ж там свічку, щоб поночі лоба не розбили,— нехай роздивляться, де там у нас той крам.&lt;br /&gt;</w:t>
        <w:br/>
        <w:t>Чикалка (силкується балакати по-московськи). Є хто, дискать, і дочка ваша?&lt;br /&gt;</w:t>
        <w:br/>
        <w:t>Степан. Здається, що це вона. Чого ж так засоромилася? Уклонись людям та звичайненько.&lt;br /&gt;</w:t>
        <w:br/>
        <w:t>Хведоска уклоняється.&lt;br /&gt;</w:t>
        <w:br/>
        <w:t>Чикалка. Да-да! Дискать, поклон как честь; а честь — кагди єсть що єсть.&lt;br /&gt;</w:t>
        <w:br/>
        <w:t>Степан. Не здивуйте! Вона у нас хатня, промеж людьми негусто бува, все більш під материним крилом, то навряд чи зугарна до ладу й відповісти.&lt;br /&gt;</w:t>
        <w:br/>
        <w:t>Чикалка. І при том, і при єтом, дискать, засоромилася… Да-да! Дискать, у них, у дівчонок, очі в землю первою правилою. Да-да!&lt;br /&gt;</w:t>
        <w:br/>
        <w:t>Степан. Ну що ж, коли вже приблудилися, ідіть в хату: світло вже засвічено.&lt;br /&gt;</w:t>
        <w:br/>
        <w:t>Чикалка. Да-да! Дискать, посидіть, покушать, умственних словес послушать!.. Дискать, так воно завсегди у нас в Расєї!&lt;br /&gt;</w:t>
        <w:br/>
        <w:t>Степан. То ви аж з Расєї?&lt;br /&gt;</w:t>
        <w:br/>
        <w:t>Чикалка. Дискать, коли чували, аж з-під самого Чугуєва!&lt;br /&gt;</w:t>
        <w:br/>
        <w:t>Пилип. Та ну, йдіть вже, пане хазяїне, в хату, там набалакаємося. Ідіть попереду, бо ми не знаємо, як ваші двері відчиняються.&lt;br /&gt;</w:t>
        <w:br/>
        <w:t>Степан. Доброму чоловікові всередину, а лихому: і вікно — двері, і димар — ворота!..&lt;br /&gt;</w:t>
        <w:br/>
        <w:t>Пішли.&lt;br /&gt;</w:t>
        <w:br/>
        <w:t>Чикалка (йдучи). Єхто вєрно! Дискать, как халамидник, так йонен пролазить…&lt;br /&gt;</w:t>
        <w:br/>
        <w:t>Хведоска (сама). Як на вугіллі стояла! В голові так все й заметушилося, у вухах ніби ціпами молотить! Від кого ж ці люди? Невже не від Романа? І-і, не доведи господи! Втечу, втечу!.. Хоч би на цей час трапилася яка подруга-порадниця! (Пішла на вгород).</w:t>
      </w:r>
    </w:p>
    <w:p>
      <w:r>
        <w:br/>
        <w:t>ЯВА 11</w:t>
      </w:r>
    </w:p>
    <w:p>
      <w:r>
        <w:br/>
        <w:t>Зінька (хутко виходить). "Роман вже й старостів шле!" — шепнула лавошниця. Певно, вже тут? (Заглянула у вікно). Тут лавошник і Пилип. Де ж Роман? Чого я сюди прийшла? Щось задумала, а ніяк не розміркую… Вхопило мене раптом, ніби вихор, і закрутило, як пір'їну!.. Кудись несе, перекида, жбурля!.. Тут зупинило!.. Ніби всі шляхи мої отут зійшлися докупи!.. А й чи багато ж їх було, тих шляхів?.. Один шляшок, та й той пилом припав!.. Ох, неначе що кліщами здавлює голову!.. (Схилилася на причілок).</w:t>
      </w:r>
    </w:p>
    <w:p>
      <w:r>
        <w:br/>
        <w:t>ЯВА 12</w:t>
      </w:r>
    </w:p>
    <w:p>
      <w:r>
        <w:br/>
        <w:t>Хотина (вийшла з хати і витира рукавом очі). А де ти, Хведоню? А ходім лиш в хату! Хведоню, гу!.. Куди ж це вона забігла? От капосне дівча, як засоромилося, що й з двору майнуло!.. (Шука).</w:t>
      </w:r>
    </w:p>
    <w:p>
      <w:r>
        <w:br/>
        <w:t>ЯВА 13</w:t>
      </w:r>
    </w:p>
    <w:p>
      <w:r>
        <w:br/>
        <w:t>Пилип (виходить з хати). Піти привести Романа — швидш діло буде, а то отой бовтун почав якусь дурницю плескати! (Пішов).&lt;br /&gt;</w:t>
        <w:br/>
        <w:t>Хведоска (йде з огорода заплакана). Я тут, нене!&lt;br /&gt;</w:t>
        <w:br/>
        <w:t>Хотина. Чого ж ти ховаєшся? Ми тебе не силуємо, ти у своїй волі. (Плаче). Там вже як тобі господь, на думку покладе, так і роби, так і людям відповідай.&lt;br /&gt;</w:t>
        <w:br/>
        <w:t>Хведоска. Від кого ж ті люде?&lt;br /&gt;</w:t>
        <w:br/>
        <w:t>Хотина. Парубка звуть…&lt;br /&gt;</w:t>
        <w:br/>
        <w:t>Хведоска. Невже не Романом?&lt;br /&gt;</w:t>
        <w:br/>
        <w:t>Хотина. Ба Романом! Він?&lt;br /&gt;</w:t>
        <w:br/>
        <w:t>Хведоска (засоромилася). Він…&lt;br /&gt;</w:t>
        <w:br/>
        <w:t>Пішли в хату.</w:t>
      </w:r>
    </w:p>
    <w:p>
      <w:r>
        <w:br/>
        <w:t>ЯВА 14</w:t>
      </w:r>
    </w:p>
    <w:p>
      <w:r>
        <w:br/>
        <w:t>Ганна (виходячи з-за хати). Зінько! Я ж кажу, що вона вже тут! Це так на хвилину вийшла з хати? Гарна гостя, спасибі! Майнула і не попрощалася?&lt;br /&gt;</w:t>
        <w:br/>
        <w:t>3інька. Зараз вернусь…&lt;br /&gt;</w:t>
        <w:br/>
        <w:t>Ганна. Гей, гей! Нема в тебе, як бачу, ані крихотки розуму! Так гарно міркувала: "І на прощу піду, і бачити його не хочу, і на весілля не зостануся!.."&lt;br /&gt;</w:t>
        <w:br/>
        <w:t>Зінька. Ну… Ходім!&lt;br /&gt;</w:t>
        <w:br/>
        <w:t>Пішли.</w:t>
      </w:r>
    </w:p>
    <w:p>
      <w:r>
        <w:br/>
        <w:t>ЯВА 15</w:t>
      </w:r>
    </w:p>
    <w:p>
      <w:r>
        <w:br/>
        <w:t>Пилип і Роман.&lt;br /&gt;</w:t>
        <w:br/>
        <w:t>Пилип. Прямо дурницю править! Каже: "Це честь вам велика, що з такого коліна парубок свата вашу дочку…" А Степан чоловік кремезний, упертий!.. Щоб, бува, не вийшло чого. І як почав дискати: дискать та й дискать!.. Навіщо ти його покликав за старосту?&lt;br /&gt;</w:t>
        <w:br/>
        <w:t>Роман. Та зустрів його, він і нав'язався. Я, каже, знаю усі порядки!&lt;br /&gt;</w:t>
        <w:br/>
        <w:t>Пилип. Тямить він, чортове дискало! От я!.. Огрій його зразу таким словом, щоб він очмарів!&lt;br /&gt;</w:t>
        <w:br/>
        <w:t>Пішли в хату.</w:t>
      </w:r>
    </w:p>
    <w:p>
      <w:r>
        <w:br/>
        <w:t>ЯВА 16</w:t>
      </w:r>
    </w:p>
    <w:p>
      <w:r>
        <w:br/>
        <w:t>Зінька і Ганна.&lt;br /&gt;</w:t>
        <w:br/>
        <w:t>Зінька. Пусти мене, пусти. Галочко!.. Його голос! Чула, Галю, його голос?&lt;br /&gt;</w:t>
        <w:br/>
        <w:t>Ганна (пуска її). Дурієш ти, молодице!&lt;br /&gt;</w:t>
        <w:br/>
        <w:t>Зінька. Гляну уостаннє!.. (Прилипла до вікна).&lt;br /&gt;</w:t>
        <w:br/>
        <w:t>Ганна. Не варта ти того, щоб з тобою панькатися, не таке твоє лихо велике, як дурне! Жируєш, жируєш, голубко! Кортить-таки, щоб все село знало? Щоб потім кожне пальцем показувало на тебе? Щоб приліпили таке прізвище, котрого й повік не збудешся? Ховатимеш очі від людей та щоразу оглядатимешся, щоб яка-небудь мерзота, котра не варта твого нігтя, не осоромила тебе привселюдно!.. Не раз квилитимеш: "Ой боже, боже, коли той вечір буде, коли вже про мене наговоряться люде!.." Ходім, навісна! Не хочеш? То цур же тобі, пек!.. У мене й свого клопоту доволі!.. (Пішла).&lt;br /&gt;</w:t>
        <w:br/>
        <w:t>Зінька (сама). Ох, Романе! Отруто ж ти моя!.. Не зможу ж, не зможу відірвати тебе від серця!.. (Голосячи, припада до призьби).</w:t>
      </w:r>
    </w:p>
    <w:p>
      <w:r>
        <w:br/>
        <w:t>ЯВА 17</w:t>
      </w:r>
    </w:p>
    <w:p>
      <w:r>
        <w:br/>
        <w:t>Хведоска (вибіга з хати). Де ж таки, щоб я призналася при чужих людях, що кохаю його? Нехай мати самі кажуть. (Прислухається). Хто це регоче? (Придивляється). Хто то на призьбі? Це вже котрась з дівчат думає мене сполохати!.. Котра це? Мотре ти? Та ну-бо, не пустуй! Любко, обізвись!.. (Бере Зіньку за плечі). От вже ненавиджу!&lt;br /&gt;</w:t>
        <w:br/>
        <w:t>Зінька (підвела голову). Чого тобі?&lt;br /&gt;</w:t>
        <w:br/>
        <w:t>Хведоска. Хто це? (Відсахнулася).&lt;br /&gt;</w:t>
        <w:br/>
        <w:t>Зінька. Гарна! Гарна, як змальована!.. Малюнок красує очі, а серце в'ялить… Хведоска?</w:t>
      </w:r>
    </w:p>
    <w:p>
      <w:r>
        <w:br/>
        <w:t>ЯВА 18</w:t>
      </w:r>
    </w:p>
    <w:p>
      <w:r>
        <w:br/>
        <w:t>Ті ж і Хотина.&lt;br /&gt;</w:t>
        <w:br/>
        <w:t>Хотина. Хведоню, де ти? Скажи ж вже… А це хто?&lt;br /&gt;</w:t>
        <w:br/>
        <w:t>Зінька. Не по знаку?&lt;br /&gt;</w:t>
        <w:br/>
        <w:t>Хотина. О, як не по знаку? (Цілується з Зінькою). Милості просимо! Отже й гаразд!.. Тепер вже як свої… (До Хведоски). А ти хіба не пізнаєш?&lt;br /&gt;</w:t>
        <w:br/>
        <w:t>Хведоска. Ба пізнала.&lt;br /&gt;</w:t>
        <w:br/>
        <w:t>Хотина. Похристосуйся ж, дурочко! Ходім в хату. А моя Хведоня,— чи ви бачили таку соромливу? — не хоче сказати при чужих людях, що коха Романа.&lt;br /&gt;</w:t>
        <w:br/>
        <w:t>Зінька. Нелегко вимовити! А ще тяжче, як вимовиш душу, аж дивишся: та душа курям під сідало!&lt;br /&gt;</w:t>
        <w:br/>
        <w:t>Хотина (не розуміє). А бува, бува!..&lt;br /&gt;</w:t>
        <w:br/>
        <w:t>Хведоска. Не слід ділити душу надвоє!..&lt;br /&gt;</w:t>
        <w:br/>
        <w:t>Зінька зиркнула на неї.&lt;br /&gt;</w:t>
        <w:br/>
        <w:t>Хотина. Ходімо ж, ходімо в господу!&lt;br /&gt;</w:t>
        <w:br/>
        <w:t>Зінька. Частуйте ж мене, дорогу гостю, від порога аж до покуття!&lt;br /&gt;</w:t>
        <w:br/>
        <w:t>Пішли.</w:t>
      </w:r>
    </w:p>
    <w:p>
      <w:r>
        <w:br/>
        <w:t>ЯВА 19</w:t>
      </w:r>
    </w:p>
    <w:p>
      <w:r>
        <w:br/>
        <w:t>Настя і писар.&lt;br /&gt;</w:t>
        <w:br/>
        <w:t>Писар. Душка, ціпа-мама! Не роби гвалту!..&lt;br /&gt;</w:t>
        <w:br/>
        <w:t>Настя. Манилочку, пусти мене! (Виривається і підбігає до вікна). Ач, як рядком посідали! (Кричить у вікно). Гусь свині не товариш! Гусь свині не товариш!..&lt;br /&gt;</w:t>
        <w:br/>
        <w:t>Всі хатні виходять.</w:t>
      </w:r>
    </w:p>
    <w:p>
      <w:r>
        <w:br/>
        <w:t>ЯВА 20</w:t>
      </w:r>
    </w:p>
    <w:p>
      <w:r>
        <w:br/>
        <w:t>Степан. А хто тут репетує?&lt;br /&gt;</w:t>
        <w:br/>
        <w:t>Настя (до Романа). Ти як же це, без материного благословення?&lt;br /&gt;</w:t>
        <w:br/>
        <w:t>Роман. Хіба вам не однаково, кого я посватаю?&lt;br /&gt;</w:t>
        <w:br/>
        <w:t>Настя. Нема тобі мого благословення, нема!.. Порочим наше званіє на всю округу? Недурно я тебе й змалку зненавиділа, суписе!&lt;br /&gt;</w:t>
        <w:br/>
        <w:t>Роман. Ваше званіє при вас зостається.&lt;br /&gt;</w:t>
        <w:br/>
        <w:t>Настя. Мов багнюкою мені жбурнув в вічі! Осудовисько, на дочці чабана сватається!.. Не дам тобі ані шеляга, ні копієчки!..&lt;br /&gt;</w:t>
        <w:br/>
        <w:t>Роман. У мене є голова на плечах, і не каліка я!.. Опріч того, знаю ремества!..&lt;br /&gt;</w:t>
        <w:br/>
        <w:t>Настя. Сміховисько! Люде добрі, заплюйте мені очі! З давніх-давен потомствені міщане, он якого коліна! Що й купці в нашім роду є!.. І тепер, у Кийові, брат у других за диякона!.. Сестра у третіх за чиновником!.. А тут рідний син жениться на дочці чабана, на обідранці, задрипанці!..&lt;br /&gt;</w:t>
        <w:br/>
        <w:t>Степан. То ти колись задрипана ходила, як ще взувала одну ногу в постіл, а другу в лапоть; а тепер як загарбала в свої пазурі чоловікове добро та Зінчине придане!..&lt;br /&gt;</w:t>
        <w:br/>
        <w:t>Настя. Мовчи, я не до тебе балакаю!&lt;br /&gt;</w:t>
        <w:br/>
        <w:t>Степан. Та що ж оце ти, віхтева затичко, влізла в чуже подвір'я, здіймаєш веремію та ще й силуєш мовчати? Та я тебе без говту вкоськаю і цурку на губу накину!..&lt;br /&gt;</w:t>
        <w:br/>
        <w:t>Писар. Ну-ну, животноє! Не смій порочити!&lt;br /&gt;</w:t>
        <w:br/>
        <w:t>Роман (бо писаря). А вам зась!&lt;br /&gt;</w:t>
        <w:br/>
        <w:t>Степан. Помела скільки не пороч, що воно в сажі, а воно знов лізтиме в каглу, бо на те воно помело!&lt;br /&gt;</w:t>
        <w:br/>
        <w:t>Настя. Сам ти помело! (До Романа). Щоб і на подвір'ї моїм ти не з'являвся! Щоб око моє тебе не бачило!&lt;br /&gt;</w:t>
        <w:br/>
        <w:t>Роман. Знаю, що мені там місця нема!&lt;br /&gt;</w:t>
        <w:br/>
        <w:t>Степан. Романе, слухай сюди! Коха тебе Хведоска, нехай іде! А що мати варняка, то я того і вухом не веду!.. Дочко! Тобі з ним жити, а не нам! Чи так, стара?&lt;br /&gt;</w:t>
        <w:br/>
        <w:t>Хотина. Авжеж!&lt;br /&gt;</w:t>
        <w:br/>
        <w:t>Хведоска. Я сказала своє слово, тату, і сказала його твердо!&lt;br /&gt;</w:t>
        <w:br/>
        <w:t>Степан. По-моєму: слова на вітер не пускай! Іди, Романе, до нас у прийми. Наша хатина хоч маленька, та правда в ній щиренька; хоч три ступні від покуття до порога, зате в ній тихо, як у бога! Буде тісніш, стане тепліш!.. Ходімо, діти, в хату. Просимо і добрих людей, а лихим покуть на вигоні!&lt;br /&gt;</w:t>
        <w:br/>
        <w:t>Настя. Не син ти мені, не син!&lt;br /&gt;</w:t>
        <w:br/>
        <w:t>Роман. Я теж міркую, що я обмінча!&lt;br /&gt;</w:t>
        <w:br/>
        <w:t>Степан. Романе, не годиться так! "Чти отця твого і матір!.." Свахо, не комизься, іди в хату!&lt;br /&gt;</w:t>
        <w:br/>
        <w:t>Настя. Яка я тобі сваха? Щоб ти й доки світ сонця не діждав бачити мене у своїм хліві!.. Ой сором!.. Тепер попадя та дячиха висміють мені очі!&lt;br /&gt;</w:t>
        <w:br/>
        <w:t>Писар. Да, скандал!&lt;br /&gt;</w:t>
        <w:br/>
        <w:t>Степан і другі йдуть у хату, Настя і писар — з двору.&lt;br /&gt;</w:t>
        <w:br/>
        <w:t>Завіса</w:t>
      </w:r>
    </w:p>
    <w:p>
      <w:r>
        <w:br/>
        <w:t>ДІЯ ЧЕТВЕРТА</w:t>
      </w:r>
    </w:p>
    <w:p>
      <w:r>
        <w:br/>
        <w:t>Середина простої хати. За столом сидить Хведоска, з обох сторін дружки. На столі гільце. Біля столу стоїть староста (Чикалка), біля порога підстароста (Пилип). Біля печі стоять Степан Рева і Хотина.</w:t>
      </w:r>
    </w:p>
    <w:p>
      <w:r>
        <w:br/>
        <w:t>ЯВА 1</w:t>
      </w:r>
    </w:p>
    <w:p>
      <w:r>
        <w:br/>
        <w:t>Дружки (співають).</w:t>
      </w:r>
    </w:p>
    <w:p>
      <w:r>
        <w:br/>
        <w:t>Казав соловейко —&lt;br /&gt;</w:t>
        <w:br/>
        <w:t>Сяду — не впаду;&lt;br /&gt;</w:t>
        <w:br/>
        <w:t>Казала Хведоска —&lt;br /&gt;</w:t>
        <w:br/>
        <w:t>Заміж не піду.&lt;br /&gt;</w:t>
        <w:br/>
        <w:t>Казав соловейко —&lt;br /&gt;</w:t>
        <w:br/>
        <w:t>Політаю;&lt;br /&gt;</w:t>
        <w:br/>
        <w:t>Казала Хведоска Погуляю!</w:t>
      </w:r>
    </w:p>
    <w:p>
      <w:r>
        <w:br/>
        <w:t>(Починають квітчати Хведосці стрічками голову).</w:t>
      </w:r>
    </w:p>
    <w:p>
      <w:r>
        <w:br/>
        <w:t>Ой дай, мати, масла,&lt;br /&gt;</w:t>
        <w:br/>
        <w:t>Я ж твою корівоньку пасла:&lt;br /&gt;</w:t>
        <w:br/>
        <w:t>Виганяла в ранню росу,&lt;br /&gt;</w:t>
        <w:br/>
        <w:t>Дай помазати косу.&lt;br /&gt;</w:t>
        <w:br/>
        <w:t>Ой попе, попе Гордію,&lt;br /&gt;</w:t>
        <w:br/>
        <w:t>Не дзвони рано в неділю;&lt;br /&gt;</w:t>
        <w:br/>
        <w:t>Дзвони рано в суботу,&lt;br /&gt;</w:t>
        <w:br/>
        <w:t>Задай дружечкам роботу.&lt;br /&gt;</w:t>
        <w:br/>
        <w:t>Ой ви, галочки, літайте,&lt;br /&gt;</w:t>
        <w:br/>
        <w:t>Ой ви, дружечки, співайте,&lt;br /&gt;</w:t>
        <w:br/>
        <w:t>За косою квіточку носіте,&lt;br /&gt;</w:t>
        <w:br/>
        <w:t>Хведоні правдоньки не кажіте.&lt;br /&gt;</w:t>
        <w:br/>
        <w:t>Ой ви, дружечки, рядочком&lt;br /&gt;</w:t>
        <w:br/>
        <w:t>Попід зелененьким садочком,&lt;br /&gt;</w:t>
        <w:br/>
        <w:t>Та вирвем квіточку зелененьку,&lt;br /&gt;</w:t>
        <w:br/>
        <w:t>Заквітчаємо Хведоску молоденьку.&lt;br /&gt;</w:t>
        <w:br/>
        <w:t>Ой дружечки, помалу йдіть,&lt;br /&gt;</w:t>
        <w:br/>
        <w:t>Нашого винограду не топчіть,&lt;br /&gt;</w:t>
        <w:br/>
        <w:t>Бо наш виноград скрізь поріс,&lt;br /&gt;</w:t>
        <w:br/>
        <w:t>Куди тебе, Хведоню, бог поніс?</w:t>
      </w:r>
    </w:p>
    <w:p>
      <w:r>
        <w:br/>
        <w:t>(Скінчили квітчати).&lt;br /&gt;</w:t>
        <w:br/>
        <w:t>Чикалка. Старосто, пане підстаросто!&lt;br /&gt;</w:t>
        <w:br/>
        <w:t>Пилип. А ми раді слухати?&lt;br /&gt;</w:t>
        <w:br/>
        <w:t>Чикалка. Благословіть, дискать, гільце квітчати. Раз, і вдруге, і втретє!&lt;br /&gt;</w:t>
        <w:br/>
        <w:t>Пилип. Бог благословить! Всі три рази бог благословить.&lt;br /&gt;</w:t>
        <w:br/>
        <w:t>Дружки (співають).</w:t>
      </w:r>
    </w:p>
    <w:p>
      <w:r>
        <w:br/>
        <w:t>В долину, бояри, в долину&lt;br /&gt;</w:t>
        <w:br/>
        <w:t>По червону калину,&lt;br /&gt;</w:t>
        <w:br/>
        <w:t>По хрещатий барвінок,&lt;br /&gt;</w:t>
        <w:br/>
        <w:t>По зелений васильок!</w:t>
      </w:r>
    </w:p>
    <w:p>
      <w:r>
        <w:br/>
        <w:t>Голос з-за вікна: "Молодий іде! Молодий іде з боярами!"&lt;br /&gt;</w:t>
        <w:br/>
        <w:t>Чикалка. Дружки, кінчайте скоріш гільце та, дискать, величайте молодого.&lt;br /&gt;</w:t>
        <w:br/>
        <w:t>Дружки (співають).</w:t>
      </w:r>
    </w:p>
    <w:p>
      <w:r>
        <w:br/>
        <w:t>Мати Романа родила,&lt;br /&gt;</w:t>
        <w:br/>
        <w:t>Місяцем обгородила,&lt;br /&gt;</w:t>
        <w:br/>
        <w:t>Зорею підперезала,&lt;br /&gt;</w:t>
        <w:br/>
        <w:t>До тещі виряджала.&lt;br /&gt;</w:t>
        <w:br/>
        <w:t>Мати сина виряджає,&lt;br /&gt;</w:t>
        <w:br/>
        <w:t>Виряджавши, научає:&lt;br /&gt;</w:t>
        <w:br/>
        <w:t>"Ой, їдь, сину, та до тещі в гості&lt;br /&gt;</w:t>
        <w:br/>
        <w:t>Та сядь, сину, в тещі на помості.&lt;br /&gt;</w:t>
        <w:br/>
        <w:t>А як буде, сину, теща частувати,&lt;br /&gt;</w:t>
        <w:br/>
        <w:t>Не пий, сину, першої чарки:&lt;br /&gt;</w:t>
        <w:br/>
        <w:t>Вилий, сину,&lt;br /&gt;</w:t>
        <w:br/>
        <w:t>Та коню на гриву,&lt;br /&gt;</w:t>
        <w:br/>
        <w:t>Щоб була грива кудрява,&lt;br /&gt;</w:t>
        <w:br/>
        <w:t>Щоб була теща ласкава".&lt;br /&gt;</w:t>
        <w:br/>
        <w:t>Ой попід лісом битая доріженька,&lt;br /&gt;</w:t>
        <w:br/>
        <w:t>Ой туди йшов Роман з боярами,&lt;br /&gt;</w:t>
        <w:br/>
        <w:t>їм калина дорогу заступила.&lt;br /&gt;</w:t>
        <w:br/>
        <w:t>Вийняв шабельку, став калину рубати,&lt;br /&gt;</w:t>
        <w:br/>
        <w:t>Стала калина до нього промовляти:&lt;br /&gt;</w:t>
        <w:br/>
        <w:t>"Не задля тебе ця калина саджена,&lt;br /&gt;</w:t>
        <w:br/>
        <w:t>А задля того Хведоска наряджена".&lt;br /&gt;</w:t>
        <w:br/>
        <w:t>Нарядили, як панське дитя,&lt;br /&gt;</w:t>
        <w:br/>
        <w:t>Посадовили, як сиротя.</w:t>
      </w:r>
    </w:p>
    <w:p>
      <w:r>
        <w:br/>
        <w:t>Пилип. Старосто, пане підстаросто!&lt;br /&gt;</w:t>
        <w:br/>
        <w:t>Чикалка. А ми раді слухати.&lt;br /&gt;</w:t>
        <w:br/>
        <w:t>Пилип. Благословіть молодому в хату вступити, молоду звеселити: отцю, неньці поклонятися, до вінця споряджатися!&lt;br /&gt;</w:t>
        <w:br/>
        <w:t>Хотина (тихо до Степана). Пилип доладніш примовля.&lt;br /&gt;</w:t>
        <w:br/>
        <w:t>Степан (тихо). Той всі закони зна.&lt;br /&gt;</w:t>
        <w:br/>
        <w:t>Чикалка. Бог благословить!&lt;br /&gt;</w:t>
        <w:br/>
        <w:t>Пилип. Раз, і вдруге, і втретє!&lt;br /&gt;</w:t>
        <w:br/>
        <w:t>Чикалка (тричі). Бог благословить!</w:t>
      </w:r>
    </w:p>
    <w:p>
      <w:r>
        <w:br/>
        <w:t>ЯВА 2</w:t>
      </w:r>
    </w:p>
    <w:p>
      <w:r>
        <w:br/>
        <w:t>Роман ввіходить з боярами, кланяється батькові й матері.&lt;br /&gt;</w:t>
        <w:br/>
        <w:t>Дружки (співають).</w:t>
      </w:r>
    </w:p>
    <w:p>
      <w:r>
        <w:br/>
        <w:t>Явіру, явірочку,&lt;br /&gt;</w:t>
        <w:br/>
        <w:t>На жовтім пісочку,&lt;br /&gt;</w:t>
        <w:br/>
        <w:t>Там щука-риба грала,&lt;br /&gt;</w:t>
        <w:br/>
        <w:t>Сама собі дивувала,&lt;br /&gt;</w:t>
        <w:br/>
        <w:t>Що хороше вигравала.</w:t>
      </w:r>
    </w:p>
    <w:p>
      <w:r>
        <w:br/>
        <w:t>Роман підходить до столу, кланяється Хведосці, котра встає і кланяється йому тричі.</w:t>
      </w:r>
    </w:p>
    <w:p>
      <w:r>
        <w:br/>
        <w:t>А ще наша тарілка&lt;br /&gt;</w:t>
        <w:br/>
        <w:t>Не цінована,&lt;br /&gt;</w:t>
        <w:br/>
        <w:t>А ще наша Хведоня&lt;br /&gt;</w:t>
        <w:br/>
        <w:t>Не цілована.</w:t>
      </w:r>
    </w:p>
    <w:p>
      <w:r>
        <w:br/>
        <w:t>Роман цілується тричі з Хведоскою і сіда за стіл поруч з нею.</w:t>
      </w:r>
    </w:p>
    <w:p>
      <w:r>
        <w:br/>
        <w:t>А вже наша тарілка&lt;br /&gt;</w:t>
        <w:br/>
        <w:t>Обцінована,&lt;br /&gt;</w:t>
        <w:br/>
        <w:t>А вже наша Хведоска&lt;br /&gt;</w:t>
        <w:br/>
        <w:t>Обцілована.</w:t>
      </w:r>
    </w:p>
    <w:p>
      <w:r>
        <w:br/>
        <w:t>Чикалка. Старосто, пане підстаросто!&lt;br /&gt;</w:t>
        <w:br/>
        <w:t>Пилип. А ми раді слухати.&lt;br /&gt;</w:t>
        <w:br/>
        <w:t>Чикалка. Благословіть молодим, дискать, до вінця збиратися, отцю, неньці поклонятися.&lt;br /&gt;</w:t>
        <w:br/>
        <w:t>Пилип. Бог благословить!&lt;br /&gt;</w:t>
        <w:br/>
        <w:t>Чикалка. Раз, і вдруге, і втретє!&lt;br /&gt;</w:t>
        <w:br/>
        <w:t>Пилип. Бог благословить! Тричі бог благословить! (Тихо до Чикалки). Чого ж ви стоїте? Беріть молодих та й виходьте з-за столу! (Убік). Не тямить нічого!&lt;br /&gt;</w:t>
        <w:br/>
        <w:t>Дружки (співають).</w:t>
      </w:r>
    </w:p>
    <w:p>
      <w:r>
        <w:br/>
        <w:t>Піднімайте, дружки, ноги,&lt;br /&gt;</w:t>
        <w:br/>
        <w:t>Високі пороги,&lt;br /&gt;</w:t>
        <w:br/>
        <w:t>Бо надворі річки-калюжки,&lt;br /&gt;</w:t>
        <w:br/>
        <w:t>Будуть тобі гіркі дружки.</w:t>
      </w:r>
    </w:p>
    <w:p>
      <w:r>
        <w:br/>
        <w:t>Пилип. Батьку! Беріть образа. Мати! Беріть хліб-сіль.&lt;br /&gt;</w:t>
        <w:br/>
        <w:t>Чикалка. А молоді, дискать, вставайте і благословеніє родитильов… Так, дискать, і в нас, в Расєї!.. Да-да!&lt;br /&gt;</w:t>
        <w:br/>
        <w:t>Степан бере образа, Хотина хліб, Роман і Хведоска підходять до них, боярин і дружка стелять долі рушник, на котрий молоді, ставши, вклоняються батькові й матері по тричі в ноги, цілують образ і хліб. Дружки втирають сльози. Всі виходять з хати, опріч Степана і Хотини.&lt;br /&gt;</w:t>
        <w:br/>
        <w:t>Степан. Отакої! Чого ти, стара, хлипаєш? Кажи: слава господеві! Діждалися доччиного весілля, проси бога, щоб допоміг діждати й онуків!.. Сама Хведоска покохала Романа, сама й талан свій пильнуватиме, а не впильнує, сама й пошкодує!.. Думаєш, може, що вона не буде щаслива за Романом?&lt;br /&gt;</w:t>
        <w:br/>
        <w:t>Хотина. Не сама я, Степане, плачу, плачуть думки! Жалко мені Романа, господи, як жалко! Де ж таки: мати рідна не поблагословила і батькові не звеліла!..&lt;br /&gt;</w:t>
        <w:br/>
        <w:t>Степан. Отак! Батько благословив, тільки крадькома! Що ж: де жінка голова, там чоловік мачула! Я дивуюся, як ще Настя не наділа на Софрона очіпка, бо вона вже давно обернула його в бабу!.. (Сміється).&lt;br /&gt;</w:t>
        <w:br/>
        <w:t>Хотина. Перед шлюбом при живих батькові-матері мусив прохати чужих людей, щоб поблагословили!&lt;br /&gt;</w:t>
        <w:br/>
        <w:t>Степан. Зате тепер у Романа одним батьком буде більш! А пригадай, як нас з тобою споряджали до вінця: у мене ні батька, ні матері не було, а твої відцуралися. Звеліли пани везти до шлюбу: мене взяли з поля, від отари, тебе — з пташні, від гиндичат… Та-дже ж прожили вік? Що не говори, а Роман Хведосці під лице!&lt;br /&gt;</w:t>
        <w:br/>
        <w:t>Хотина. І до пари! Розпитувала я по людях: всі Романа шанують і почитують. Кажуть, що й тихий, і ввічливий, і розсудливий.&lt;br /&gt;</w:t>
        <w:br/>
        <w:t>Степан. Найкраще, щоб був розсудливий та серце мав не крихке!.. А який грамотій!&lt;br /&gt;</w:t>
        <w:br/>
        <w:t>Хотина. І ремесний! За котре діло не візьметься, кажуть: чи воза скласти, чи чобота пошити — до всього митець і все до краю доведе! Розказував мені Оверко-коваль. Каже, кую у кузні якось на тім тижневі орчик до попової брички, аж це Роман приходе в кузню. "Дайте,— каже,— дядьку, я трохи за вас потрудюсь, а ви спочиньте!" Як взяв молотка у руку, то так він у нього і заходив по кувадлі, як смичок по скрипці!.. "Не вспів,— каже,— я й люльки викурити, як він вже й орчика окував і пригнав!.."&lt;br /&gt;</w:t>
        <w:br/>
        <w:t>Степан. За таким хистом не загине. (Помовчав). А що ж, чи все злагоджено в тебе?&lt;br /&gt;</w:t>
        <w:br/>
        <w:t>Хотина. Страва вся вже вварилася, а коровай печеться у куми Ганни, спасибі їй, допомага! У нас трохи тісненько-таки в хаті та й піч мала…&lt;br /&gt;</w:t>
        <w:br/>
        <w:t>Степан. Ось як відгуляємо, дасть бог, весілля, зараз комору переробимо на світлицю; і будуть у нас хороми на дві половини!</w:t>
      </w:r>
    </w:p>
    <w:p>
      <w:r>
        <w:br/>
        <w:t>ЯВА З</w:t>
      </w:r>
    </w:p>
    <w:p>
      <w:r>
        <w:br/>
        <w:t>Ті ж Зінька і Самрось.&lt;br /&gt;</w:t>
        <w:br/>
        <w:t>Зінька. Вже поблагословили молодих? Чи сподівалися гостей, чи ні, а мусите уконтентовувати!&lt;br /&gt;</w:t>
        <w:br/>
        <w:t>Самрось. Здрастуйте! Поздоровляємо!..&lt;br /&gt;</w:t>
        <w:br/>
        <w:t>(Цілуються.)&lt;br /&gt;</w:t>
        <w:br/>
        <w:t>Як там не скоїлося, а повинно все бути по-рідному.&lt;br /&gt;</w:t>
        <w:br/>
        <w:t>Степан. Хоч і несподівані, а все ж дякуємо.&lt;br /&gt;</w:t>
        <w:br/>
        <w:t>Самрось. Недзя!&lt;br /&gt;</w:t>
        <w:br/>
        <w:t>Степан. А й мати прийде, будемо і їй раді, не виженемо з хати.&lt;br /&gt;</w:t>
        <w:br/>
        <w:t>Самрось. Мамаша не прийдуть, ні!.. Вони все ждали Романа, казали: "Скориться!.." От, кажуть, що чоловік як задуріє, то вже й нема йому зупину!.. (Сіда).&lt;br /&gt;</w:t>
        <w:br/>
        <w:t>Зінька. Мовчав би краще, ну й нащо?..&lt;br /&gt;</w:t>
        <w:br/>
        <w:t>Самрось. Ні, стривай, розкажу! Як же мені перед людьми не почванитися, та ще й перед сватами? Слухайте! От нащо вже я зовсім був збився з пантелику, мов та кручена вівця! А от… Правда, задача? Як почала Зінька благати, як почала прохати мене: "Їдьмо,— каже,— до Романа на весілля!" Хотів її ударити, вона підставила твар: "Удар,— каже,— тільки прихились до мого благання!" Отже не зміг ударити! Кажу: уклонися в ноги — поїду! Що ж ви думаєте? Вклонилася, тричі вклонилася.&lt;br /&gt;</w:t>
        <w:br/>
        <w:t>Зінька (не дивиться в вічі). Перш не корилася тобі, бо дурна була!.. Ти мій муж, голова!..&lt;br /&gt;</w:t>
        <w:br/>
        <w:t>Самрось. Чуєте? От нехай тепер вона візьме мене за возлобіє — мовчатиму!.. Скорилася, вклонилася в ноги, поцілувала в руку — і мир!..&lt;br /&gt;</w:t>
        <w:br/>
        <w:t>Степан. Чи надовго ж мир?&lt;br /&gt;</w:t>
        <w:br/>
        <w:t>Самрось. А хто його зна? Мене тільки треба усовістити, уміючи усовістити.&lt;br /&gt;</w:t>
        <w:br/>
        <w:t>Степан. Химери та примхи! Жир мордує чоловіка, як Гедзь скотину!.. Чоловік вже під вусом, бородою заріс, а й досі, мов у повиточку! Усовістити його, бач, треба!.. Бичем би тебе усовістити, та ще й бича добре попарити, щоб гнучкий був!.. Ач, щоб жінка йому ноги мила та юшку пила?&lt;br /&gt;</w:t>
        <w:br/>
        <w:t>Самрось. Це ви мене докоряєте?&lt;br /&gt;</w:t>
        <w:br/>
        <w:t>Зінька. Годі, свате!&lt;br /&gt;</w:t>
        <w:br/>
        <w:t>Степан. Не я тебе докоряю, а совість твоя. Ти ж святе письмо своїми очима читаєш, де ж твій глузд? Не жінка то, котра в ногах повза без провини, не подружжя вона, а мерзота, на котру гидко й глянути; або ж ворог, котрий спотання перегризе тобі горлянку!.. Бог велів мужу і жоні жити в добрій злагоді та любові. І там тільки і благословеніє боже! А нема згоди, то вже краще або я, або вона геть з хати! Бо там, де кривда, диявол кублиться!&lt;br /&gt;</w:t>
        <w:br/>
        <w:t>Самрось. Мамаша кажуть: "Бий жінку, буде розумніша!"&lt;br /&gt;</w:t>
        <w:br/>
        <w:t>Степан. Тобто розум чоловік жінці в голову вбиває? Добре! Адже твій батько ніколи не бив своєї жінки, відкіля ж у неї такий розум взявся, що вона й тебе повчає?&lt;br /&gt;</w:t>
        <w:br/>
        <w:t>Самрось. От так задача!&lt;br /&gt;</w:t>
        <w:br/>
        <w:t>Степан. Мати твоя, баглаї годуючи, невіть що вигадує! Розпутство, розпутство!..&lt;br /&gt;</w:t>
        <w:br/>
        <w:t>Самрось. Чуєш, Зінько? О, ось як треба мене доводити до розуму!.. Мамаша кажуть: не їдь на весілля, а я таки поїхав!.. Одно, що Зінька ублагала, а друге: недзя, кажу, брат єдиноутробний!..&lt;br /&gt;</w:t>
        <w:br/>
        <w:t>Зінька (не присіди, ходить від одного вікна до другого). Довго як в церкві баряться!&lt;br /&gt;</w:t>
        <w:br/>
        <w:t>Самрось. А хочеш, Зінько, я сьогодні не буду п'яний! От і кортітиме, а не буду п'яний!.. Степан взяв з божниці псалтиря і, розкривши, показує пальцем Самросеві.</w:t>
      </w:r>
    </w:p>
    <w:p>
      <w:r>
        <w:br/>
        <w:t>ЯВА 4</w:t>
      </w:r>
    </w:p>
    <w:p>
      <w:r>
        <w:br/>
        <w:t>Ті ж і Ганна.&lt;br /&gt;</w:t>
        <w:br/>
        <w:t>Ганна (з короваєм у руках). Осьдечки вам і коровай! Та як виріс!.. (Здивувалася). О, і Зінька тут?&lt;br /&gt;</w:t>
        <w:br/>
        <w:t>Це вже, кумо, прикмета: як коровай росте, то так і талан молодих ростиме! (Ставляє на стіл). Тепер би й страву виймати з печі. (Кидається до печі). Зінько, давай повиймаємо страву.&lt;br /&gt;</w:t>
        <w:br/>
        <w:t>(Виймають і ставляють на припічок.)&lt;br /&gt;</w:t>
        <w:br/>
        <w:t>А мені сьогодні бог радість дав, та ще й яку: моя телиця-третяка отелилася! Чуєте, кумо? А мій уніс бичка в хату та й каже: оце ж подаруємо бика молодим! Кумо, чи діжа готова, щоб зараз перед поріг винести, як тільки молоді увійдуть у подвір'я? А кожух, кумо, де? Не забудьте вивернути вовною наверх, як зустрічатимете зятя!.. Де ж пляшка та чарка? Осьдечки! (Наслуха). Ой, либонь, вже йдуть? Вже, вже!.. (Підбіга до вікна). Швидше!&lt;br /&gt;</w:t>
        <w:br/>
        <w:t>За лаштунками чутно весільний спів і музика підграє. З хати Ганна виносить діжу, рушником покриту.&lt;br /&gt;</w:t>
        <w:br/>
        <w:t>Дружки (співають).</w:t>
      </w:r>
    </w:p>
    <w:p>
      <w:r>
        <w:br/>
        <w:t>Котилося яблуко з Миргорода,&lt;br /&gt;</w:t>
        <w:br/>
        <w:t>Підкотилось під ворота,&lt;br /&gt;</w:t>
        <w:br/>
        <w:t>Відчиняйте ворота,&lt;br /&gt;</w:t>
        <w:br/>
        <w:t>Бо їде Хведоня молода.&lt;br /&gt;</w:t>
        <w:br/>
        <w:t>Ой ми були в церкві&lt;br /&gt;</w:t>
        <w:br/>
        <w:t>Та бачили диво:&lt;br /&gt;</w:t>
        <w:br/>
        <w:t>Два вінці на стільці,&lt;br /&gt;</w:t>
        <w:br/>
        <w:t>Третій на голівці.&lt;br /&gt;</w:t>
        <w:br/>
        <w:t>Вийди, матінко, вітайся,&lt;br /&gt;</w:t>
        <w:br/>
        <w:t>В свого дитяти питайся:&lt;br /&gt;</w:t>
        <w:br/>
        <w:t>Де ж твоє дитя бувало?&lt;br /&gt;</w:t>
        <w:br/>
        <w:t>Під царським вінцем стояло!</w:t>
      </w:r>
    </w:p>
    <w:p>
      <w:r>
        <w:br/>
        <w:t>Ганна (вбіга). Ідіть, кумо, частуйте зятя. Ну вже ж і пара: як квіточки, як ягідки!&lt;br /&gt;</w:t>
        <w:br/>
        <w:t>(Хотина пішла, Степан накида на неї кожуха. Степан і Самрось теж виходять.)&lt;br /&gt;</w:t>
        <w:br/>
        <w:t>Зінько! Бачила вже молодих? Ось глянь у вікно.&lt;br /&gt;</w:t>
        <w:br/>
        <w:t>Зінька. Поспію…&lt;br /&gt;</w:t>
        <w:br/>
        <w:t>Ганна. Ну що, була у знахарки?&lt;br /&gt;</w:t>
        <w:br/>
        <w:t>Зінька. Була! Помогла… Тепер ніби й не чую серця!.. Хай йому цур, тому серцеві!..&lt;br /&gt;</w:t>
        <w:br/>
        <w:t>Ганна. Коли нема нам щастя, радіймо хоч людським! Візьми ножа та покрай хліба на стіл. (Скочила на полицю). Осьдечки ніж, чи гострий же? Поточи об горня. (Побігла).&lt;br /&gt;</w:t>
        <w:br/>
        <w:t>Зінька (точить ножа). Степан сказав: "Жінка, що чоловікові в ногах повза, ворог, котрий спотання перегризе тобі горлянку!" Неправда!.. Кому я ворог? Собі хіба перетнути горлянку? Ні. (Кидає ніж). Питиму до краю, до денця!.. Небагато вже зосталося!.. Перед ким я скорилася, жебрала, у ногах лазила? Перед катом своїм!.. Не скорялася, сьомий рік пила гірку, доп'ю її до денця!.. Мене нівечили, катували, я не корилася, а тепер!.. Ох, яка ж я гидка!.. Гидчіш ящірки!.. Де ж поділася моя погорда, де ж поділася моя міць?.. Все, все мене лишило!.. (Вхопила себе за голову).&lt;br /&gt;</w:t>
        <w:br/>
        <w:t>Дружки (співають).</w:t>
      </w:r>
    </w:p>
    <w:p>
      <w:r>
        <w:br/>
        <w:t>Пусти, свату, в хату,&lt;br /&gt;</w:t>
        <w:br/>
        <w:t>Тут нас небагато,&lt;br /&gt;</w:t>
        <w:br/>
        <w:t>Четверо, та п'ятеро,&lt;br /&gt;</w:t>
        <w:br/>
        <w:t>Та всіх дев'ятеро!</w:t>
      </w:r>
    </w:p>
    <w:p>
      <w:r>
        <w:br/>
        <w:t>Зінька. Зінько, Зінько!.. Радій чужим щастям!&lt;br /&gt;</w:t>
        <w:br/>
        <w:t>Дружки (співають).</w:t>
      </w:r>
    </w:p>
    <w:p>
      <w:r>
        <w:br/>
        <w:t>А в нашого свата&lt;br /&gt;</w:t>
        <w:br/>
        <w:t>Солом'яна хата,&lt;br /&gt;</w:t>
        <w:br/>
        <w:t>Та боїться впустити,&lt;br /&gt;</w:t>
        <w:br/>
        <w:t>Щоб не розвалити.</w:t>
      </w:r>
    </w:p>
    <w:p>
      <w:r>
        <w:br/>
        <w:t>Зінька. Не Зінька вже я, ні! Я манія!..&lt;br /&gt;</w:t>
        <w:br/>
        <w:t>Дружки (співають).&lt;br /&gt;</w:t>
        <w:br/>
        <w:t>Ой вінчалась Хведоня, вінчалась,&lt;br /&gt;</w:t>
        <w:br/>
        <w:t>У червоні чобітки взувалась:&lt;br /&gt;</w:t>
        <w:br/>
        <w:t>Червоні чобітки на нозі,&lt;br /&gt;</w:t>
        <w:br/>
        <w:t>Що купив Роман на торзі.</w:t>
      </w:r>
    </w:p>
    <w:p>
      <w:r>
        <w:br/>
        <w:t>Зінька. Підожди, серце!.. Замовкни, бідне, занімій, манісіньке!..&lt;br /&gt;</w:t>
        <w:br/>
        <w:t>Дружки (співають).</w:t>
      </w:r>
    </w:p>
    <w:p>
      <w:r>
        <w:br/>
        <w:t>Хоч на торзі, не на торзі,&lt;br /&gt;</w:t>
        <w:br/>
        <w:t>На дорозі,&lt;br /&gt;</w:t>
        <w:br/>
        <w:t>Червонії чобітки&lt;br /&gt;</w:t>
        <w:br/>
        <w:t>На нозі!</w:t>
      </w:r>
    </w:p>
    <w:p>
      <w:r>
        <w:br/>
        <w:t>Попереду йде староста (Чикалка), веде за рушник молодих в хату. За ними все весілля і гості.&lt;br /&gt;</w:t>
        <w:br/>
        <w:t>Зінька. Цить, цить, серце!.. (До Романа). Поздоровляю тебе, братику! І тебе… сестро!&lt;br /&gt;</w:t>
        <w:br/>
        <w:t>Роман. Спасибі!&lt;br /&gt;</w:t>
        <w:br/>
        <w:t>Хведоска. Вітайте серцем, а не устами.&lt;br /&gt;</w:t>
        <w:br/>
        <w:t>Самрось (цілується з Романом і Хведоскою). Кажу — недзя! Брат, брат єдиноутробний!&lt;br /&gt;</w:t>
        <w:br/>
        <w:t>Чикалка. Старосто, пане підстаросто!&lt;br /&gt;</w:t>
        <w:br/>
        <w:t>Пилип. А ми раді слухати.&lt;br /&gt;</w:t>
        <w:br/>
        <w:t>Чикалка. Благословіть молодих на посад саджати, хлібом-сіллю годувати!&lt;br /&gt;</w:t>
        <w:br/>
        <w:t>Пилип. Бог благословить!&lt;br /&gt;</w:t>
        <w:br/>
        <w:t>Чикалка. Раз, вдруге, і втретє!&lt;br /&gt;</w:t>
        <w:br/>
        <w:t>Пилип. Бог благословить. Всі три рази бог благословить!&lt;br /&gt;</w:t>
        <w:br/>
        <w:t>Чикалка заводить молодих за стіл. Збоку біля молодої становляться дружки, біля молодого — бояре. Староста бере пляшку і чарку, наливши, примовляє.&lt;br /&gt;</w:t>
        <w:br/>
        <w:t>Дружки (тим часом співають).</w:t>
      </w:r>
    </w:p>
    <w:p>
      <w:r>
        <w:br/>
        <w:t>Як ішов Роман на посад,&lt;br /&gt;</w:t>
        <w:br/>
        <w:t>Зустрічав його господь сам&lt;br /&gt;</w:t>
        <w:br/>
        <w:t>Із долею щасливою&lt;br /&gt;</w:t>
        <w:br/>
        <w:t>Та з доброю годиною.</w:t>
      </w:r>
    </w:p>
    <w:p>
      <w:r>
        <w:br/>
        <w:t>Чикалка. Слухайте, дискать, сюди. Пошли ж, боже, нашим князеві і княгині щастя, долі і віку довгого. Дай, господи, щоб вони жили на радість і втіху усьому родові, всьому посполу і богові святому! (Приторкнув чарку до губ). Ну, що ж ще скажу? Дискать, горілка горькая!&lt;br /&gt;</w:t>
        <w:br/>
        <w:t>Самрось (хутко протискується до Чикалки). Куме, це та настойка?&lt;br /&gt;</w:t>
        <w:br/>
        <w:t>Чикалка. Вона! (До молодих). Не можна й до губ донести.&lt;br /&gt;</w:t>
        <w:br/>
        <w:t>Пилип (тихо молодим). Поцілуйтеся.&lt;br /&gt;</w:t>
        <w:br/>
        <w:t>Самрось. Швидш — цілуйтеся!&lt;br /&gt;</w:t>
        <w:br/>
        <w:t>Роман і Хведоска цілуються. Зінька ледве не крикнула, але, хутко затуливши долонею рота, улина з хати. Чикалка випив і частує молодих, потім дружок, бояр, батька, матір, Пилипа. Кожний, взявши чарку в руки, кланяється молодим, потім старостам.&lt;br /&gt;</w:t>
        <w:br/>
        <w:t>Дружки (тим часом співають).</w:t>
      </w:r>
    </w:p>
    <w:p>
      <w:r>
        <w:br/>
        <w:t>Їли бояре, їли,&lt;br /&gt;</w:t>
        <w:br/>
        <w:t>Цілого вола з'їли:&lt;br /&gt;</w:t>
        <w:br/>
        <w:t>На столі ні крихотки,&lt;br /&gt;</w:t>
        <w:br/>
        <w:t>Під столом ні кісточки.&lt;br /&gt;</w:t>
        <w:br/>
        <w:t>Їли дружечки, їли,&lt;br /&gt;</w:t>
        <w:br/>
        <w:t>Півголубчика з'їли:&lt;br /&gt;</w:t>
        <w:br/>
        <w:t>На столі всі крихотки,&lt;br /&gt;</w:t>
        <w:br/>
        <w:t>Під столом всі кісточки.</w:t>
      </w:r>
    </w:p>
    <w:p>
      <w:r>
        <w:br/>
        <w:t>Хотина (усаджуючи гостей і рідню). Контентуйтеся, милості просимо! Годуйтеся, чим бог послав, не гидьте! (Усаджуючи біля Романа Самрося). Де ж Зінька? Кумо Ганно, гукніть на неї!&lt;br /&gt;</w:t>
        <w:br/>
        <w:t>Ганна вийшла з хати.&lt;br /&gt;</w:t>
        <w:br/>
        <w:t>Дружки (співають).</w:t>
      </w:r>
    </w:p>
    <w:p>
      <w:r>
        <w:br/>
        <w:t>Стиснулися стіни,&lt;br /&gt;</w:t>
        <w:br/>
        <w:t>Як бояре сіли;&lt;br /&gt;</w:t>
        <w:br/>
        <w:t>Ще гірше стиснуться,&lt;br /&gt;</w:t>
        <w:br/>
        <w:t>Як горілки нап'ються.</w:t>
      </w:r>
    </w:p>
    <w:p>
      <w:r>
        <w:br/>
        <w:t>Чикалка частує Самрося.&lt;br /&gt;</w:t>
        <w:br/>
        <w:t>Ганна (вбігаючи). Ой горе, ой лишенько!&lt;br /&gt;</w:t>
        <w:br/>
        <w:t>Всі. Що, що таке?&lt;br /&gt;</w:t>
        <w:br/>
        <w:t>Ганна. Зінька в коморі повісилася!&lt;br /&gt;</w:t>
        <w:br/>
        <w:t>Всі заніміли, у Самрося падає чарка з рук.&lt;br /&gt;</w:t>
        <w:br/>
        <w:t>Завіса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сім'ї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