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ранкові пісні (альби)</w:t>
      </w:r>
    </w:p>
    <w:p>
      <w:r>
        <w:br/>
        <w:t xml:space="preserve"> 1&lt;br /&gt;</w:t>
        <w:br/>
        <w:t>Ми підійшли до церковних стіл&lt;br /&gt;</w:t>
        <w:br/>
        <w:t>і стояли до рана.&lt;br /&gt;</w:t>
        <w:br/>
        <w:t>А потім я лишився один.&lt;br /&gt;</w:t>
        <w:br/>
        <w:t>Я тут один, кохана.</w:t>
      </w:r>
    </w:p>
    <w:p>
      <w:r>
        <w:br/>
        <w:t>Я зостаюсь, моя золота.&lt;br /&gt;</w:t>
        <w:br/>
        <w:t>Тому, що я тут, моя зоре,&lt;br /&gt;</w:t>
        <w:br/>
        <w:t>сіла вранці на коні чота,&lt;br /&gt;</w:t>
        <w:br/>
        <w:t>та, яка вмила гори.</w:t>
      </w:r>
    </w:p>
    <w:p>
      <w:r>
        <w:br/>
        <w:t>Я тут один, моя золота.&lt;br /&gt;</w:t>
        <w:br/>
        <w:t>Тому, що я тут віднині,&lt;br /&gt;</w:t>
        <w:br/>
        <w:t>сіла вранці на коні чота,&lt;br /&gt;</w:t>
        <w:br/>
        <w:t>та, яка не загине.</w:t>
      </w:r>
    </w:p>
    <w:p>
      <w:r>
        <w:br/>
        <w:t>Та, яка завтра впаде, як сніг,&lt;br /&gt;</w:t>
        <w:br/>
        <w:t>і вкриє мене, моя рідна.&lt;br /&gt;</w:t>
        <w:br/>
        <w:t>І серце моє — навіть з рук твоїх&lt;br /&gt;</w:t>
        <w:br/>
        <w:t>відскочить від того світла.</w:t>
      </w:r>
    </w:p>
    <w:p>
      <w:r>
        <w:br/>
        <w:t>Так нам випало: впасти і йти —&lt;br /&gt;</w:t>
        <w:br/>
        <w:t>в пустелі, в тайзі, в тундрі —&lt;br /&gt;</w:t>
        <w:br/>
        <w:t>допоки те світло буде текти&lt;br /&gt;</w:t>
        <w:br/>
        <w:t>в кожнім зірванім бункері.</w:t>
      </w:r>
    </w:p>
    <w:p>
      <w:r>
        <w:br/>
        <w:t>Я тут не в засідці, не на посту,&lt;br /&gt;</w:t>
        <w:br/>
        <w:t>я тебе жду, моя пташко.&lt;br /&gt;</w:t>
        <w:br/>
        <w:t>Ти прилітай на черешню ту,&lt;br /&gt;</w:t>
        <w:br/>
        <w:t>якою святили паску.</w:t>
      </w:r>
    </w:p>
    <w:p>
      <w:r>
        <w:br/>
        <w:t>Ти прости мені, серце моє,&lt;br /&gt;</w:t>
        <w:br/>
        <w:t>цвіт білий, листя зелене.&lt;br /&gt;</w:t>
        <w:br/>
        <w:t>У Господа Бога кара ще є.&lt;br /&gt;</w:t>
        <w:br/>
        <w:t>Є кара для мене.</w:t>
      </w:r>
    </w:p>
    <w:p>
      <w:r>
        <w:br/>
        <w:t>…Це наша черешня. Вона легка.&lt;br /&gt;</w:t>
        <w:br/>
        <w:t>Її обняла моя мила,&lt;br /&gt;</w:t>
        <w:br/>
        <w:t>бо я попросив, щоб її рука&lt;br /&gt;</w:t>
        <w:br/>
        <w:t>мого коня пристрелила.</w:t>
      </w:r>
    </w:p>
    <w:p>
      <w:r>
        <w:br/>
        <w:t>2&lt;br /&gt;</w:t>
        <w:br/>
        <w:t>Водохреще моє, Відорщі,&lt;br /&gt;</w:t>
        <w:br/>
        <w:t>мій Йордан, от нарешті мій.&lt;br /&gt;</w:t>
        <w:br/>
        <w:t>Ти прийшла, щоб закрити очі.&lt;br /&gt;</w:t>
        <w:br/>
        <w:t>І шепочуть тобі: "Обмий".</w:t>
      </w:r>
    </w:p>
    <w:p>
      <w:r>
        <w:br/>
        <w:t>Встала б мати зібрати сина,&lt;br /&gt;</w:t>
        <w:br/>
        <w:t>одвернути тебе: "Не руш".&lt;br /&gt;</w:t>
        <w:br/>
        <w:t>Палахкоче твоя хустина —&lt;br /&gt;</w:t>
        <w:br/>
        <w:t>темна явида змінних руж!</w:t>
      </w:r>
    </w:p>
    <w:p>
      <w:r>
        <w:br/>
        <w:t>Водохреще моє, Відорщі,&lt;br /&gt;</w:t>
        <w:br/>
        <w:t>мій Йордан, мій свячений сніг.&lt;br /&gt;</w:t>
        <w:br/>
        <w:t>Я обняв його серед ночі&lt;br /&gt;</w:t>
        <w:br/>
        <w:t>й задушити його не зміг.</w:t>
      </w:r>
    </w:p>
    <w:p>
      <w:r>
        <w:br/>
        <w:t>Ти в снігу стоїш на Відорщі,&lt;br /&gt;</w:t>
        <w:br/>
        <w:t>хустку крик зірвав і поніс.&lt;br /&gt;</w:t>
        <w:br/>
        <w:t>На смереці вона тріпоче —&lt;br /&gt;</w:t>
        <w:br/>
        <w:t>зачепилась за Чорний Ліс.</w:t>
      </w:r>
    </w:p>
    <w:p>
      <w:r>
        <w:br/>
        <w:t>Смеречина втримала хустку,&lt;br /&gt;</w:t>
        <w:br/>
        <w:t>на чоло тобі опуска.&lt;br /&gt;</w:t>
        <w:br/>
        <w:t>Щоб твій голос гладив галузку,&lt;br /&gt;</w:t>
        <w:br/>
        <w:t>пий свячену воду з дзвінка!</w:t>
      </w:r>
    </w:p>
    <w:p>
      <w:r>
        <w:br/>
        <w:t>Я лежу в снігу на Відорщі,&lt;br /&gt;</w:t>
        <w:br/>
        <w:t>Тобі шепчуть: "Мерця обмий…"&lt;br /&gt;</w:t>
        <w:br/>
        <w:t>По мені ще повзають воші —&lt;br /&gt;</w:t>
        <w:br/>
        <w:t>значить, я ще трохи живий.</w:t>
      </w:r>
    </w:p>
    <w:p>
      <w:r>
        <w:br/>
        <w:t>Не віддам свою темну ружу,&lt;br /&gt;</w:t>
        <w:br/>
        <w:t>навіть ангелові не дам.&lt;br /&gt;</w:t>
        <w:br/>
        <w:t>Ти мою палаючу душу&lt;br /&gt;</w:t>
        <w:br/>
        <w:t>над чолом несеш на Йордан.</w:t>
      </w:r>
    </w:p>
    <w:p>
      <w:r>
        <w:br/>
        <w:t>…Вранці водохресної днини&lt;br /&gt;</w:t>
        <w:br/>
        <w:t>поцілуй мене, чуєш? Вмить&lt;br /&gt;</w:t>
        <w:br/>
        <w:t>в небо вистрілять карабіни.&lt;br /&gt;</w:t>
        <w:br/>
        <w:t>Хустка з губ моїх відлетить.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ранкові пісні (альби)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