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Дві планети</w:t>
      </w:r>
    </w:p>
    <w:p>
      <w:r>
        <w:br/>
        <w:t xml:space="preserve"> Округ сонця шлях широкий&lt;br /&gt;</w:t>
        <w:br/>
        <w:t>В неоміряних краях, —&lt;br /&gt;</w:t>
        <w:br/>
        <w:t>Там планета лічить роки,&lt;br /&gt;</w:t>
        <w:br/>
        <w:t>Оббігаючи той шлях.</w:t>
      </w:r>
    </w:p>
    <w:p>
      <w:r>
        <w:br/>
        <w:t>Споконвіку і довіку&lt;br /&gt;</w:t>
        <w:br/>
        <w:t>Ходить колом без кінця,&lt;br /&gt;</w:t>
        <w:br/>
        <w:t>Шлях без міри, вік без ліку&lt;br /&gt;</w:t>
        <w:br/>
        <w:t>Їй надано від Творця.</w:t>
      </w:r>
    </w:p>
    <w:p>
      <w:r>
        <w:br/>
        <w:t>Скрізь на ній дива природи,&lt;br /&gt;</w:t>
        <w:br/>
        <w:t>Скрізь усе життям кипить;&lt;br /&gt;</w:t>
        <w:br/>
        <w:t>Звір тут всякої породи,&lt;br /&gt;</w:t>
        <w:br/>
        <w:t>А людей і не злічить.</w:t>
      </w:r>
    </w:p>
    <w:p>
      <w:r>
        <w:br/>
        <w:t>Той бажає світ зажерти&lt;br /&gt;</w:t>
        <w:br/>
        <w:t>Задля себе одного;&lt;br /&gt;</w:t>
        <w:br/>
        <w:t>Той працює й хоче вмерти&lt;br /&gt;</w:t>
        <w:br/>
        <w:t>Задля народу свого.</w:t>
      </w:r>
    </w:p>
    <w:p>
      <w:r>
        <w:br/>
        <w:t>Той життя своє складає,&lt;br /&gt;</w:t>
        <w:br/>
        <w:t>Щоб науку збагатить,&lt;br /&gt;</w:t>
        <w:br/>
        <w:t>Той у темряві конає&lt;br /&gt;</w:t>
        <w:br/>
        <w:t>І живе, щоб їсти й пить.</w:t>
      </w:r>
    </w:p>
    <w:p>
      <w:r>
        <w:br/>
        <w:t>І живуть, і умирають,&lt;br /&gt;</w:t>
        <w:br/>
        <w:t>Рвуться все вперед іти;&lt;br /&gt;</w:t>
        <w:br/>
        <w:t>Прийде час — і доблукають&lt;br /&gt;</w:t>
        <w:br/>
        <w:t>До останньої мети…</w:t>
      </w:r>
    </w:p>
    <w:p>
      <w:r>
        <w:br/>
        <w:t>У високості безмірній&lt;br /&gt;</w:t>
        <w:br/>
        <w:t>Є планета ще одна,&lt;br /&gt;</w:t>
        <w:br/>
        <w:t>І біжить — товариш вірний —&lt;br /&gt;</w:t>
        <w:br/>
        <w:t>Округ першої вона.</w:t>
      </w:r>
    </w:p>
    <w:p>
      <w:r>
        <w:br/>
        <w:t>Безвоздушна і безводна&lt;br /&gt;</w:t>
        <w:br/>
        <w:t>Та планета і німа,&lt;br /&gt;</w:t>
        <w:br/>
        <w:t>І без снігу там холодна&lt;br /&gt;</w:t>
        <w:br/>
        <w:t>Обгорнула все зима.</w:t>
      </w:r>
    </w:p>
    <w:p>
      <w:r>
        <w:br/>
        <w:t>Ні людей там, ні рослини,&lt;br /&gt;</w:t>
        <w:br/>
        <w:t>Ані звірів, ні пташок,&lt;br /&gt;</w:t>
        <w:br/>
        <w:t>Лиш високі гори з глини,&lt;br /&gt;</w:t>
        <w:br/>
        <w:t>Та каміння, та пісок.</w:t>
      </w:r>
    </w:p>
    <w:p>
      <w:r>
        <w:br/>
        <w:t>І нема, нема спокою&lt;br /&gt;</w:t>
        <w:br/>
        <w:t>Для космічного мерця,&lt;br /&gt;</w:t>
        <w:br/>
        <w:t>Вічно стежкою одною&lt;br /&gt;</w:t>
        <w:br/>
        <w:t>Йде він колом без кінця.</w:t>
      </w:r>
    </w:p>
    <w:p>
      <w:r>
        <w:br/>
        <w:t>Так-то мертвою марою&lt;br /&gt;</w:t>
        <w:br/>
        <w:t>Місяць круг Землі іде&lt;br /&gt;</w:t>
        <w:br/>
        <w:t>І віщує нам собою&lt;br /&gt;</w:t>
        <w:br/>
        <w:t>Той кінець, що Землю жде.</w:t>
      </w:r>
    </w:p>
    <w:p>
      <w:r>
        <w:br/>
        <w:t>Так усе колись минеться,&lt;br /&gt;</w:t>
        <w:br/>
        <w:t>Все, що вдіє людський дух,&lt;br /&gt;</w:t>
        <w:br/>
        <w:t>Неодмінним зістається&lt;br /&gt;</w:t>
        <w:br/>
        <w:t>Лиш невпинний, вічний рух…</w:t>
      </w:r>
    </w:p>
    <w:p>
      <w:r>
        <w:br/>
        <w:t>1888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Дві планети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