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груші і одна</w:t>
      </w:r>
    </w:p>
    <w:p>
      <w:r>
        <w:br/>
        <w:t xml:space="preserve"> &lt;p&gt;Сергійко і Леся гралися в садку. Повз них стежкою йшла незнайома бабуся. В одній руці вона несла кошик з грушками, другою опиралася на довгу сукувату палицю.</w:t>
      </w:r>
    </w:p>
    <w:p>
      <w:r>
        <w:br/>
        <w:t>Спіткнулась бабуся об камінець, що лежав на стежці, і мало не впала. Не втримала кошика, випустила з рук, і груші розсипалися.</w:t>
      </w:r>
    </w:p>
    <w:p>
      <w:r>
        <w:br/>
        <w:t>— От лихо! — скрушно мовила вона.</w:t>
      </w:r>
    </w:p>
    <w:p>
      <w:r>
        <w:br/>
        <w:t>Відкинула палицею камінець зі стежки і заходилася збирати розсипані груші.</w:t>
      </w:r>
    </w:p>
    <w:p>
      <w:r>
        <w:br/>
        <w:t>Тільки їй, старенькій, мабуть, важко було нахилятися за ними. Та, видно, ще й недобачала. Мацала, мацала навколо себе по стежці, по траві, поки не знаходила яку грушу.</w:t>
      </w:r>
    </w:p>
    <w:p>
      <w:r>
        <w:br/>
        <w:t>Сергійко підійшов до бабусі, став показувати, де вони лежать.</w:t>
      </w:r>
    </w:p>
    <w:p>
      <w:r>
        <w:br/>
        <w:t>— Ось... ось...— тикав пальцем. А коли бабуся й тоді водила руками не там, де він показував, Сергійко сердився: — Та не там! Ось тут...</w:t>
      </w:r>
    </w:p>
    <w:p>
      <w:r>
        <w:br/>
        <w:t>Бабуся слухняно підбирала.</w:t>
      </w:r>
    </w:p>
    <w:p>
      <w:r>
        <w:br/>
        <w:t>Прибігла й Леся. Побачила, що вони роблять, метнулася, швиденько визбирала решту груш у фартушок і висипала в кошик.</w:t>
      </w:r>
    </w:p>
    <w:p>
      <w:r>
        <w:br/>
        <w:t>— Спасибі вам, дітки, що допомогли,— подякувала бабуся.— Нате ж вам за це. Це тобі, дівчинко,— дала Лесі дві здоровенні, підрум'янені з боків груші.— А це тобі, хлопчику,— простягла Сергійкові вже не дві, як сестричці, а чомусь лише одну грушу, хоча також велику й підрум'янену.</w:t>
      </w:r>
    </w:p>
    <w:p>
      <w:r>
        <w:br/>
        <w:t>Ще раз подякувала їм, попрощалася й рушила далі стежкою.</w:t>
      </w:r>
    </w:p>
    <w:p>
      <w:r>
        <w:br/>
        <w:t>Раді були Сергійко й Леся. Одразу ж побігли додому розповісти мамі, як вони допомогли старенькій і які гарні груші дала вона їм за те. Мама теж раділа, що діти в неї такі чемні та ввічливі.</w:t>
      </w:r>
    </w:p>
    <w:p>
      <w:r>
        <w:br/>
        <w:t>— Молодці, молодці! — хвалила.</w:t>
      </w:r>
    </w:p>
    <w:p>
      <w:r>
        <w:br/>
        <w:t>Раптом вона помітила, що в Лесі дві груші, а в Сергійка тільки одна.</w:t>
      </w:r>
    </w:p>
    <w:p>
      <w:r>
        <w:br/>
        <w:t>— Мабуть, уже з'їв? — спитала сина.— І я не втерпіла б покуштувати...</w:t>
      </w:r>
    </w:p>
    <w:p>
      <w:r>
        <w:br/>
        <w:t>— Ні, я не їв,— заперечив Сергійко.— Бабуся так і дала: Лесі дві, а мені одну.</w:t>
      </w:r>
    </w:p>
    <w:p>
      <w:r>
        <w:br/>
        <w:t>— Чого ж це? — здивувалась мама.</w:t>
      </w:r>
    </w:p>
    <w:p>
      <w:r>
        <w:br/>
        <w:t>— Не знаю...— і сам дивувався Сергійко.— Може, тому, що Леся дівчина або — що мала.</w:t>
      </w:r>
    </w:p>
    <w:p>
      <w:r>
        <w:br/>
        <w:t>— Та ні, тут щось не те,— не погодилася мама.— Ану, гарненько розкажіть, як ви допомагали бабусі.</w:t>
      </w:r>
    </w:p>
    <w:p>
      <w:r>
        <w:br/>
        <w:t>Сергійко й Леся розповіли.</w:t>
      </w:r>
    </w:p>
    <w:p>
      <w:r>
        <w:br/>
        <w:t>— Отепер мені ясно, чому вона тобі, Сергійку, тільки одну дала,— сказала мама.— А могла б зовсім не давати.</w:t>
      </w:r>
    </w:p>
    <w:p>
      <w:r>
        <w:br/>
        <w:t>— Чому, мамо? — збентежився Сергійко.</w:t>
      </w:r>
    </w:p>
    <w:p>
      <w:r>
        <w:br/>
        <w:t>— А ти сам добре подумай,— відповіла докірливо мама.— Тоді й зрозумієш.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груші і одна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