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Дванадцять місяців</w:t>
      </w:r>
    </w:p>
    <w:p>
      <w:r>
        <w:br/>
        <w:t xml:space="preserve"> &lt;p&gt;УРИВКИ</w:t>
      </w:r>
    </w:p>
    <w:p>
      <w:r>
        <w:br/>
        <w:t>Дійові особи</w:t>
      </w:r>
    </w:p>
    <w:p>
      <w:r>
        <w:br/>
        <w:t>Баба.</w:t>
      </w:r>
    </w:p>
    <w:p>
      <w:r>
        <w:br/>
        <w:t>Дочка.</w:t>
      </w:r>
    </w:p>
    <w:p>
      <w:r>
        <w:br/>
        <w:t>Пасербиця.</w:t>
      </w:r>
    </w:p>
    <w:p>
      <w:r>
        <w:br/>
        <w:t>Королева — дівчинка чотирнадцяти — п’ятнадцяти років, ровесниця пасербиці.</w:t>
      </w:r>
    </w:p>
    <w:p>
      <w:r>
        <w:br/>
        <w:t>Гофмейстерина1 — висока худа стара діва. Учитель королеви — професор арифметики й краснопису.</w:t>
      </w:r>
    </w:p>
    <w:p>
      <w:r>
        <w:br/>
        <w:t>Канцлер2.</w:t>
      </w:r>
    </w:p>
    <w:p>
      <w:r>
        <w:br/>
        <w:t>Начальник королівської варти.</w:t>
      </w:r>
    </w:p>
    <w:p>
      <w:r>
        <w:br/>
        <w:t>Королівський прокурор.</w:t>
      </w:r>
    </w:p>
    <w:p>
      <w:r>
        <w:br/>
        <w:t>Посол Західної держави.</w:t>
      </w:r>
    </w:p>
    <w:p>
      <w:r>
        <w:br/>
        <w:t>Посол Східної держави.</w:t>
      </w:r>
    </w:p>
    <w:p>
      <w:r>
        <w:br/>
        <w:t>Головний садівник.</w:t>
      </w:r>
    </w:p>
    <w:p>
      <w:r>
        <w:br/>
        <w:t>Старий солдат.</w:t>
      </w:r>
    </w:p>
    <w:p>
      <w:r>
        <w:br/>
        <w:t>Заєць і білки.</w:t>
      </w:r>
    </w:p>
    <w:p>
      <w:r>
        <w:br/>
        <w:t>Дванадцять місяців.</w:t>
      </w:r>
    </w:p>
    <w:p>
      <w:r>
        <w:br/>
        <w:t>Глашатаї.</w:t>
      </w:r>
    </w:p>
    <w:p>
      <w:r>
        <w:br/>
        <w:t>Дія перша</w:t>
      </w:r>
    </w:p>
    <w:p>
      <w:r>
        <w:br/>
        <w:t>Картина перша</w:t>
      </w:r>
    </w:p>
    <w:p>
      <w:r>
        <w:br/>
        <w:t>Зимовий ліс. Затишна галявинка. Ніким не займаний сніг лежить заметами, вкриває дерева пухнастими шапками. Дуже тихо. Кілька хвилин на сцені порожньо, немовби мертво. Потім сонячний промінь перебігає по снігу й освітлює крука на сосні, білку, що примостилася біля дупла. Чути шурхіт, хлопання крил, хрускіт сухого дерева. Ліс оживає. [...]</w:t>
      </w:r>
    </w:p>
    <w:p>
      <w:r>
        <w:br/>
        <w:t>На галяву вибігає заєць. На гілках поруч з білкою з’являється ще одна.</w:t>
      </w:r>
    </w:p>
    <w:p>
      <w:r>
        <w:br/>
        <w:t>Заєць (плескаючи лапкою об лапку). Холодно, холодно, холодно! Від морозу дух переймає, лапи на бігу до снігу примерзають.</w:t>
      </w:r>
    </w:p>
    <w:p>
      <w:r>
        <w:br/>
        <w:t>Злазьте, білочки, із дуба,</w:t>
      </w:r>
    </w:p>
    <w:p>
      <w:r>
        <w:br/>
        <w:t>Нум гуляти в горюдуба4,</w:t>
      </w:r>
    </w:p>
    <w:p>
      <w:r>
        <w:br/>
        <w:t>Сонечко гукать,</w:t>
      </w:r>
    </w:p>
    <w:p>
      <w:r>
        <w:br/>
        <w:t>Весну закликать!</w:t>
      </w:r>
    </w:p>
    <w:p>
      <w:r>
        <w:br/>
        <w:t>Білка. Гаразд, зайче! Кому першому горіти?</w:t>
      </w:r>
    </w:p>
    <w:p>
      <w:r>
        <w:br/>
        <w:t>Заєць. Кому припаде. Полічимося.</w:t>
      </w:r>
    </w:p>
    <w:p>
      <w:r>
        <w:br/>
        <w:t>Косий, косий,</w:t>
      </w:r>
    </w:p>
    <w:p>
      <w:r>
        <w:br/>
        <w:t>Не ходи босий,</w:t>
      </w:r>
    </w:p>
    <w:p>
      <w:r>
        <w:br/>
        <w:t>А ходи взутий,</w:t>
      </w:r>
    </w:p>
    <w:p>
      <w:r>
        <w:br/>
        <w:t>Лапочки закутай.</w:t>
      </w:r>
    </w:p>
    <w:p>
      <w:r>
        <w:br/>
        <w:t>Коли взуєш чобітки,</w:t>
      </w:r>
    </w:p>
    <w:p>
      <w:r>
        <w:br/>
        <w:t>Не знайдуть тебе вовки,</w:t>
      </w:r>
    </w:p>
    <w:p>
      <w:r>
        <w:br/>
        <w:t>Не знайде тебе ведмідь.</w:t>
      </w:r>
    </w:p>
    <w:p>
      <w:r>
        <w:br/>
        <w:t>Випада — тобі горіть!</w:t>
      </w:r>
    </w:p>
    <w:p>
      <w:r>
        <w:br/>
        <w:t>1 — а і 2 — а білки. Лови, зайче! Не впіймаєш! (Побігли.)</w:t>
      </w:r>
    </w:p>
    <w:p>
      <w:r>
        <w:br/>
        <w:t>Білки мчать по снігу, заєць за ними. Тим часом на галявину виходить дівчина — пасербиця. На ній велика подерта хустка, стара кофтина, стоптані черевики, грубі рукавиці. Вона тягне за собою санчата, за поясом у неї невеличка сокира. Дівчина спиняється між двома деревами і дивиться на зайця та білок. Ті так захопилися грою, що й не помічають її. Білки з розгону стрибають на дерево.</w:t>
      </w:r>
    </w:p>
    <w:p>
      <w:r>
        <w:br/>
        <w:t>Заєць. Ви куди, куди? Так не можна, це нечесно! Я з вами більш не гуляю.</w:t>
      </w:r>
    </w:p>
    <w:p>
      <w:r>
        <w:br/>
        <w:t>Білки. А ти, зайче, стрибни, стрибни! Хвостом махни — та й на гілку!</w:t>
      </w:r>
    </w:p>
    <w:p>
      <w:r>
        <w:br/>
        <w:t>Заєць. (пробує стрибнути, жалісно). Та в мене ж хвіст куций!</w:t>
      </w:r>
    </w:p>
    <w:p>
      <w:r>
        <w:br/>
        <w:t>Білки сміються. Дівчина теж. Заєць та білки озираються на неї і зникають.</w:t>
      </w:r>
    </w:p>
    <w:p>
      <w:r>
        <w:br/>
        <w:t>Пасербиця. Ой, не можу! До чого смішно! Хвіст, каже, в мене куций! Якби своїми вухами не чула, не повірила б! (Сміється.)</w:t>
      </w:r>
    </w:p>
    <w:p>
      <w:r>
        <w:br/>
        <w:t>На галявину виходить солдат. За поясом в нього велика сокира. Він теж тягне за собою санки. Солдат — вусатий, бувалий, немолодий.</w:t>
      </w:r>
    </w:p>
    <w:p>
      <w:r>
        <w:br/>
        <w:t>Солдат. Здорова була, красуне! Ти з чого це так радієш?</w:t>
      </w:r>
    </w:p>
    <w:p>
      <w:r>
        <w:br/>
        <w:t>Пасербиця сміється ще дзвінкіше. Солдат, на неї дивлячись, теж посміхається.</w:t>
      </w:r>
    </w:p>
    <w:p>
      <w:r>
        <w:br/>
        <w:t>З чого це тебе так сміх розбирає? Може, і я посміюся з тобою разом.</w:t>
      </w:r>
    </w:p>
    <w:p>
      <w:r>
        <w:br/>
        <w:t>Пасербиця. Та ви не повірите! Тут заєць з білками в горюдуба гуляв! Він за ними, а вони від нього — по снігу та на дерево. Та ще й дражняться.</w:t>
      </w:r>
    </w:p>
    <w:p>
      <w:r>
        <w:br/>
        <w:t>Солдат. Оце так по-нашому й говорять? Скажіть на милість!</w:t>
      </w:r>
    </w:p>
    <w:p>
      <w:r>
        <w:br/>
        <w:t>Пасербиця. Ось ви мені й не вірите!</w:t>
      </w:r>
    </w:p>
    <w:p>
      <w:r>
        <w:br/>
        <w:t>Солдат. Як же не вірити? День нині такий — старому рокові кінець, новому — початок. А я ще від діда свого чував, ніби його дід йому розповідав, що в такий день усяке на світі буває! Казав мій дід, що саме в переддень Нового року довелось його дідові з усіма дванадцятьма місяцями зустрітися. Щира правда! Увесь рік старий зразу побачив – і зиму, і літо, і весну, і осінь. На все життя запам’ятав, синові розповів і внукам розповісти наказав.</w:t>
      </w:r>
    </w:p>
    <w:p>
      <w:r>
        <w:br/>
        <w:t>Пасербиця. Як це можна, щоб зима з літом і весна з осінню зійшлись!</w:t>
      </w:r>
    </w:p>
    <w:p>
      <w:r>
        <w:br/>
        <w:t>Солдат. Ну, що знаю, те й кажу, а чого не знаю — про те мовчу. А ти чого сюди в такий мороз забрела? Мене начальство відрядило, а тебе хто?</w:t>
      </w:r>
    </w:p>
    <w:p>
      <w:r>
        <w:br/>
        <w:t>Пасербиця. І я не своєю волею прийшла.</w:t>
      </w:r>
    </w:p>
    <w:p>
      <w:r>
        <w:br/>
        <w:t>Солдат. У наймах ти, чи що?</w:t>
      </w:r>
    </w:p>
    <w:p>
      <w:r>
        <w:br/>
        <w:t>Пасербиця. Ні, вдома живу.</w:t>
      </w:r>
    </w:p>
    <w:p>
      <w:r>
        <w:br/>
        <w:t>Солдат. Та як же тебе мати відпустила?</w:t>
      </w:r>
    </w:p>
    <w:p>
      <w:r>
        <w:br/>
        <w:t>Пасербиця. Мати не відпустила б, а от мачуха наказала хмизу набрати.</w:t>
      </w:r>
    </w:p>
    <w:p>
      <w:r>
        <w:br/>
        <w:t>Солдат. Значить, ти сирітка? Отож то й амуніція в тебе другого строку. Наскрізь продуває. Я тобі допоможу, а тоді вже за своє діло візьмусь.</w:t>
      </w:r>
    </w:p>
    <w:p>
      <w:r>
        <w:br/>
        <w:t>Пасербиця й солдат разом збирають хмиз і складають його на санчата.</w:t>
      </w:r>
    </w:p>
    <w:p>
      <w:r>
        <w:br/>
        <w:t>Пасербиця. А яке ж у вас діло?</w:t>
      </w:r>
    </w:p>
    <w:p>
      <w:r>
        <w:br/>
        <w:t>Солдат. Ялинку мені треба зрубати найкращу в лісі. Для самої королеви. Завтра в нас гостей повен палац буде. Отож і треба нам усіх здивувати.</w:t>
      </w:r>
    </w:p>
    <w:p>
      <w:r>
        <w:br/>
        <w:t>Пасербиця. А що ж у вас на цю ялинку повісять?</w:t>
      </w:r>
    </w:p>
    <w:p>
      <w:r>
        <w:br/>
        <w:t>Солдат. Що всі вішають, те й у нас буде. Всякі іграшки, хлопавки та брязкальця. Тільки в інших всі ці прикраси з паперу золотого та зі скла, а в нас із щирого золота й діамантів. В інших зайчики ватяні, а в нас — з атласу.</w:t>
      </w:r>
    </w:p>
    <w:p>
      <w:r>
        <w:br/>
        <w:t>Пасербиця. Невже королева ще з ляльками бавиться?</w:t>
      </w:r>
    </w:p>
    <w:p>
      <w:r>
        <w:br/>
        <w:t>Солдат. А чого б їй не бавитись? Вона хоч і королева, а не старша за тебе.</w:t>
      </w:r>
    </w:p>
    <w:p>
      <w:r>
        <w:br/>
        <w:t>Пасербиця. Та я давно вже не бавлюсь.</w:t>
      </w:r>
    </w:p>
    <w:p>
      <w:r>
        <w:br/>
        <w:t>Солдат. Ну, тобі, видать, ніколи, а в неї часу вистачить. Над нею ж ніякого начальства нема. Як померли її батьки — король з королевою, — так і зосталась вона повною господинею і собі, й людям.</w:t>
      </w:r>
    </w:p>
    <w:p>
      <w:r>
        <w:br/>
        <w:t>Пасербиця. Значить, і королева у нас сирітка?</w:t>
      </w:r>
    </w:p>
    <w:p>
      <w:r>
        <w:br/>
        <w:t>Солдат. Виходить, що сирітка.</w:t>
      </w:r>
    </w:p>
    <w:p>
      <w:r>
        <w:br/>
        <w:t>Пасербиця. Шкода її!</w:t>
      </w:r>
    </w:p>
    <w:p>
      <w:r>
        <w:br/>
        <w:t>Солдат. Авжеж шкода! Нема кому повчити її, довести до пуття, до розуму. Ну, твоє діло зроблено. Хмизу на тиждень вистачить. А тепер пора й мені за своє діло братись, ялиночку шукати, а то дістанеться мені від нашої сирітки. Вона в нас жартів не любить.</w:t>
      </w:r>
    </w:p>
    <w:p>
      <w:r>
        <w:br/>
        <w:t>Пасербиця. От і мачуха в мене така... І сестриця в неї вдалася... Хоч що зробиш — нічим їм не догодиш, хоч як повернешся — все не в той бік...</w:t>
      </w:r>
    </w:p>
    <w:p>
      <w:r>
        <w:br/>
        <w:t>Солдат. Почекай, не вік тобі терпіти. Доживеш і до хорошого життя.</w:t>
      </w:r>
    </w:p>
    <w:p>
      <w:r>
        <w:br/>
        <w:t>Пасербиця. Спасибі за слово ласкаве і за хмиз спасибі. Швидко я сьогодні впоралась. От я вам зараз ялиночку одну покажу. Чи не підійде вам?</w:t>
      </w:r>
    </w:p>
    <w:p>
      <w:r>
        <w:br/>
        <w:t>Солдат. Що ж, покажи. Ти, видать, у лісі, як удома.</w:t>
      </w:r>
    </w:p>
    <w:p>
      <w:r>
        <w:br/>
        <w:t>Пасербиця і солдат зникають у хащах. На галяву виходять два високі діди — Січень — місяць і Грудень — місяць. Січень — у білій шубі й шапці. Грудень — у білій шубі з чорними смугами і в білій шапці з чорною облямівкою.</w:t>
      </w:r>
    </w:p>
    <w:p>
      <w:r>
        <w:br/>
        <w:t>Грудень. Ось, брате, приймай господу. Нібито все в мене гаразд. Снігу нині досить: берізкам до пояса, соснам — по коліна.</w:t>
      </w:r>
    </w:p>
    <w:p>
      <w:r>
        <w:br/>
        <w:t>Січень. Дякую, брате. Видать, ти добре попрацював. А тепер пора нам до нашого свята приготуватись — сніг у лісі поновити, віти посріблити.</w:t>
      </w:r>
    </w:p>
    <w:p>
      <w:r>
        <w:br/>
        <w:t>Грудень. А чи не зарано ще? Та ось і санчата чиїсь стоять — значить, люди по лісі бродять. Закидаєш стежки снігом, їм звідси й не вибратись.</w:t>
      </w:r>
    </w:p>
    <w:p>
      <w:r>
        <w:br/>
        <w:t>Січень. А ти полегесеньку починай. Дмухни вітром, помети віхолою, гості й здогадаються, що додому час.</w:t>
      </w:r>
    </w:p>
    <w:p>
      <w:r>
        <w:br/>
        <w:t>Грудень. Що ж, почнемо помалесеньку.</w:t>
      </w:r>
    </w:p>
    <w:p>
      <w:r>
        <w:br/>
        <w:t>Вірнії слуги, —</w:t>
      </w:r>
    </w:p>
    <w:p>
      <w:r>
        <w:br/>
        <w:t>Сніговії хуги!</w:t>
      </w:r>
    </w:p>
    <w:p>
      <w:r>
        <w:br/>
        <w:t>Всі дороги заметіть,</w:t>
      </w:r>
    </w:p>
    <w:p>
      <w:r>
        <w:br/>
        <w:t>В ліс нікого не пустіть!</w:t>
      </w:r>
    </w:p>
    <w:p>
      <w:r>
        <w:br/>
        <w:t>Починається віхола. Крізь снігову завісу майже не видно дідів у білих шубах і шапках. На галявину повертаються пасербиця і солдат. Вони грузнуть у заметах, затуляють обличчя од вітру. Удвох вони несуть ялинку.</w:t>
      </w:r>
    </w:p>
    <w:p>
      <w:r>
        <w:br/>
        <w:t>Солдат. Віхола яка розгулялася, — прямо кажучи, новорічна! Не видно нічого. Ось ялиночку прив’яжу й рушимо. А ти на мене не чекай, іди собі додому, бо замерзнеш у своїй одежинці, та й віхолою тебе замете!</w:t>
      </w:r>
    </w:p>
    <w:p>
      <w:r>
        <w:br/>
        <w:t>Пасербиця. Нічого, мені не в первину. (Допомагає прив’язати ялинку.)</w:t>
      </w:r>
    </w:p>
    <w:p>
      <w:r>
        <w:br/>
        <w:t>Солдат. Ось і готово. А тепер кроком руш, в путь-дорогу! Я вперед, а ти за мною, по моїх слідах. Так тобі легше буде. Ну, поїхали!</w:t>
      </w:r>
    </w:p>
    <w:p>
      <w:r>
        <w:br/>
        <w:t>Пасербиця. Поїхали. (Здригнулася.) Ох! Подивіться-но. Он там, за тими соснами, два діди в білих шубах стоять.</w:t>
      </w:r>
    </w:p>
    <w:p>
      <w:r>
        <w:br/>
        <w:t>Солдат. Які ще там діди? Де? (Робить крок уперед.) Це сосни.</w:t>
      </w:r>
    </w:p>
    <w:p>
      <w:r>
        <w:br/>
        <w:t>У цей час дерева зсовуються, і діди зникають за ними.</w:t>
      </w:r>
    </w:p>
    <w:p>
      <w:r>
        <w:br/>
        <w:t>Пасербиця. Та ні ж, я бачила. Два діди — в шубах, у шапках...</w:t>
      </w:r>
    </w:p>
    <w:p>
      <w:r>
        <w:br/>
        <w:t>Солдат. Нині й дерева в шубах та шапках стоять. Ходімо швидше, новорічну завірюху, та ще в лісовій глуші, ще й не таке приверзеться!</w:t>
      </w:r>
    </w:p>
    <w:p>
      <w:r>
        <w:br/>
        <w:t>Пасербиця і солдат ідуть геть. З-за дерев знов з’являються діди.</w:t>
      </w:r>
    </w:p>
    <w:p>
      <w:r>
        <w:br/>
        <w:t>Січень. Пішли? Ну, мабуть, це твої останні гості. Більше в цьому році людей у нас в лісі не буде. Клич братів новорічне вогнище розкладати.</w:t>
      </w:r>
    </w:p>
    <w:p>
      <w:r>
        <w:br/>
        <w:t>Грудень. А хто дрова принесе?</w:t>
      </w:r>
    </w:p>
    <w:p>
      <w:r>
        <w:br/>
        <w:t>Січень. Ми, зимові місяці!</w:t>
      </w:r>
    </w:p>
    <w:p>
      <w:r>
        <w:br/>
        <w:t>Грудень. А хто вогню принесе?</w:t>
      </w:r>
    </w:p>
    <w:p>
      <w:r>
        <w:br/>
        <w:t>Голоси з хащі. Весняні місяці!</w:t>
      </w:r>
    </w:p>
    <w:p>
      <w:r>
        <w:br/>
        <w:t>Грудень. Хто жар роздуватиме?</w:t>
      </w:r>
    </w:p>
    <w:p>
      <w:r>
        <w:br/>
        <w:t>Голоси. Літні місяці!</w:t>
      </w:r>
    </w:p>
    <w:p>
      <w:r>
        <w:br/>
        <w:t>Грудень. Хто жар заливатиме?</w:t>
      </w:r>
    </w:p>
    <w:p>
      <w:r>
        <w:br/>
        <w:t>Голоси. Осінні місяці!</w:t>
      </w:r>
    </w:p>
    <w:p>
      <w:r>
        <w:br/>
        <w:t>У глибині лісу мелькають чиїсь постаті. Крізь гілки світяться вогні.</w:t>
      </w:r>
    </w:p>
    <w:p>
      <w:r>
        <w:br/>
        <w:t>Січень. Що ж, брате, всі ми ніби зібрались — увесь рік. Замикай ліс на ніч, щоб ні ходу, ні виходу не було.</w:t>
      </w:r>
    </w:p>
    <w:p>
      <w:r>
        <w:br/>
        <w:t>Грудень. Гаразд, замкну!</w:t>
      </w:r>
    </w:p>
    <w:p>
      <w:r>
        <w:br/>
        <w:t>Віхола-метелиця</w:t>
      </w:r>
    </w:p>
    <w:p>
      <w:r>
        <w:br/>
        <w:t>Хай по лісі стелеться,</w:t>
      </w:r>
    </w:p>
    <w:p>
      <w:r>
        <w:br/>
        <w:t>Хай курить,</w:t>
      </w:r>
    </w:p>
    <w:p>
      <w:r>
        <w:br/>
        <w:t>Хай димить,</w:t>
      </w:r>
    </w:p>
    <w:p>
      <w:r>
        <w:br/>
        <w:t>Замітає землю вмить!</w:t>
      </w:r>
    </w:p>
    <w:p>
      <w:r>
        <w:br/>
        <w:t>Стань, завісо вітряна,</w:t>
      </w:r>
    </w:p>
    <w:p>
      <w:r>
        <w:br/>
        <w:t>Перед лісом, як стіна!</w:t>
      </w:r>
    </w:p>
    <w:p>
      <w:r>
        <w:br/>
        <w:t>Картина друга</w:t>
      </w:r>
    </w:p>
    <w:p>
      <w:r>
        <w:br/>
        <w:t>Палац. Класна кімната королеви. Шкільна дошка в розкішній золотій рамі. На оксамитовій подушці сидить і пише довгим золотим пером чотирнадцятилітня королева. Перед нею сивобородий професор арифметики і краснопису, подібний до старовинного астролога. Він у мантії, у докторському химерному ковпаку з китицею.</w:t>
      </w:r>
    </w:p>
    <w:p>
      <w:r>
        <w:br/>
        <w:t>Королева. Терпіти не можу писати! Усі пальці в чорнилі.</w:t>
      </w:r>
    </w:p>
    <w:p>
      <w:r>
        <w:br/>
        <w:t>Професор. Ви маєте рацію, ваша величносте. Це дуже неприємна справа. Недаремно старовинні поети обходились без письмового приладдя, тому їхні твори й віднесені наукою до розряду усної творчості. Проте наважуюсь попрохати вас накреслити власною вашої величності рукою ще чотири рядки.</w:t>
      </w:r>
    </w:p>
    <w:p>
      <w:r>
        <w:br/>
        <w:t>Травка зеленіє,</w:t>
      </w:r>
    </w:p>
    <w:p>
      <w:r>
        <w:br/>
        <w:t>Сонечко блищить.</w:t>
      </w:r>
    </w:p>
    <w:p>
      <w:r>
        <w:br/>
        <w:t>Ластівка з весною</w:t>
      </w:r>
    </w:p>
    <w:p>
      <w:r>
        <w:br/>
        <w:t>Вже до нас летить.</w:t>
      </w:r>
    </w:p>
    <w:p>
      <w:r>
        <w:br/>
        <w:t>Королева. Я напишу тільки: "Травка зеленіє". (Пише.) Травка зе-не...</w:t>
      </w:r>
    </w:p>
    <w:p>
      <w:r>
        <w:br/>
        <w:t>Входить державний канцлер.</w:t>
      </w:r>
    </w:p>
    <w:p>
      <w:r>
        <w:br/>
        <w:t>Канцлер. (низько схиляючись). Доброго ранку, ваша величносте. Дозвольте найшанобливіше просити вас підписати один рескрипт і три накази.</w:t>
      </w:r>
    </w:p>
    <w:p>
      <w:r>
        <w:br/>
        <w:t>Королева. Ще писати! Добре. Але тоді вже я не буду дописувати "зенеліє". Дайте сюди ваші папірці. (Підписує папери один за одним.)</w:t>
      </w:r>
    </w:p>
    <w:p>
      <w:r>
        <w:br/>
        <w:t>Канцлер. Дуже вдячний. А тепер дозволю собі попросити вас написати...</w:t>
      </w:r>
    </w:p>
    <w:p>
      <w:r>
        <w:br/>
        <w:t>Королева. Знов написати?</w:t>
      </w:r>
    </w:p>
    <w:p>
      <w:r>
        <w:br/>
        <w:t>Канцлер. Тільки вашу височайшу резолюцію на цьому проханні.</w:t>
      </w:r>
    </w:p>
    <w:p>
      <w:r>
        <w:br/>
        <w:t>Королева (нетерпляче). Що ж я повинна написати?</w:t>
      </w:r>
    </w:p>
    <w:p>
      <w:r>
        <w:br/>
        <w:t>Канцлер. Одне з двох, ваша величносте: "стратити" або "помилувати"...</w:t>
      </w:r>
    </w:p>
    <w:p>
      <w:r>
        <w:br/>
        <w:t>Королева (стиха). По-ми-лу-ва-ти... Стра-ти-ти... Краще напишу "стратити" — це коротше.</w:t>
      </w:r>
    </w:p>
    <w:p>
      <w:r>
        <w:br/>
        <w:t>Канцлер бере папери, кланяється і виходить.</w:t>
      </w:r>
    </w:p>
    <w:p>
      <w:r>
        <w:br/>
        <w:t>Професор (тяжко зітхаючи). ...Ах, ваша величносте, що ви написали!</w:t>
      </w:r>
    </w:p>
    <w:p>
      <w:r>
        <w:br/>
        <w:t>Королева. Ви знову помітили якусь помилку. Треба писати "стратети"?..</w:t>
      </w:r>
    </w:p>
    <w:p>
      <w:r>
        <w:br/>
        <w:t>Професор. Ні, ви правильно написали це слово — і все ж таки зробили дуже велику помилку. Ви вирішили долю людини, навіть не подумавши!</w:t>
      </w:r>
    </w:p>
    <w:p>
      <w:r>
        <w:br/>
        <w:t>Королева. От іще! Не можу ж я писати й думати водночас!</w:t>
      </w:r>
    </w:p>
    <w:p>
      <w:r>
        <w:br/>
        <w:t>Професор. І не треба. Спочатку треба подумати, а потім писати!</w:t>
      </w:r>
    </w:p>
    <w:p>
      <w:r>
        <w:br/>
        <w:t>Королева. Якби я вас слухалась, я б тільки й робила, що думала, думала і нарешті, напевно, збожеволіла б. Але, на щастя, я вас не слухаюсь... Ну, що там у вас? Питайте швидше, бо інакше я цілий вік не вийду з класної!</w:t>
      </w:r>
    </w:p>
    <w:p>
      <w:r>
        <w:br/>
        <w:t>Професор. Дозвольте спитати, скільки буде сім разів по вісім?</w:t>
      </w:r>
    </w:p>
    <w:p>
      <w:r>
        <w:br/>
        <w:t>Королева. Щось не пригадую... Це мене ніколи не цікавило... А вас?</w:t>
      </w:r>
    </w:p>
    <w:p>
      <w:r>
        <w:br/>
        <w:t>Професор. Звичайно, цікавило, ваша величносте!</w:t>
      </w:r>
    </w:p>
    <w:p>
      <w:r>
        <w:br/>
        <w:t>Королева. Як дивно! Ну, до побачення, наш урок закінчений. Сьогодні, перед Новим роком, у мене безліч справ.</w:t>
      </w:r>
    </w:p>
    <w:p>
      <w:r>
        <w:br/>
        <w:t>Професор. Якщо така воля вашої величності... (Сумно збирає книжки.)</w:t>
      </w:r>
    </w:p>
    <w:p>
      <w:r>
        <w:br/>
        <w:t>Королева. Справді ж, добре бути королевою. Усі мене слухають, навіть мій учитель. Скажіть, а що ви зробили б з іншою ученицею, якби вона відмовилась вам відповісти, скільки буде сім разів по вісім?</w:t>
      </w:r>
    </w:p>
    <w:p>
      <w:r>
        <w:br/>
        <w:t>Професор (боязко). Поставив би у куток.</w:t>
      </w:r>
    </w:p>
    <w:p>
      <w:r>
        <w:br/>
        <w:t>Королева. Ха-ха-ха! А якби вона й після цього не схотіла сказати?</w:t>
      </w:r>
    </w:p>
    <w:p>
      <w:r>
        <w:br/>
        <w:t>Професор. Я б... Прошу пробачення у вашої величності, я б залишив її без обіду...</w:t>
      </w:r>
    </w:p>
    <w:p>
      <w:r>
        <w:br/>
        <w:t>Королева. Без обіду? А якщо вона жде до обіду гостей наприклад, посланців якоїсь держави або іноземного принца?</w:t>
      </w:r>
    </w:p>
    <w:p>
      <w:r>
        <w:br/>
        <w:t>Професор. Та я ж говорю про звичайну школярку, ваша величносте.</w:t>
      </w:r>
    </w:p>
    <w:p>
      <w:r>
        <w:br/>
        <w:t>Королева (притягує крісло і сідає в нього). Ви, як виявляється, дуже жорстокий дідуган. А чи ви знаєте, що я можу вас стратити?!</w:t>
      </w:r>
    </w:p>
    <w:p>
      <w:r>
        <w:br/>
        <w:t>Професор (тремтячи). Ваша величносте!</w:t>
      </w:r>
    </w:p>
    <w:p>
      <w:r>
        <w:br/>
        <w:t>Королева. Так, так, можу. Чому б ні? Ви дуже свавільна людина... Що б я не сказала, ви кажете: неправильно. А я люблю, щоб зі мною погоджувались.</w:t>
      </w:r>
    </w:p>
    <w:p>
      <w:r>
        <w:br/>
        <w:t>Професор. Ваша величносте, присягаюсь життям, я більше ніколи не буду з вами сперечатись, якщо така ваша воля.</w:t>
      </w:r>
    </w:p>
    <w:p>
      <w:r>
        <w:br/>
        <w:t>Королева. Присягаєтесь життям? Ну, гаразд. Тоді продовжимо наш урок. Спитайте в мене що-небудь! (Сідає за парту.)</w:t>
      </w:r>
    </w:p>
    <w:p>
      <w:r>
        <w:br/>
        <w:t>Професор. Скільки буде шість разів по шість, ваша величносте?</w:t>
      </w:r>
    </w:p>
    <w:p>
      <w:r>
        <w:br/>
        <w:t>Королева (дивиться на нього, схиливши голову набік). Одинадцять.</w:t>
      </w:r>
    </w:p>
    <w:p>
      <w:r>
        <w:br/>
        <w:t>Професор (сумно). Абсолютно правильно, ваша величносте. А скільки буде вісім разів по вісім?</w:t>
      </w:r>
    </w:p>
    <w:p>
      <w:r>
        <w:br/>
        <w:t>Королева. Три.</w:t>
      </w:r>
    </w:p>
    <w:p>
      <w:r>
        <w:br/>
        <w:t>Професор. Правильно, ваша величносте. А скільки буде...</w:t>
      </w:r>
    </w:p>
    <w:p>
      <w:r>
        <w:br/>
        <w:t>Королева. Скільки та скільки! Яка-бо ви допитлива людина! Краще самі розкажіть мені щось цікаве. Щось новорічне. Адже ж завтра Новий рік.</w:t>
      </w:r>
    </w:p>
    <w:p>
      <w:r>
        <w:br/>
        <w:t>Професор. Ваш покірний слуга!.. Рік, ваша величносте, складається із дванадцяти місяців...</w:t>
      </w:r>
    </w:p>
    <w:p>
      <w:r>
        <w:br/>
        <w:t>Королева. Он як? Справді?</w:t>
      </w:r>
    </w:p>
    <w:p>
      <w:r>
        <w:br/>
        <w:t>Професор. Абсолютно точно, ваша величносте. Місяці звуться: січень, лютий, березень, квітень, травень, червень, липень.. .</w:t>
      </w:r>
    </w:p>
    <w:p>
      <w:r>
        <w:br/>
        <w:t>Королева. І ви знаєте всі на ймення? Яка у вас чудова пам’ять!</w:t>
      </w:r>
    </w:p>
    <w:p>
      <w:r>
        <w:br/>
        <w:t>Професор. Дуже вдячний, ваша величносте. Серпень, вересень, жовтень, листопад, грудень. Місяці йдуть один за одним. Тільки скінчиться один місяць, зразу ж починається другий. І ніколи ще не бувало, щоб лютий настав раніше, ніж січень, а вересень — раніше, ніж серпень.</w:t>
      </w:r>
    </w:p>
    <w:p>
      <w:r>
        <w:br/>
        <w:t>Королева. А якби я схотіла, щоб зараз настав квітень?</w:t>
      </w:r>
    </w:p>
    <w:p>
      <w:r>
        <w:br/>
        <w:t>Професор. Це неможливо, ваша величносте!</w:t>
      </w:r>
    </w:p>
    <w:p>
      <w:r>
        <w:br/>
        <w:t>Королева. Ви знов?.</w:t>
      </w:r>
    </w:p>
    <w:p>
      <w:r>
        <w:br/>
        <w:t>Професор (благально). Це не я заперечую... Це наука і природа!</w:t>
      </w:r>
    </w:p>
    <w:p>
      <w:r>
        <w:br/>
        <w:t>Королева. Скажіть, будь ласка! А коли я видам такий закон?</w:t>
      </w:r>
    </w:p>
    <w:p>
      <w:r>
        <w:br/>
        <w:t>Професор (безпорадно розводить руками). Боюсь, що й це не допоможе... Але навряд чи вашій величності будуть потрібні такі зміни в календарі. Адже кожен місяць приносить нам свої подарунки і розваги. Грудень, січень і лютий — санки та ковзани, новорічну ялинку, в березні починає танути сніг, у квітні з-під снігу визирають перші проліски...</w:t>
      </w:r>
    </w:p>
    <w:p>
      <w:r>
        <w:br/>
        <w:t>Королева. От я й хочу, щоб уже був квітень, я дуже люблю проліски! Я їх ніколи не бачила.</w:t>
      </w:r>
    </w:p>
    <w:p>
      <w:r>
        <w:br/>
        <w:t>Професор. До квітня лишилось зовсім небагато, ваша величносте, всього якихось три місяці, або дев’яносто днів.</w:t>
      </w:r>
    </w:p>
    <w:p>
      <w:r>
        <w:br/>
        <w:t>Королева. Дев’яносто? Я не можу чекати і трьох днів. Завтра новорічний прийом, і я хочу, щоб у мене на столі були ці... як ви їх назвали... проліски.</w:t>
      </w:r>
    </w:p>
    <w:p>
      <w:r>
        <w:br/>
        <w:t>Професор. Ваша величносте, але закони природи...</w:t>
      </w:r>
    </w:p>
    <w:p>
      <w:r>
        <w:br/>
        <w:t>Королева (перебиваючи його). Я видам новий закон природи!.. (Плеще в долоні.) Гей, пошліть до мене канцлера! (Професорові.) А ви сідайте за мою парту і пишіть! Тепер я вам буду диктувати. (Замислюється.) Ну! "Травка зеленіє, сонечко блищить, а в наших королівських лісах розцвітають весняні квіти. (Замислюється.) Тому наймилостивіше наказуємо приставити до Нового року в палац повний кошик пролісків. Того, хто виконає нашу височайшу волю, ми нагородимо по-королівському..." Що б таке пообіцяти? Пишіть: "Ми дамо йому стільки золота, скільки вміститься в його кошику, подаруємо шубу на сивій лисиці й дозволимо взяти участь у нашім новорічнім королівськім виїзді". Ну, написали?.. Як ви повільно пишете! Тепер дайте мені перо, я напишу своє високе ім’я.</w:t>
      </w:r>
    </w:p>
    <w:p>
      <w:r>
        <w:br/>
        <w:t>У цей час у дверях з’являється канцлер.</w:t>
      </w:r>
    </w:p>
    <w:p>
      <w:r>
        <w:br/>
        <w:t>Королева. Ставте печатку! І подбайте, щоб усі в місті знали мій наказ.</w:t>
      </w:r>
    </w:p>
    <w:p>
      <w:r>
        <w:br/>
        <w:t>Канцлер (пробігає очима). До цього — печатку?! Воля ваша, королево!</w:t>
      </w:r>
    </w:p>
    <w:p>
      <w:r>
        <w:br/>
        <w:t>Королева. Так, так, воля моя, і ви повинні її виконати!</w:t>
      </w:r>
    </w:p>
    <w:p>
      <w:r>
        <w:br/>
        <w:t>Завіса спускається. Один за одним виходять два глашатаї із сурмами і сувоями паперу в руках. Урочисті звуки сурем.</w:t>
      </w:r>
    </w:p>
    <w:p>
      <w:r>
        <w:br/>
        <w:t>Глашатаї. Під свято новорічне</w:t>
      </w:r>
    </w:p>
    <w:p>
      <w:r>
        <w:br/>
        <w:t>ми видали наказ:</w:t>
      </w:r>
    </w:p>
    <w:p>
      <w:r>
        <w:br/>
        <w:t>хай проліски у січні</w:t>
      </w:r>
    </w:p>
    <w:p>
      <w:r>
        <w:br/>
        <w:t>розквітнуть в лісі враз!</w:t>
      </w:r>
    </w:p>
    <w:p>
      <w:r>
        <w:br/>
        <w:t>У лісі квітнуть квіти,</w:t>
      </w:r>
    </w:p>
    <w:p>
      <w:r>
        <w:br/>
        <w:t>новий стрічають рік!</w:t>
      </w:r>
    </w:p>
    <w:p>
      <w:r>
        <w:br/>
        <w:t>Хто скаже, що не квітнуть, —</w:t>
      </w:r>
    </w:p>
    <w:p>
      <w:r>
        <w:br/>
        <w:t>той справжній бунтівник!</w:t>
      </w:r>
    </w:p>
    <w:p>
      <w:r>
        <w:br/>
        <w:t>Перший глашатай. А тому наймилостивіше наказуємо приставити на Новий рік до палацу повний кошик пролісків!</w:t>
      </w:r>
    </w:p>
    <w:p>
      <w:r>
        <w:br/>
        <w:t>Другий глашатай. Того, хто виконає нашу височайшу волю, ми нагородимо по-королівському!</w:t>
      </w:r>
    </w:p>
    <w:p>
      <w:r>
        <w:br/>
        <w:t>Перший глашатай. Під наказом власною її величності рукою підписано: "З Новим роком! З першим квітня!"</w:t>
      </w:r>
    </w:p>
    <w:p>
      <w:r>
        <w:br/>
        <w:t>Другий глашатай.</w:t>
      </w:r>
    </w:p>
    <w:p>
      <w:r>
        <w:br/>
        <w:t>Морозу вже не буде,</w:t>
      </w:r>
    </w:p>
    <w:p>
      <w:r>
        <w:br/>
        <w:t>і сніг розтане вмить!</w:t>
      </w:r>
    </w:p>
    <w:p>
      <w:r>
        <w:br/>
        <w:t>До лісу, добрі люди,</w:t>
      </w:r>
    </w:p>
    <w:p>
      <w:r>
        <w:br/>
        <w:t>За пролісками йдіть!</w:t>
      </w:r>
    </w:p>
    <w:p>
      <w:r>
        <w:br/>
        <w:t>Як пролісків хороших</w:t>
      </w:r>
    </w:p>
    <w:p>
      <w:r>
        <w:br/>
        <w:t>ви нам принесете...</w:t>
      </w:r>
    </w:p>
    <w:p>
      <w:r>
        <w:br/>
        <w:t>Червінців повен кошик</w:t>
      </w:r>
    </w:p>
    <w:p>
      <w:r>
        <w:br/>
        <w:t>одержите за те!</w:t>
      </w:r>
    </w:p>
    <w:p>
      <w:r>
        <w:br/>
        <w:t>Перший глашатай (плескаючи долонею по долоні).</w:t>
      </w:r>
    </w:p>
    <w:p>
      <w:r>
        <w:br/>
        <w:t>Брр!.. Холодно!</w:t>
      </w:r>
    </w:p>
    <w:p>
      <w:r>
        <w:br/>
        <w:t>Картина третя</w:t>
      </w:r>
    </w:p>
    <w:p>
      <w:r>
        <w:br/>
        <w:t>Маленький будиночок на околиці міста. Жарко топиться піч. За вікнами метелиця. Сутінки. Мачуха викачує тісто. Дочка сидить перед вогнем. Вона перебирає кошики. Спочатку бере маленький, потім більший, потім найбільший.</w:t>
      </w:r>
    </w:p>
    <w:p>
      <w:r>
        <w:br/>
        <w:t>Дочка (тримаючи в руках маленький кошик). А що, мамо, в цей кошик багато золота ввійде? На шубку вистачить?</w:t>
      </w:r>
    </w:p>
    <w:p>
      <w:r>
        <w:br/>
        <w:t>Мачуха. На ціле придане вистачить — і на шубки й на спіднички.</w:t>
      </w:r>
    </w:p>
    <w:p>
      <w:r>
        <w:br/>
        <w:t>Дочка. А в цей скільки влізе?</w:t>
      </w:r>
    </w:p>
    <w:p>
      <w:r>
        <w:br/>
        <w:t>Мачуха. А в цей ще більше. Тут вже й на будинок кам’яний вистачить, і на коня з гнуздечкою, і на баранця з овечкою.</w:t>
      </w:r>
    </w:p>
    <w:p>
      <w:r>
        <w:br/>
        <w:t>Дочка. Ну, а в цей?</w:t>
      </w:r>
    </w:p>
    <w:p>
      <w:r>
        <w:br/>
        <w:t>Мачуха. А тут вже нічого й казати! На золоті їстимеш питимеш, у золоті ходитимеш, у золото взуєшся, золотом вуха завісиш.</w:t>
      </w:r>
    </w:p>
    <w:p>
      <w:r>
        <w:br/>
        <w:t>Дочка. Ну, то я цього кошика й візьму! (Зітхаючи.) Одна біда — пролісків не знайти. Мабуть, посміятися з нас хотіла королева.</w:t>
      </w:r>
    </w:p>
    <w:p>
      <w:r>
        <w:br/>
        <w:t>Мачуха. Молода ще, от і вигадує всяку всячину.</w:t>
      </w:r>
    </w:p>
    <w:p>
      <w:r>
        <w:br/>
        <w:t>Дочка. А що як хто-небудь піде в ліс та й набере там пролісків? І дістанеться йому отакий кошик золота!</w:t>
      </w:r>
    </w:p>
    <w:p>
      <w:r>
        <w:br/>
        <w:t>Мачуха. Ну, де там набрати! Раніш весни пролісків і не побачиш. Глянь, які кучугури намело — аж під саму стріху.</w:t>
      </w:r>
    </w:p>
    <w:p>
      <w:r>
        <w:br/>
        <w:t>Дочка. А може, під кучугурами вони й ростуть собі потихесеньку? От надіну я свою кожушинку та й спробую пошукати.</w:t>
      </w:r>
    </w:p>
    <w:p>
      <w:r>
        <w:br/>
        <w:t>Мачуха. Що ти, донечко! Та я ж тебе й за поріг не випущу. Глянь у віконце, яка завірюха розгулялась. А до ночі хіба ж таке ще буде!</w:t>
      </w:r>
    </w:p>
    <w:p>
      <w:r>
        <w:br/>
        <w:t>Дочка (хапає найбільший кошик). Ні, піду. Хіба ж пощастить колись до палацу потрапити, до самої королеви на свято? Та ще кошик золота дадуть.</w:t>
      </w:r>
    </w:p>
    <w:p>
      <w:r>
        <w:br/>
        <w:t>Мачуха. Замерзнеш у лісі!</w:t>
      </w:r>
    </w:p>
    <w:p>
      <w:r>
        <w:br/>
        <w:t>Дочка. Ну самі до лісу йдіть, наберіть пролісків, а я їх до палацу віднесу.</w:t>
      </w:r>
    </w:p>
    <w:p>
      <w:r>
        <w:br/>
        <w:t>Мачуха. Чи ж тобі, донечко, рідної матері не шкода?</w:t>
      </w:r>
    </w:p>
    <w:p>
      <w:r>
        <w:br/>
        <w:t>Дочка. Хоч і шкода вас, та й золота шкода, а ще більше себе шкода!</w:t>
      </w:r>
    </w:p>
    <w:p>
      <w:r>
        <w:br/>
        <w:t>Мачуха. Хороша дочка, що й казати! В таку негоду хазяїн собаки на вулицю не вижене, а вона матір жене.</w:t>
      </w:r>
    </w:p>
    <w:p>
      <w:r>
        <w:br/>
        <w:t>Дочка. Еге ж, вас виженеш! Ви й кроку, для дочки не ступите. Отак і просидиш через вас у свято в кухні біля печі. А інші з королевою в срібних санках кататимуться, золото лопатою загрібатимуть... (Плаче.)</w:t>
      </w:r>
    </w:p>
    <w:p>
      <w:r>
        <w:br/>
        <w:t>Мачуха. Та цить, донечко, не плач! Поїж-но пиріжка гарячого...</w:t>
      </w:r>
    </w:p>
    <w:p>
      <w:r>
        <w:br/>
        <w:t>Дочка (крізь сльози). Не треба мені пиріжків! Коли не хочете самі йти й мене не пускаєте, то нехай сестра піде. Прийде з лісу, а ви її знов пошліть.</w:t>
      </w:r>
    </w:p>
    <w:p>
      <w:r>
        <w:br/>
        <w:t>Мачуха. Та й справді! Чого б не послати? Ліс недалечко, збігати недовго. Набере вона квіточок, ми з тобою їх до палацу віднесем. А замерзне... То, значить, така вже її доля. Хто за нею плакатиме?</w:t>
      </w:r>
    </w:p>
    <w:p>
      <w:r>
        <w:br/>
        <w:t>Дочка. Та певно, не я. До чого вона мені набридла! За ворота вийти не можна — сусіди тільки про неї і говорять: "Сирітка нещасна!" "Робітниця — золоті руки!" "Красуня очей не відведеш!" А чим я за неї гірша?</w:t>
      </w:r>
    </w:p>
    <w:p>
      <w:r>
        <w:br/>
        <w:t>Мачуха. Що ти, донечко? Як на мене, ти краща, а не гірша. Та тільки не кожен це бачить. Вона ж хитра, підлеститись уміє. Тому поклониться, цьому посміхнеться. от усі й жаліють її. Сирітка та сирітка! А чого їй, сирітці, бракує? Хустку я їй свою віддала, зовсім добра хустка, і семи років я її не проносила, а потім тільки макітру обгортала. Черевички твої позаторішні доношувати їй дозволила. Чи мені шкода? А вже хліба скільки на неї йде! Вранці шмат, та в обід окраєць, та ввечері шкоринка. Скільки це за рік вийде! Адже днів у році багато. Інша не знала б, як віддячити, а від цієї слова не почуєш.</w:t>
      </w:r>
    </w:p>
    <w:p>
      <w:r>
        <w:br/>
        <w:t>Дочка. Ну от, нехай і піде до лісу. Дамо їй кошика що найбільшого.</w:t>
      </w:r>
    </w:p>
    <w:p>
      <w:r>
        <w:br/>
        <w:t>Мачуха. Що ти, донечко! Цей кошик новий, недавно куплений. Шукай його потім у лісі. Ось цього дамо — і пропаде, так не шкода.</w:t>
      </w:r>
    </w:p>
    <w:p>
      <w:r>
        <w:br/>
        <w:t>Дочка. Та це малий дуже!</w:t>
      </w:r>
    </w:p>
    <w:p>
      <w:r>
        <w:br/>
        <w:t>Входить пасербиця. Хустка на ній вся засипана снігом. Вона знімає її із себе, струшує, потім підходить до печі й гріє руки.</w:t>
      </w:r>
    </w:p>
    <w:p>
      <w:r>
        <w:br/>
        <w:t>Пасербиця. Мете, що ні землі, ні неба не видно. Ледь добралася.</w:t>
      </w:r>
    </w:p>
    <w:p>
      <w:r>
        <w:br/>
        <w:t>Мачуха. На те й зима, щоб віхола була.</w:t>
      </w:r>
    </w:p>
    <w:p>
      <w:r>
        <w:br/>
        <w:t>Пасербиця. Ні, такої віхоли за цілий рік не було. Та й не буде.</w:t>
      </w:r>
    </w:p>
    <w:p>
      <w:r>
        <w:br/>
        <w:t>Дочка. Ну що, зогрілася? Треба тобі ще декуди збігати. До лісу.</w:t>
      </w:r>
    </w:p>
    <w:p>
      <w:r>
        <w:br/>
        <w:t>Пасербиця. Чого? Я хмизу багато привезла, на тиждень вистачить.</w:t>
      </w:r>
    </w:p>
    <w:p>
      <w:r>
        <w:br/>
        <w:t>Дочка. Та не по хмиз, а по проліски!</w:t>
      </w:r>
    </w:p>
    <w:p>
      <w:r>
        <w:br/>
        <w:t>Пасербиця (сміючись). Хіба що по проліски! А я зразу й не добрала, що ти жартуєш. Злякалася: нині й загинути неважко — сніг так і сипле.</w:t>
      </w:r>
    </w:p>
    <w:p>
      <w:r>
        <w:br/>
        <w:t>Дочка. А я й не жартую. Ти хіба про наказ не чула? Тому, хто сьогодні пролісків набере, королева цілий кошик золота дасть!</w:t>
      </w:r>
    </w:p>
    <w:p>
      <w:r>
        <w:br/>
        <w:t>Пасербиця. Та які ж зараз проліски? Адже ж зима...</w:t>
      </w:r>
    </w:p>
    <w:p>
      <w:r>
        <w:br/>
        <w:t>Мачуха. Навесні за проліски не золотом платять, а міддю.</w:t>
      </w:r>
    </w:p>
    <w:p>
      <w:r>
        <w:br/>
        <w:t>Дочка. Та що там балакати! Ось тобі кошик.</w:t>
      </w:r>
    </w:p>
    <w:p>
      <w:r>
        <w:br/>
        <w:t>Пасербиця (дивиться у вікно). Сутеніє вже.</w:t>
      </w:r>
    </w:p>
    <w:p>
      <w:r>
        <w:br/>
        <w:t>Мачуха. А ти б іще довше по хмиз ходила, то б зовсім поночі стало.</w:t>
      </w:r>
    </w:p>
    <w:p>
      <w:r>
        <w:br/>
        <w:t>Пасербиця. Може, завтра піти? Я ранесенько встану, ледь розвидниться.</w:t>
      </w:r>
    </w:p>
    <w:p>
      <w:r>
        <w:br/>
        <w:t>Дочка. Отак на нас у палаці й чекатимуть! Адже ж квіти до свята потрібні.</w:t>
      </w:r>
    </w:p>
    <w:p>
      <w:r>
        <w:br/>
        <w:t>Пасербиця. Та хіба й розгледиш їх у таку темряву?</w:t>
      </w:r>
    </w:p>
    <w:p>
      <w:r>
        <w:br/>
        <w:t>Дочка (жуючи пиріжок). А ти нижче нахиляйся та краще придивляйся.</w:t>
      </w:r>
    </w:p>
    <w:p>
      <w:r>
        <w:br/>
        <w:t>Пасербиця. Не піду я! Невже вам мене не шкода? Загину я в лісі.</w:t>
      </w:r>
    </w:p>
    <w:p>
      <w:r>
        <w:br/>
        <w:t>Дочка. А що ж, мені замість тебе до лісу йти?</w:t>
      </w:r>
    </w:p>
    <w:p>
      <w:r>
        <w:br/>
        <w:t>Пасербиця (схиливши голову). Та золото ж не мені потрібне.</w:t>
      </w:r>
    </w:p>
    <w:p>
      <w:r>
        <w:br/>
        <w:t>Мачуха. Авжеж, ти все маєш, все в мачухи та в сестри знайдеться.</w:t>
      </w:r>
    </w:p>
    <w:p>
      <w:r>
        <w:br/>
        <w:t>Дочка. Вона в нас багата, від цілого кошика золота відмовляється! Ну, чи ти підеш, чи ні? Кажи прямо. Не підеш? Де моя кожушинка? (Зі слізьми в голосі.) Хай вона собі тут біля печі гріється, пироги їсть, а я до півночі по лісі буду ходити, в заметах грузнути... (Хапає кожушок і біжить до дверей.)</w:t>
      </w:r>
    </w:p>
    <w:p>
      <w:r>
        <w:br/>
        <w:t>Мачуха (ловить її за поли). Ти куди? Сідай на місце, дурненька! (До пасербиці.) А ти хустину на голову, кошик у руки й іди! Гляди мені: якщо довідаюсь, що ти у сусідів просиділа, в хату не пущу — замерзай надворі!</w:t>
      </w:r>
    </w:p>
    <w:p>
      <w:r>
        <w:br/>
        <w:t>Дочка. Іди та без пролісків не повертайся!</w:t>
      </w:r>
    </w:p>
    <w:p>
      <w:r>
        <w:br/>
        <w:t>Пасербиця закутується хустиною, бере кошик і виходить. Мовчанка.</w:t>
      </w:r>
    </w:p>
    <w:p>
      <w:r>
        <w:br/>
        <w:t>Мачуха (озирнувшись на двері). І двері за собою як слід не причинила. Он як дме! Замкни двері, донечко. І накривай стіл. Вечеряти пора.</w:t>
      </w:r>
    </w:p>
    <w:p>
      <w:r>
        <w:br/>
        <w:t>Дія друга</w:t>
      </w:r>
    </w:p>
    <w:p>
      <w:r>
        <w:br/>
        <w:t>Картина перша</w:t>
      </w:r>
    </w:p>
    <w:p>
      <w:r>
        <w:br/>
        <w:t>Ліс. Іде лапатий сніг. Густі сутінки. Пасербиця пробирається крізь високі замети. Кутається в подерту хустину. Дме на закляклі руки. У лісі стає все темніше.</w:t>
      </w:r>
    </w:p>
    <w:p>
      <w:r>
        <w:br/>
        <w:t>Пасербиця (спотикається, заплутується в чагарях). Не піду далі. Усе одно, де замерзати. (Сідає на повалене дерево.) Темно як! І не знаю, куди зайшла. Тут і вдень заблукати легко, а вже вночі — й поготів. От і прийшла моя смерть. Небагато я доброго бачила, а все ж таки боязко вмирати... Хіба що гукнути на допомогу? Може, й почує хтось — лісник чи дроворуб запізнілий, або мисливець. Агов! Рятуйте! Ніхто не відгукується. Що ж мені робити? А що як вовки наскочать? Щось світиться, он-он, вдалині. А може, це вовчі очі? Та ні, вовчі очі зелені, а це золотий вогник. Може, лісникова хатка недалечко або дроворуби вогнище розклали? Треба йти. Ох, ноги не йдуть, задубіли зовсім! (Іде через силу, провалюється в замети, пролазить через повалені стовбури.) Аби тільки вогник не погас! Ні, він усе ясніше горить. І димком ніби потягло. Невже вогнище? (Іде, розсуваючи гілки густих ялин.)</w:t>
      </w:r>
    </w:p>
    <w:p>
      <w:r>
        <w:br/>
        <w:t>Навколо стає все світліше. І раптом перед дівчинкою відкривається галявина, посеред якої жарко палає багаття. Навколо багаття сидять люди. Їх дванадцятеро: троє старих, троє літніх, троє молодих; а останні троє – ще зовсім юнаки. На двох старих — білі довгі шуби, волохаті білі шапки, на третьому — біла шуба з чорними смугами. Один з літніх — у золотаво-червоній, другий — в іржаво-рудій, третій — у бурій одежі. Решта шестеро — у зелених, різного відтінку, жупанах, гаптованих кольоровими візерунками. У одного з юнаків поверх зеленого жупана — шубка наопаш, у другого – шубка на однім плечі. Дівчина спиняється між ялин і, не наважуючись вийти на галявину, прислухається до того, що говорять брати.</w:t>
      </w:r>
    </w:p>
    <w:p>
      <w:r>
        <w:br/>
        <w:t>Січень (кидає у вогонь оберемок хмизу).</w:t>
      </w:r>
    </w:p>
    <w:p>
      <w:r>
        <w:br/>
        <w:t>Гори, гори ясно, —</w:t>
      </w:r>
    </w:p>
    <w:p>
      <w:r>
        <w:br/>
        <w:t>Літо буде красне,</w:t>
      </w:r>
    </w:p>
    <w:p>
      <w:r>
        <w:br/>
        <w:t>А зима тепліша,</w:t>
      </w:r>
    </w:p>
    <w:p>
      <w:r>
        <w:br/>
        <w:t>А весна миліша.</w:t>
      </w:r>
    </w:p>
    <w:p>
      <w:r>
        <w:br/>
        <w:t>Червень.</w:t>
      </w:r>
    </w:p>
    <w:p>
      <w:r>
        <w:br/>
        <w:t>Гори, гори ясно, —</w:t>
      </w:r>
    </w:p>
    <w:p>
      <w:r>
        <w:br/>
        <w:t>Ягід буде рясно!</w:t>
      </w:r>
    </w:p>
    <w:p>
      <w:r>
        <w:br/>
        <w:t>Де сніги біліші, —</w:t>
      </w:r>
    </w:p>
    <w:p>
      <w:r>
        <w:br/>
        <w:t>Буде ще рясніше!</w:t>
      </w:r>
    </w:p>
    <w:p>
      <w:r>
        <w:br/>
        <w:t>Травень.</w:t>
      </w:r>
    </w:p>
    <w:p>
      <w:r>
        <w:br/>
        <w:t>Квіти скрізь яснітимуть,</w:t>
      </w:r>
    </w:p>
    <w:p>
      <w:r>
        <w:br/>
        <w:t>Бджоли мед носитимуть.</w:t>
      </w:r>
    </w:p>
    <w:p>
      <w:r>
        <w:br/>
        <w:t>Липень.</w:t>
      </w:r>
    </w:p>
    <w:p>
      <w:r>
        <w:br/>
        <w:t>На полях пшениця</w:t>
      </w:r>
    </w:p>
    <w:p>
      <w:r>
        <w:br/>
        <w:t>Буде колоситься.</w:t>
      </w:r>
    </w:p>
    <w:p>
      <w:r>
        <w:br/>
        <w:t>Усі.</w:t>
      </w:r>
    </w:p>
    <w:p>
      <w:r>
        <w:br/>
        <w:t>Гори, гори ясно,</w:t>
      </w:r>
    </w:p>
    <w:p>
      <w:r>
        <w:br/>
        <w:t>Щоб не погасло!</w:t>
      </w:r>
    </w:p>
    <w:p>
      <w:r>
        <w:br/>
        <w:t>Дівчина спочатку не наважується вийти на галявину. Потім, насмілившись, поволі виходить з-за дерев. Дванадцять братів, замовкнувши, повертаються до неї.</w:t>
      </w:r>
    </w:p>
    <w:p>
      <w:r>
        <w:br/>
        <w:t>Пасербиця (вклинившись). Добривечір.</w:t>
      </w:r>
    </w:p>
    <w:p>
      <w:r>
        <w:br/>
        <w:t>Січень. І тобі вечір добрий.</w:t>
      </w:r>
    </w:p>
    <w:p>
      <w:r>
        <w:br/>
        <w:t>Пасербиця. Якщо не заваджу, дозвольте мені біля вогнища погрітися.</w:t>
      </w:r>
    </w:p>
    <w:p>
      <w:r>
        <w:br/>
        <w:t>Лютий (хитаючи головою). Не бувало ще такого зроду, щоб хтось, крім нас, коло цього вогнища сидів.</w:t>
      </w:r>
    </w:p>
    <w:p>
      <w:r>
        <w:br/>
        <w:t>Квітень. Та коли прийшов хтось до нашого вогника, то нехай гріється.</w:t>
      </w:r>
    </w:p>
    <w:p>
      <w:r>
        <w:br/>
        <w:t>Січень. Ану, підходь, красуне, підходь, та гляди, щоб не опектися.</w:t>
      </w:r>
    </w:p>
    <w:p>
      <w:r>
        <w:br/>
        <w:t>Пасербиця. Спасибі, дідусю. (Підходить до вогню і гріє руки.) Який же вогонь у вас жаркий! Аж серцю гаряче стало. Відігрілася я. Спасибі вам.</w:t>
      </w:r>
    </w:p>
    <w:p>
      <w:r>
        <w:br/>
        <w:t>Січень. А що це в тебе в руках, дівчино? Кошик, чи що? По шишки, абощо, ти прийшла під самісінький Новий рік, та ще в таку метелицю?</w:t>
      </w:r>
    </w:p>
    <w:p>
      <w:r>
        <w:br/>
        <w:t>Лютий. Лісові теж відпочити треба — не все ж його оббирати!</w:t>
      </w:r>
    </w:p>
    <w:p>
      <w:r>
        <w:br/>
        <w:t>Пасербиця. Не своєю волею я прийшла і не по шишки.</w:t>
      </w:r>
    </w:p>
    <w:p>
      <w:r>
        <w:br/>
        <w:t>Серпень (посміхається). То, може, по гриби?</w:t>
      </w:r>
    </w:p>
    <w:p>
      <w:r>
        <w:br/>
        <w:t>Пасербиця. Не по гриби. Прислала мене мачуха збирати проліски.</w:t>
      </w:r>
    </w:p>
    <w:p>
      <w:r>
        <w:br/>
        <w:t>Березень (сміючись і штовхаючи під бік Квітня-місяця).Чуєш, братику? Проліски збирати! Значить, твоя гостя, приймай! (Усі сміються.)</w:t>
      </w:r>
    </w:p>
    <w:p>
      <w:r>
        <w:br/>
        <w:t>Пасербиця. Я і сама по сміялася б, та не до сміху мені. Наказала мені мачуха без пролісків додому не вертатись.</w:t>
      </w:r>
    </w:p>
    <w:p>
      <w:r>
        <w:br/>
        <w:t>Лютий. Навіщо їй серед зими проліски знадобилися?</w:t>
      </w:r>
    </w:p>
    <w:p>
      <w:r>
        <w:br/>
        <w:t>Пасербиця. Не квіти їй потрібні, а золото. Обіцяла наша королева цілий кошик золота тому, хто принесе кошик пролісків. От мене й послали до лісу.</w:t>
      </w:r>
    </w:p>
    <w:p>
      <w:r>
        <w:br/>
        <w:t>Січень. Кепська твоя справа, голубонько. Не час тепер для пролісків, треба Квітня-місяця чекати.</w:t>
      </w:r>
    </w:p>
    <w:p>
      <w:r>
        <w:br/>
        <w:t>Пасербиця. Я й сама те знаю, дідусю. Та дітися мені нікуди. Ну, спасибі вам за тепло та за ласку. (Бере свій кошик, і поволі йде до дерев.)</w:t>
      </w:r>
    </w:p>
    <w:p>
      <w:r>
        <w:br/>
        <w:t>Квітень. Зажди, дівчино, не поспішай! (Підходить до Січня і кланяється йому.) Братику Січню, відступи мені на годину своє місце.</w:t>
      </w:r>
    </w:p>
    <w:p>
      <w:r>
        <w:br/>
        <w:t>Січень. Я відступив би, та не бувати Квітню раніше Березня місяця.</w:t>
      </w:r>
    </w:p>
    <w:p>
      <w:r>
        <w:br/>
        <w:t>Березень. Ну, за мною діло не стане. Що ти скажеш, братику Лютий?</w:t>
      </w:r>
    </w:p>
    <w:p>
      <w:r>
        <w:br/>
        <w:t>Лютий. Та вже добре, і я відступлю, сперечатись не буду.</w:t>
      </w:r>
    </w:p>
    <w:p>
      <w:r>
        <w:br/>
        <w:t>Січень. Будь по-вашому! (Вдаряє об землю льодовою патерицею.)</w:t>
      </w:r>
    </w:p>
    <w:p>
      <w:r>
        <w:br/>
        <w:t>Не тріщіть ви, морози,</w:t>
      </w:r>
    </w:p>
    <w:p>
      <w:r>
        <w:br/>
        <w:t>У дрімучім бору,</w:t>
      </w:r>
    </w:p>
    <w:p>
      <w:r>
        <w:br/>
        <w:t>На сосні, верболозах</w:t>
      </w:r>
    </w:p>
    <w:p>
      <w:r>
        <w:br/>
        <w:t>Не гризіть ви кору!</w:t>
      </w:r>
    </w:p>
    <w:p>
      <w:r>
        <w:br/>
        <w:t>Годі вам пташенят</w:t>
      </w:r>
    </w:p>
    <w:p>
      <w:r>
        <w:br/>
        <w:t>Заморожувать,</w:t>
      </w:r>
    </w:p>
    <w:p>
      <w:r>
        <w:br/>
        <w:t>У барлогах звірят</w:t>
      </w:r>
    </w:p>
    <w:p>
      <w:r>
        <w:br/>
        <w:t>Вихолоджувать!</w:t>
      </w:r>
    </w:p>
    <w:p>
      <w:r>
        <w:br/>
        <w:t>У лісі стає тихо. Метелиця вщухає. Небо вкривається зорями.</w:t>
      </w:r>
    </w:p>
    <w:p>
      <w:r>
        <w:br/>
        <w:t>Ну, тепер твоя черга, братику Лютий! (Передає свою патерицю Лютому.)</w:t>
      </w:r>
    </w:p>
    <w:p>
      <w:r>
        <w:br/>
        <w:t>Лютий (вдаряє патерицею об землю).</w:t>
      </w:r>
    </w:p>
    <w:p>
      <w:r>
        <w:br/>
        <w:t>Вітри, бурі, урагани,</w:t>
      </w:r>
    </w:p>
    <w:p>
      <w:r>
        <w:br/>
        <w:t>Дмухайте щосили.</w:t>
      </w:r>
    </w:p>
    <w:p>
      <w:r>
        <w:br/>
        <w:t>Хуги, вихори, бурани,</w:t>
      </w:r>
    </w:p>
    <w:p>
      <w:r>
        <w:br/>
        <w:t>Розгуляйтесь сміло!</w:t>
      </w:r>
    </w:p>
    <w:p>
      <w:r>
        <w:br/>
        <w:t>Ви женіть над нашим краєм</w:t>
      </w:r>
    </w:p>
    <w:p>
      <w:r>
        <w:br/>
        <w:t>Хмар пухнастих зграю!</w:t>
      </w:r>
    </w:p>
    <w:p>
      <w:r>
        <w:br/>
        <w:t>Хай над полем та над гаєм</w:t>
      </w:r>
    </w:p>
    <w:p>
      <w:r>
        <w:br/>
        <w:t>Віхола гуляє!</w:t>
      </w:r>
    </w:p>
    <w:p>
      <w:r>
        <w:br/>
        <w:t>У вітах гуде вітер. Галявиною кружить віхола, підіймає снігові вихори.</w:t>
      </w:r>
    </w:p>
    <w:p>
      <w:r>
        <w:br/>
        <w:t>Тепер твоя черга, братику Березню!</w:t>
      </w:r>
    </w:p>
    <w:p>
      <w:r>
        <w:br/>
        <w:t>Березень бере патерицю, і вона перетворюється у гілку, вкриту бруньками.</w:t>
      </w:r>
    </w:p>
    <w:p>
      <w:r>
        <w:br/>
        <w:t>Березень.</w:t>
      </w:r>
    </w:p>
    <w:p>
      <w:r>
        <w:br/>
        <w:t>Сніг тепер уже поблід,</w:t>
      </w:r>
    </w:p>
    <w:p>
      <w:r>
        <w:br/>
        <w:t>Потемнішав в полі.</w:t>
      </w:r>
    </w:p>
    <w:p>
      <w:r>
        <w:br/>
        <w:t>На озерах тріснув лід,</w:t>
      </w:r>
    </w:p>
    <w:p>
      <w:r>
        <w:br/>
        <w:t>Наче розкололи.</w:t>
      </w:r>
    </w:p>
    <w:p>
      <w:r>
        <w:br/>
        <w:t>Линуть хмарки навпростець,</w:t>
      </w:r>
    </w:p>
    <w:p>
      <w:r>
        <w:br/>
        <w:t>Веселіше в лісі.</w:t>
      </w:r>
    </w:p>
    <w:p>
      <w:r>
        <w:br/>
        <w:t>Зацвірінькав горобець</w:t>
      </w:r>
    </w:p>
    <w:p>
      <w:r>
        <w:br/>
        <w:t>У селі на стрісі.</w:t>
      </w:r>
    </w:p>
    <w:p>
      <w:r>
        <w:br/>
        <w:t>Сніг темніє й осідає. Починається капіж. На деревах з’являються бруньки.</w:t>
      </w:r>
    </w:p>
    <w:p>
      <w:r>
        <w:br/>
        <w:t>Ну, тепер ти бери патерицю, братику Квітню!</w:t>
      </w:r>
    </w:p>
    <w:p>
      <w:r>
        <w:br/>
        <w:t>Квітень бере патерицю, каже дзвінко, на весь хлоп’ячий голос.</w:t>
      </w:r>
    </w:p>
    <w:p>
      <w:r>
        <w:br/>
        <w:t>Розбігайтеся, струмки,</w:t>
      </w:r>
    </w:p>
    <w:p>
      <w:r>
        <w:br/>
        <w:t>Дзюркотіть по полю.</w:t>
      </w:r>
    </w:p>
    <w:p>
      <w:r>
        <w:br/>
        <w:t>Виповзайте, комашки,</w:t>
      </w:r>
    </w:p>
    <w:p>
      <w:r>
        <w:br/>
        <w:t>Із щілин на волю!</w:t>
      </w:r>
    </w:p>
    <w:p>
      <w:r>
        <w:br/>
        <w:t>Темний лісе, пробудись,</w:t>
      </w:r>
    </w:p>
    <w:p>
      <w:r>
        <w:br/>
        <w:t>Слухай пісню Квітня!</w:t>
      </w:r>
    </w:p>
    <w:p>
      <w:r>
        <w:br/>
        <w:t>Розцвітайте всюди й скрізь</w:t>
      </w:r>
    </w:p>
    <w:p>
      <w:r>
        <w:br/>
        <w:t>Проліски блакитні!</w:t>
      </w:r>
    </w:p>
    <w:p>
      <w:r>
        <w:br/>
        <w:t>У лісі й на галяві все змінюється. Тане останній сніг. На горбочках під деревами з’являються блакитні й білі квіти. Пасербиця стоїть, занімівши від подиву.</w:t>
      </w:r>
    </w:p>
    <w:p>
      <w:r>
        <w:br/>
        <w:t>Квітень. Чого ж ти стоїш? Поспішай. Нам з тобою тільки одну годинку брати мої подарували.</w:t>
      </w:r>
    </w:p>
    <w:p>
      <w:r>
        <w:br/>
        <w:t>Пасербиця. Та як же все це сталося? Невже ж заради мене весна серед зими настала? Очам своїм повірити не смію!</w:t>
      </w:r>
    </w:p>
    <w:p>
      <w:r>
        <w:br/>
        <w:t>Квітень. Вір не вір, а біжи швидше проліски збирати! Бо зима повернеться, а в тебе ще кошик порожній.</w:t>
      </w:r>
    </w:p>
    <w:p>
      <w:r>
        <w:br/>
        <w:t>Пасербиця. Біжу, біжу! (Зникає між дерев.)</w:t>
      </w:r>
    </w:p>
    <w:p>
      <w:r>
        <w:br/>
        <w:t>Січень (напівголосно). Я її зразу впізнав, як тільки побачив. І хусточка на ній та сама дірява, й чобітки плохенькі. Ми, зимові місяці, її добре знаємо. Чи то біля ополонки її зустрінеш з відрами, чи то в лісі з оберемком хмизу, і завжди вона весела, привітна, іде собі — співає. А нині засумувала.</w:t>
      </w:r>
    </w:p>
    <w:p>
      <w:r>
        <w:br/>
        <w:t>Червень. Та й ми, літні місяці, її знаємо не менше. Ще й сонце не встане, а вона вже коло грядки — поле, підв’язує, гусінь оббирає. У ліс прийде — гілки даремно не зламає. Стиглу ягоду бере, а зелену на кущі залишає!</w:t>
      </w:r>
    </w:p>
    <w:p>
      <w:r>
        <w:br/>
        <w:t>Листопад. Я її не раз дощем поливав. Жаль бере, та нічого не зробиш!</w:t>
      </w:r>
    </w:p>
    <w:p>
      <w:r>
        <w:br/>
        <w:t>Лютий. Ох, і від мене вона мало добра бачила! Я її вітром проймав, холодом морозив. Знає вона Лютий-місяць, та зате ж і Лютий її знає. Такій, як вона, не шкода серед зими весну на годинку подарувати.</w:t>
      </w:r>
    </w:p>
    <w:p>
      <w:r>
        <w:br/>
        <w:t>Квітень. Чого ж тільки на годинку? Я б з нею цілий вік не розлучався!</w:t>
      </w:r>
    </w:p>
    <w:p>
      <w:r>
        <w:br/>
        <w:t>Вересень. Так, хороша дівчина. Кращої хазяйки ніде не знайдеш.</w:t>
      </w:r>
    </w:p>
    <w:p>
      <w:r>
        <w:br/>
        <w:t>Квітень. Ну, якщо вона усім вам до вподоби, так подарую я їй свою весільну каблучку!</w:t>
      </w:r>
    </w:p>
    <w:p>
      <w:r>
        <w:br/>
        <w:t>З-за дерев виходить пасербиця. В руках у неї повен кошик пролісків.</w:t>
      </w:r>
    </w:p>
    <w:p>
      <w:r>
        <w:br/>
        <w:t>Січень. Вже повен кошик зібрала? Моторні в тебе руки.</w:t>
      </w:r>
    </w:p>
    <w:p>
      <w:r>
        <w:br/>
        <w:t>Пасербиця. Та їх там сила-силенна! Ніколи я стільки пролісків не бачила. Та все такі великі. Спасибі вам, господарі, за ласку. Якби не ви, не бачити б мені більш ні сонечка, ані пролісків! (Уклоняється Січневі.)</w:t>
      </w:r>
    </w:p>
    <w:p>
      <w:r>
        <w:br/>
        <w:t>Січень. Не мені вклоняйся, а братові моєму меншому, Квітневі-місяцю. Він за тебе просив, він і квіти для тебе з-під снігу вивів.</w:t>
      </w:r>
    </w:p>
    <w:p>
      <w:r>
        <w:br/>
        <w:t>Пасербиця (обертається до Квітня-місяця). Спасибі тобі, Квітню-місяцю! Завжди я тобі раділа, а тепер — як у вічі побачила, повік не забуду.</w:t>
      </w:r>
    </w:p>
    <w:p>
      <w:r>
        <w:br/>
        <w:t>Квітень. А щоб і справді не забула, ось тобі каблучка на спогад. Дивись на неї та згадуй мене. Якщо трапиться з тобою лихо, кинь її і прокажи:</w:t>
      </w:r>
    </w:p>
    <w:p>
      <w:r>
        <w:br/>
        <w:t>Ти котись, каблучко,</w:t>
      </w:r>
    </w:p>
    <w:p>
      <w:r>
        <w:br/>
        <w:t>На весняну лучку,</w:t>
      </w:r>
    </w:p>
    <w:p>
      <w:r>
        <w:br/>
        <w:t>У літнії сіни,</w:t>
      </w:r>
    </w:p>
    <w:p>
      <w:r>
        <w:br/>
        <w:t>В теремок осінній,</w:t>
      </w:r>
    </w:p>
    <w:p>
      <w:r>
        <w:br/>
        <w:t>По зимовому вбранню</w:t>
      </w:r>
    </w:p>
    <w:p>
      <w:r>
        <w:br/>
        <w:t>До новорічного вогню!</w:t>
      </w:r>
    </w:p>
    <w:p>
      <w:r>
        <w:br/>
        <w:t>Ми й прийдемо тобі на допомогу. Всі дванадцятеро прийдемо, як один, — з грозою, з віхолою, з весняною втіхою! Ну, прощавай, та каблучку мою бережи. Загубиш її — мене загубиш.</w:t>
      </w:r>
    </w:p>
    <w:p>
      <w:r>
        <w:br/>
        <w:t>Пасербиця. Не загублю. Я з цією каблучкою нізащо не розлучусь. Вона мені над усе на світі дорожча буде.</w:t>
      </w:r>
    </w:p>
    <w:p>
      <w:r>
        <w:br/>
        <w:t>Січень. А тепер послухай, що я скажу! Довелось тобі нині, в останню ніч старого року, зустрітися з усіма дванадцятьма місяцями разом. Ти до нас найкоротшою стежкою прийшла, а інші йдуть довгою дорогою — день за днем, година за годиною, хвилина за хвилиною. Так воно й годиться. Ти цієї короткої стежки нікому не відкривай, нікому не показуй.</w:t>
      </w:r>
    </w:p>
    <w:p>
      <w:r>
        <w:br/>
        <w:t>Лютий. І про те, хто тобі проліски дав, не кажи. Адже й нам це не личить — порядок порушувати. Дружбою з нами не хвались!</w:t>
      </w:r>
    </w:p>
    <w:p>
      <w:r>
        <w:br/>
        <w:t>Пасербиця. Помру, а нікому нічого не скажу!</w:t>
      </w:r>
    </w:p>
    <w:p>
      <w:r>
        <w:br/>
        <w:t>Січень. Ото ж то. Та пора тобі додому, поки я метелицю не випустив.</w:t>
      </w:r>
    </w:p>
    <w:p>
      <w:r>
        <w:br/>
        <w:t>Пасербиця. Прощавайте, брати-місяці!</w:t>
      </w:r>
    </w:p>
    <w:p>
      <w:r>
        <w:br/>
        <w:t>Усі місяці. Прощавай, сестрице!</w:t>
      </w:r>
    </w:p>
    <w:p>
      <w:r>
        <w:br/>
        <w:t>Пасербиця біжить геть.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Дванадцять місяців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