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Двадцять друга сторінка</w:t>
      </w:r>
    </w:p>
    <w:p>
      <w:r>
        <w:br/>
        <w:t xml:space="preserve"> &lt;p&gt;Вечір. На темно-синьому небі загорілися й замигтіли яскраві чисті зорі. Дерева в саду розпливлись і розтанули в сутінках. По-вечірньому гостро запахла зелень. І на клумбі біля хати вже розтулила свої бузкові хрестики матіола і розливає навкруги пряний дурманливий аромат. Білий табак намагається заглушити її — та де там! Навіть їдкий терпкуватий запах диму, що в'ється з труби сусіднього будинку, не може змагатися з нею…Тиша… Тепла благодатна літня ніч поволі опускається на землю.</w:t>
      </w:r>
    </w:p>
    <w:p>
      <w:r>
        <w:br/>
        <w:t>Під тином, у густих бур'янах, лежить хлопець. Лежить горілиць, дивиться просто в зоряне небо і відчуває себе глибоко нещасним і самотнім. На очі раз у раз навертаються сльози, і тоді зірки на небі розпливаються і стають схожими на великі сяючі тремтливі кільця.</w:t>
      </w:r>
    </w:p>
    <w:p>
      <w:r>
        <w:br/>
        <w:t>Вечірню тишу лише зрідка порушує сумне мукання сонної корови й неохочий гавкіт собак. Та ще часом лінивий вечірній вітерець принесе здалека якісь ледве чутні дивні звуки.</w:t>
      </w:r>
    </w:p>
    <w:p>
      <w:r>
        <w:br/>
        <w:t>Щоразу, чуючи ці звуки, хлопець із новою силою відчуває свою самотність. Він добре знає, що це за звуки. Це звуки кінофільму, що демонструється зараз у сільському клубі. Хлопцеві дев'ять років, і звуть його Стьопою.</w:t>
      </w:r>
    </w:p>
    <w:p>
      <w:r>
        <w:br/>
        <w:t>Два тижні тому Стьопині батьки поїхали на курорт. А Стьопа лишився вдома з сестрою Наталкою.</w:t>
      </w:r>
    </w:p>
    <w:p>
      <w:r>
        <w:br/>
        <w:t>Перед від'їздом мати сказала:</w:t>
      </w:r>
    </w:p>
    <w:p>
      <w:r>
        <w:br/>
        <w:t>— Стьопо, щоб ти мені добре поводився й у всьому слухався Наталочки. Якщо я довідаюсь, що ти бешкетував, я… — і недоговорила, лише виразно подивилася на хлопця.</w:t>
      </w:r>
    </w:p>
    <w:p>
      <w:r>
        <w:br/>
        <w:t>— Гаразд. — спокійно погодився Стьопа. Що він іще міг сказати? Він і не думав, що це буде так важко. І, головне, хіба він знав, що Наталка виявиться такою.</w:t>
      </w:r>
    </w:p>
    <w:p>
      <w:r>
        <w:br/>
        <w:t>Наталка тільки рік як живе в місті, вчиться в геологорозвідувальному технікумі. А оце, саме перед від'їздом батьків, приїхала додому на літні канікули.</w:t>
      </w:r>
    </w:p>
    <w:p>
      <w:r>
        <w:br/>
        <w:t>Стьопа з Наталкою завжди були в гарних стосунках і, незважаючи на те, що Наталка на сім років старша — дружили. Одне одного виручали. Розпанахає, наприклад, Стьопа випадково нову сорочку — Наталка ніколи не ябедничає, сама зашиє добренько, так, що й не помітно, — і ніхто нічого не знає. Стьопа теж не видавав сестри. Загуляється Наталка було, прийде пізно увечері — Стьопа підтверджує: у подруги уроки вчила — сам, мовляв, бачив. І так завжди.</w:t>
      </w:r>
    </w:p>
    <w:p>
      <w:r>
        <w:br/>
        <w:t>А тут раптом — переродилася. З першого ж дня почала командувати — туди не ходи, того не роби! Їж — мало не кожні півгодини! Що це таке, люди добрії! Стьопа, звісно, збунтувався.</w:t>
      </w:r>
    </w:p>
    <w:p>
      <w:r>
        <w:br/>
        <w:t>— Їж манну кашу! Тобі треба поправлятися. Якщо ти не поправишся — мати мене лаятиме…</w:t>
      </w:r>
    </w:p>
    <w:p>
      <w:r>
        <w:br/>
        <w:t>— Не хочу!..</w:t>
      </w:r>
    </w:p>
    <w:p>
      <w:r>
        <w:br/>
        <w:t>— Їж, тобі кажуть!..</w:t>
      </w:r>
    </w:p>
    <w:p>
      <w:r>
        <w:br/>
        <w:t>— Не хочу!</w:t>
      </w:r>
    </w:p>
    <w:p>
      <w:r>
        <w:br/>
        <w:t>Ну, яка там може бути манна каша, коли він яблук зелених наївся, аж живіт болить.</w:t>
      </w:r>
    </w:p>
    <w:p>
      <w:r>
        <w:br/>
        <w:t>— Їж, бо погано буде!..</w:t>
      </w:r>
    </w:p>
    <w:p>
      <w:r>
        <w:br/>
        <w:t>— Не хочу!</w:t>
      </w:r>
    </w:p>
    <w:p>
      <w:r>
        <w:br/>
        <w:t>— Ах, не хочеш! Ну, гаразд! Сьогодні я з Ніною йду в кіно на фільм про шпигунів — а ти вдома сидітимеш. От!</w:t>
      </w:r>
    </w:p>
    <w:p>
      <w:r>
        <w:br/>
        <w:t>— І нехай! Подумаєш! — і Стьопа побіг і сховався отут, у бур'янах. Це було вже надвечір.</w:t>
      </w:r>
    </w:p>
    <w:p>
      <w:r>
        <w:br/>
        <w:t>За якихось півгодини Наталка почала збиратися в кіно. Прийшла її подруга Ніна, і вони вдвох про щось голосно і весело говорили, крутилися перед дзеркалом — "наряджалися". А Стьопа лежав у бур'янах і нудився. Ждав — може, покличуть. І справді, Наталка вийшла на ґанок, гукнула:</w:t>
      </w:r>
    </w:p>
    <w:p>
      <w:r>
        <w:br/>
        <w:t>— Стьопо! Та він не обізвався. Йому страшенно кортіло піти в кіно, але в нього був упертий характер, і цей характер не пустив Стьопу, змусив промовчати, не відгукнутися. Сестра покликала вдруге.</w:t>
      </w:r>
    </w:p>
    <w:p>
      <w:r>
        <w:br/>
        <w:t>"От коли ще раз покличе — вийду!" — вирішив Стьопа. Але… Наталка більше не кликала — пішла. А Стьопа лишився. Сам. Від образи на сестру, на себе і на весь білий світ Стьопа мало не завив. Правда, можна було побігти, наздогнати Наталку. Ще не пізно. Але — характер! Якби у нього був не такий характер!</w:t>
      </w:r>
    </w:p>
    <w:p>
      <w:r>
        <w:br/>
        <w:t>І ось уже другу годину лежить Стьопа в бур'янах, і скорбота шматує йому серце. Де правда на світі? Через якусь нікчемну манну кашу, хай їй біс, отаке горе! Хоч бери та вмирай!</w:t>
      </w:r>
    </w:p>
    <w:p>
      <w:r>
        <w:br/>
        <w:t>Але скільки можна лежати в бур'янах! Стьопі нарешті це набридло. Він підвівся і понуро побрів садом.</w:t>
      </w:r>
    </w:p>
    <w:p>
      <w:r>
        <w:br/>
        <w:t>Тихо шелестять дерева. Лунким голосом десь під хатою озивається цвіркун. І на ставку за городами безладно кумкають жаби — ніби хтось великий і лінивий регочеться під водою. Стьопа зупинився — у траві під розложистою старою яблунею щось біліло. Нагнувся, підняв. Це був списаний аркушик із зошита, зібганий і вологий від роси. Стьопа розгорнув його, підніс до очей. І пізнав Наталчин почерк. А в нижньому кутку побачив велику жирну цифру — 22. Зчудовано звів брови — що це?.. І раптом — згадав!.. Авжеж! Та це той самий! Звичайно, той самий.</w:t>
      </w:r>
    </w:p>
    <w:p>
      <w:r>
        <w:br/>
        <w:t>Позавчора Наталка цілий день щось шукала. І дуже нервувалася. Говорила — пропав аркуш із зошита з якоїсь там геофізики: двадцять друга сторінка. Саме по цій геофізиці Наталка одержала на іспитах незадовільну оцінку. Ніхто вдома про це не знав, тільки один Стьопа. Та він не ябеда!</w:t>
      </w:r>
    </w:p>
    <w:p>
      <w:r>
        <w:br/>
        <w:t>Наталка вирішила ціле літо потихеньку вчити геофізику, а восени скласти іспит. І — от тобі на! — загубила одну сторінку. Наталка мало не плакала. Адже на цій сторінці найважче — те, по чому вона зрізалася на іспиті.</w:t>
      </w:r>
    </w:p>
    <w:p>
      <w:r>
        <w:br/>
        <w:t>Стьопа стиснув папірець у руці.</w:t>
      </w:r>
    </w:p>
    <w:p>
      <w:r>
        <w:br/>
        <w:t>"Ага… Сидиш там — кіно дивишся про шпигунів. Захоплюєшся. Про все на світі забула, — злорадно подумав він. — І не знаєш, що я знайшов!.. От порву зараз — і все. Будеш знати, як знущатися, самій у кіно ходити!.."</w:t>
      </w:r>
    </w:p>
    <w:p>
      <w:r>
        <w:br/>
        <w:t>Стьопа вже зібрався розірвати завітну двадцять другу сторінку, як раптом в уяві його промайнула Наталка — сидить на дивані, підібгавши ноги, і старанно зашиває його, Стьопину, сорочку, роздерту в бійці.</w:t>
      </w:r>
    </w:p>
    <w:p>
      <w:r>
        <w:br/>
        <w:t>Стьопа поволі опустив руку, що стискала папірець. Присів під деревом, притулився до стовбура і задумався.</w:t>
      </w:r>
    </w:p>
    <w:p>
      <w:r>
        <w:br/>
        <w:t>"Ні, не буду. Хай знає, що я не такий! Навпаки, я їй віддам оцю сторінку. Хай знає, що я благородніший від неї у тисячу разів."</w:t>
      </w:r>
    </w:p>
    <w:p>
      <w:r>
        <w:br/>
        <w:t>Стьопа починає думати, як це найкраще зробити. От приходить Наталка, і він спокійно і байдуже говорить їй: "Ну, як фільм?.. А я, знаєш, дуже радий, що не пішов. У мене тут багато цікавого було". А потім недбало, між іншим, скаже: "До речі, я тут випадково один папірець знайшов. Ти його, здається, шукала. Ось." Повернеться й піде спати. А Наталка…</w:t>
      </w:r>
    </w:p>
    <w:p>
      <w:r>
        <w:br/>
        <w:t>Він прислухався — почулися кроки. Рипнула хвіртка. Це повернулася Наталка.</w:t>
      </w:r>
    </w:p>
    <w:p>
      <w:r>
        <w:br/>
        <w:t>Стьопі здалося, що навіть дерево почало здригатися — так шалено забилося його серце. Наталка зайшла до хати, потім швидко вибігла і стривоженим голосом загукала:</w:t>
      </w:r>
    </w:p>
    <w:p>
      <w:r>
        <w:br/>
        <w:t>— Стьопо! Стьопочко!.. Де ти?..</w:t>
      </w:r>
    </w:p>
    <w:p>
      <w:r>
        <w:br/>
        <w:t>Не кваплячись, Стьопа вийшов із саду на освітлене місячним сяйвом подвір'я.</w:t>
      </w:r>
    </w:p>
    <w:p>
      <w:r>
        <w:br/>
        <w:t>— Стьопо! Стьопочко!.. — кинулася до нього сестра.</w:t>
      </w:r>
    </w:p>
    <w:p>
      <w:r>
        <w:br/>
        <w:t>— Ну, як фільм?.. — намагаючись говорити спокійно, тремтячим голосом почав Стьопа.</w:t>
      </w:r>
    </w:p>
    <w:p>
      <w:r>
        <w:br/>
        <w:t>— Де ти був?..</w:t>
      </w:r>
    </w:p>
    <w:p>
      <w:r>
        <w:br/>
        <w:t>— Як… фільм?..</w:t>
      </w:r>
    </w:p>
    <w:p>
      <w:r>
        <w:br/>
        <w:t>— Та… Так. Нічого особливого. А все-таки шкода, що ти не пішов. Я ж тебе звала. Ти що — не чув?.. Де ти був?</w:t>
      </w:r>
    </w:p>
    <w:p>
      <w:r>
        <w:br/>
        <w:t>— А… а… — всі підготовлені слова вмить вилетіли зі Стьопиної голови, і він сказав: — А… я… тут весь час… шукав… всюди. І знайшов… те, що ти позавчора шукала… На! — і він простяг папірець.</w:t>
      </w:r>
    </w:p>
    <w:p>
      <w:r>
        <w:br/>
        <w:t>Наталка спантеличено подивилась на брата і швидко-швидко заморгала очима. Потім деякий час мовчки переводила здивований погляд то на Стьопу, то на сторінку із зошита, що тремтіла у його руці. І раптом, зрозумівши, рвучко кинулася й обняла брата.</w:t>
      </w:r>
    </w:p>
    <w:p>
      <w:r>
        <w:br/>
        <w:t>— Ой, Стьопочко, спасибі! Спасибі тобі! Ой, який ти у мене хороший!.. Ти ж мене просто врятував!.. Ой, яка ж я дурна!..</w:t>
      </w:r>
    </w:p>
    <w:p>
      <w:r>
        <w:br/>
        <w:t>…Місяць зазирав у вікно і кидав на підлогу візерунчасті тремтливі тіні.</w:t>
      </w:r>
    </w:p>
    <w:p>
      <w:r>
        <w:br/>
        <w:t>Стьопа уже давно спав, розкинувшись на ліжку, і ворушив уві сні губами. І снився йому фільм про шпигунів, якого він не бачив.</w:t>
      </w:r>
    </w:p>
    <w:p>
      <w:r>
        <w:br/>
        <w:t>А Наталка лежала з розплющеними очима, загадково посміхаючись, дивилася на брата і думала: "От дивачок! Хороший, славний у мене братик… Не треба було мені з ним так суворо… Оце наука мені".</w:t>
      </w:r>
    </w:p>
    <w:p>
      <w:r>
        <w:br/>
        <w:t>І ще думала Наталка про те, що Стьопа, звичайно, ніколи-ніколи не взнає, що вона ще вчора сама знайшла цю двадцять другу сторінку, акуратно переписала, бо сторінка забруднилася, і, вже тепер непотрібну, кинула в саду.</w:t>
      </w:r>
    </w:p>
    <w:p>
      <w:r>
        <w:br/>
        <w:t>1956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Двадцять друга сторінка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