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вірші, які довший час вважалися втраченими</w:t>
      </w:r>
    </w:p>
    <w:p>
      <w:r>
        <w:br/>
        <w:t xml:space="preserve"> Два вірші, які довший час вважалися втраченими, проте їх зберіг Юрко Саєнко&lt;br /&gt;</w:t>
        <w:br/>
        <w:t>І</w:t>
      </w:r>
    </w:p>
    <w:p>
      <w:r>
        <w:br/>
        <w:t>Забутий присмак валідолу&lt;br /&gt;</w:t>
        <w:br/>
        <w:t>і краплі крові вправно летять&lt;br /&gt;</w:t>
        <w:br/>
        <w:t>— уже сніжинками —&lt;br /&gt;</w:t>
        <w:br/>
        <w:t>додолу</w:t>
      </w:r>
    </w:p>
    <w:p>
      <w:r>
        <w:br/>
        <w:t>д о д о м у</w:t>
      </w:r>
    </w:p>
    <w:p>
      <w:r>
        <w:br/>
        <w:t>палаючі ясла — хлів золотий&lt;br /&gt;</w:t>
        <w:br/>
        <w:t>зелена — гірка&lt;br /&gt;</w:t>
        <w:br/>
        <w:t>рана —&lt;br /&gt;</w:t>
        <w:br/>
        <w:t>ріка</w:t>
      </w:r>
    </w:p>
    <w:p>
      <w:r>
        <w:br/>
        <w:t>д о д о м у</w:t>
      </w:r>
    </w:p>
    <w:p>
      <w:r>
        <w:br/>
        <w:t>смерть — без початку — і без кінця&lt;br /&gt;</w:t>
        <w:br/>
        <w:t>непрочитані — і вино&lt;br /&gt;</w:t>
        <w:br/>
        <w:t>від якого відмовився ще за життя&lt;br /&gt;</w:t>
        <w:br/>
        <w:t>так само у липні</w:t>
      </w:r>
    </w:p>
    <w:p>
      <w:r>
        <w:br/>
        <w:t>д о д о м у&lt;br /&gt;</w:t>
        <w:br/>
        <w:t>гріхи — багато — багатство&lt;br /&gt;</w:t>
        <w:br/>
        <w:t>самотність — братство&lt;br /&gt;</w:t>
        <w:br/>
        <w:t>айстри — коні&lt;br /&gt;</w:t>
        <w:br/>
        <w:t>мовчання-і-листування</w:t>
      </w:r>
    </w:p>
    <w:p>
      <w:r>
        <w:br/>
        <w:t>д о д о м у</w:t>
      </w:r>
    </w:p>
    <w:p>
      <w:r>
        <w:br/>
        <w:t>і панна — забута ущент —&lt;br /&gt;</w:t>
        <w:br/>
        <w:t>для якої писалися вірші&lt;br /&gt;</w:t>
        <w:br/>
        <w:t>співалися: "авонаавона" —&lt;br /&gt;</w:t>
        <w:br/>
        <w:t>зривалися — сніжні — бездомні</w:t>
      </w:r>
    </w:p>
    <w:p>
      <w:r>
        <w:br/>
        <w:t>д о д о м у</w:t>
      </w:r>
    </w:p>
    <w:p>
      <w:r>
        <w:br/>
        <w:t>ще перестук електрички:&lt;br /&gt;</w:t>
        <w:br/>
        <w:t>порожній тамбур театр —&lt;br /&gt;</w:t>
        <w:br/>
        <w:t>і табір — і ворожіння —&lt;br /&gt;</w:t>
        <w:br/>
        <w:t>за сиґарету — забуте і збуте&lt;br /&gt;</w:t>
        <w:br/>
        <w:t>віщування одруження без одужання:&lt;br /&gt;</w:t>
        <w:br/>
        <w:t>примхи: невиспаність: усвідомлення&lt;br /&gt;</w:t>
        <w:br/>
        <w:t>без розуміння&lt;br /&gt;</w:t>
        <w:br/>
        <w:t>збайдужіння&lt;br /&gt;</w:t>
        <w:br/>
        <w:t>забування</w:t>
      </w:r>
    </w:p>
    <w:p>
      <w:r>
        <w:br/>
        <w:t>я х о ч у д о д о м у</w:t>
      </w:r>
    </w:p>
    <w:p>
      <w:r>
        <w:br/>
        <w:t>ІІ</w:t>
      </w:r>
    </w:p>
    <w:p>
      <w:r>
        <w:br/>
        <w:t>Зелені вогнища горять удосвіта улітку&lt;br /&gt;</w:t>
        <w:br/>
        <w:t>над ними небеса сіріють і мовчать&lt;br /&gt;</w:t>
        <w:br/>
        <w:t>спокута стародавніх снів приводить нас сюди —&lt;br /&gt;</w:t>
        <w:br/>
        <w:t>до білосніжного каміння</w:t>
      </w:r>
    </w:p>
    <w:p>
      <w:r>
        <w:br/>
        <w:t>хоча далеко до наступної зорі&lt;br /&gt;</w:t>
        <w:br/>
        <w:t>але вона в тобі проміння має&lt;br /&gt;</w:t>
        <w:br/>
        <w:t>як та сосна — коріння у землі&lt;br /&gt;</w:t>
        <w:br/>
        <w:t>Сестра Сосна&lt;br /&gt;</w:t>
        <w:br/>
        <w:t>Сестра Зоря&lt;br /&gt;</w:t>
        <w:br/>
        <w:t>Сестра Марія</w:t>
      </w:r>
    </w:p>
    <w:p>
      <w:r>
        <w:br/>
        <w:t>своїм терпінням підіймаєш&lt;br /&gt;</w:t>
        <w:br/>
        <w:t>благеньке тіло зроблене з піску&lt;br /&gt;</w:t>
        <w:br/>
        <w:t>із голосу і тіні</w:t>
      </w:r>
    </w:p>
    <w:p>
      <w:r>
        <w:br/>
        <w:t>і тіло вчиться святості а ти&lt;br /&gt;</w:t>
        <w:br/>
        <w:t>шукаєш ночами прозору плащаницю&lt;br /&gt;</w:t>
        <w:br/>
        <w:t>яку давно колись приготували звірі&lt;br /&gt;</w:t>
        <w:br/>
        <w:t>з обличчями людей і звичками людей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вірші, які довший час вважалися втраченими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