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собаки</w:t>
      </w:r>
    </w:p>
    <w:p>
      <w:r>
        <w:br/>
        <w:t xml:space="preserve"> Два собаки</w:t>
      </w:r>
    </w:p>
    <w:p>
      <w:r>
        <w:br/>
        <w:t>У тій долині, що ім'я&lt;br /&gt;</w:t>
        <w:br/>
        <w:t>Старого Койла-короля&lt;br /&gt;</w:t>
        <w:br/>
        <w:t>Ще береже, ясної днини,&lt;br /&gt;</w:t>
        <w:br/>
        <w:t>Післяобідньої години,&lt;br /&gt;</w:t>
        <w:br/>
        <w:t>Гуляючи, в один байрак&lt;br /&gt;</w:t>
        <w:br/>
        <w:t>Зійшлось двійко сільських собак.</w:t>
      </w:r>
    </w:p>
    <w:p>
      <w:r>
        <w:br/>
        <w:t>Один був Цезар. У палаці&lt;br /&gt;</w:t>
        <w:br/>
        <w:t>Прийшлось рости цьому собаці.&lt;br /&gt;</w:t>
        <w:br/>
        <w:t>По шерсті, вухах — по всьому&lt;br /&gt;</w:t>
        <w:br/>
        <w:t>Пізнав би кожен у ньому&lt;br /&gt;</w:t>
        <w:br/>
        <w:t>Поріддя острова, що здавен&lt;br /&gt;</w:t>
        <w:br/>
        <w:t>Тріскою у рибалок славен.</w:t>
      </w:r>
    </w:p>
    <w:p>
      <w:r>
        <w:br/>
        <w:t>Носив ошийник він різьблений —&lt;br /&gt;</w:t>
        <w:br/>
        <w:t>I, значить, шляхтич був і вчений,&lt;br /&gt;</w:t>
        <w:br/>
        <w:t>Але цей пес, на диво всім,&lt;br /&gt;</w:t>
        <w:br/>
        <w:t>Пишався зовсім мало цим.&lt;br /&gt;</w:t>
        <w:br/>
        <w:t>Він не тримався звичок панських&lt;br /&gt;</w:t>
        <w:br/>
        <w:t>I лащився до псів циганських.&lt;br /&gt;</w:t>
        <w:br/>
        <w:t>Біля млина чи церкви — скрізь&lt;br /&gt;</w:t>
        <w:br/>
        <w:t>Який би пес йому не стрівсь,&lt;br /&gt;</w:t>
        <w:br/>
        <w:t>Він з кожним радісно вітався&lt;br /&gt;</w:t>
        <w:br/>
        <w:t>I біля кущиків спинявся.</w:t>
      </w:r>
    </w:p>
    <w:p>
      <w:r>
        <w:br/>
        <w:t>Із простих другий був собак.&lt;br /&gt;</w:t>
        <w:br/>
        <w:t>Веселий парубок-співак&lt;br /&gt;</w:t>
        <w:br/>
        <w:t>Його любив — і з примхи завжди&lt;br /&gt;</w:t>
        <w:br/>
        <w:t>Люатом звав його, узнавши,&lt;br /&gt;</w:t>
        <w:br/>
        <w:t>Що був такий собака в нас&lt;br /&gt;</w:t>
        <w:br/>
        <w:t>У давні дні, в забутий час.</w:t>
      </w:r>
    </w:p>
    <w:p>
      <w:r>
        <w:br/>
        <w:t>Цей пес розумний був на диво;&lt;br /&gt;</w:t>
        <w:br/>
        <w:t>Служив незрадно й неліниво.&lt;br /&gt;</w:t>
        <w:br/>
        <w:t>Його веселий, щирий ніс&lt;br /&gt;</w:t>
        <w:br/>
        <w:t>Йому знаходив друзів скрізь.&lt;br /&gt;</w:t>
        <w:br/>
        <w:t>Він мав на грудях білу смужку,&lt;br /&gt;</w:t>
        <w:br/>
        <w:t>Мав спину, як м'яку подушку,&lt;br /&gt;</w:t>
        <w:br/>
        <w:t>А загнутим своїм хвостом&lt;br /&gt;</w:t>
        <w:br/>
        <w:t>Вимахував, як помелом.</w:t>
      </w:r>
    </w:p>
    <w:p>
      <w:r>
        <w:br/>
        <w:t>Їх приязнь кожному у вічі&lt;br /&gt;</w:t>
        <w:br/>
        <w:t>Одразу впала б. Раді стрічі,&lt;br /&gt;</w:t>
        <w:br/>
        <w:t>Пішли вони нюшить кругом;&lt;br /&gt;</w:t>
        <w:br/>
        <w:t>За мишею чи ховрахом&lt;br /&gt;</w:t>
        <w:br/>
        <w:t>Ганялися й боролись, поки&lt;br /&gt;</w:t>
        <w:br/>
        <w:t>Собі як слід нам'яли боки.&lt;br /&gt;</w:t>
        <w:br/>
        <w:t>Захекавшись, горбок знайшли,&lt;br /&gt;</w:t>
        <w:br/>
        <w:t>Гарненько сіли — й завели&lt;br /&gt;</w:t>
        <w:br/>
        <w:t>Розмову про діла й пригоди&lt;br /&gt;</w:t>
        <w:br/>
        <w:t>Уславлених "царів природи".</w:t>
      </w:r>
    </w:p>
    <w:p>
      <w:r>
        <w:br/>
        <w:t>Цезар</w:t>
      </w:r>
    </w:p>
    <w:p>
      <w:r>
        <w:br/>
        <w:t>Частенько дивувався я&lt;br /&gt;</w:t>
        <w:br/>
        <w:t>На бідних псів тяжке життя.&lt;br /&gt;</w:t>
        <w:br/>
        <w:t>Коли ж я до людей звертався,&lt;br /&gt;</w:t>
        <w:br/>
        <w:t>Я ще частіше дивувався.&lt;br /&gt;</w:t>
        <w:br/>
        <w:t>Свої доходи із селян&lt;br /&gt;</w:t>
        <w:br/>
        <w:t>Безжалісно стягає пан.</w:t>
      </w:r>
    </w:p>
    <w:p>
      <w:r>
        <w:br/>
        <w:t>Спить до обіду на перині;&lt;br /&gt;</w:t>
        <w:br/>
        <w:t>Подзвонить — слуги і слугині&lt;br /&gt;</w:t>
        <w:br/>
        <w:t>Біжать; гукне — стоїть ридван.&lt;br /&gt;</w:t>
        <w:br/>
        <w:t>Він витягає свій гаман,&lt;br /&gt;</w:t>
        <w:br/>
        <w:t>Що й хвіст мій куций проти нього,&lt;br /&gt;</w:t>
        <w:br/>
        <w:t>Де повно золота самого.</w:t>
      </w:r>
    </w:p>
    <w:p>
      <w:r>
        <w:br/>
        <w:t>Всі слуги ходять, як дурні,&lt;br /&gt;</w:t>
        <w:br/>
        <w:t>Печуть і варять цілі дні —&lt;br /&gt;</w:t>
        <w:br/>
        <w:t>I хоч несуть спочатку вгору,&lt;br /&gt;</w:t>
        <w:br/>
        <w:t>Але стає для всього двору&lt;br /&gt;</w:t>
        <w:br/>
        <w:t>Тих соусів і фрікасе...&lt;br /&gt;</w:t>
        <w:br/>
        <w:t>А скільки коштує те все!</w:t>
      </w:r>
    </w:p>
    <w:p>
      <w:r>
        <w:br/>
        <w:t>Хоч недотепа він ледачий,&lt;br /&gt;</w:t>
        <w:br/>
        <w:t>А їсть і п'є наш доїжджачий&lt;br /&gt;</w:t>
        <w:br/>
        <w:t>Куди смачніше од селян,&lt;br /&gt;</w:t>
        <w:br/>
        <w:t>Що обробляють панський лан.&lt;br /&gt;</w:t>
        <w:br/>
        <w:t>А чим же наймит наш обіда?&lt;br /&gt;</w:t>
        <w:br/>
        <w:t>Про те один Всевишній віда.</w:t>
      </w:r>
    </w:p>
    <w:p>
      <w:r>
        <w:br/>
        <w:t>Люат</w:t>
      </w:r>
    </w:p>
    <w:p>
      <w:r>
        <w:br/>
        <w:t>Це правда: доля нелегка&lt;br /&gt;</w:t>
        <w:br/>
        <w:t>У селянина-бідняка.&lt;br /&gt;</w:t>
        <w:br/>
        <w:t>Він день у день рови копає,&lt;br /&gt;</w:t>
        <w:br/>
        <w:t>Б'є ломом, камінь добуває...&lt;br /&gt;</w:t>
        <w:br/>
        <w:t>Та як не тяжко, а щодня&lt;br /&gt;</w:t>
        <w:br/>
        <w:t>Він цим нестатки проганя&lt;br /&gt;</w:t>
        <w:br/>
        <w:t>Од жінки і маленьких діток:&lt;br /&gt;</w:t>
        <w:br/>
        <w:t>Хоч невеликий, а прожиток.</w:t>
      </w:r>
    </w:p>
    <w:p>
      <w:r>
        <w:br/>
        <w:t>А як опиниться в біді —&lt;br /&gt;</w:t>
        <w:br/>
        <w:t>Слабий, без хати — що тоді?&lt;br /&gt;</w:t>
        <w:br/>
        <w:t>От тут-то, бідному, здається,&lt;br /&gt;</w:t>
        <w:br/>
        <w:t>З сім'єю згинуть доведеться.</w:t>
      </w:r>
    </w:p>
    <w:p>
      <w:r>
        <w:br/>
        <w:t>Та диво в тім, що цей бідняк,&lt;br /&gt;</w:t>
        <w:br/>
        <w:t>Хоч їсть і п'є Бог знає як,&lt;br /&gt;</w:t>
        <w:br/>
        <w:t>Все ж задоволений з усього —&lt;br /&gt;</w:t>
        <w:br/>
        <w:t>Й ростуть здорові діти в нього.</w:t>
      </w:r>
    </w:p>
    <w:p>
      <w:r>
        <w:br/>
        <w:t>Цезар</w:t>
      </w:r>
    </w:p>
    <w:p>
      <w:r>
        <w:br/>
        <w:t>А скільки терпите весь час&lt;br /&gt;</w:t>
        <w:br/>
        <w:t>Ви од панів знущань, образ!&lt;br /&gt;</w:t>
        <w:br/>
        <w:t>Адже нещасні хлібороби&lt;br /&gt;</w:t>
        <w:br/>
        <w:t>Для них не кращі од худоби;&lt;br /&gt;</w:t>
        <w:br/>
        <w:t>Вони гордують бідняком,&lt;br /&gt;</w:t>
        <w:br/>
        <w:t>Як я — смердючим борсуком.</w:t>
      </w:r>
    </w:p>
    <w:p>
      <w:r>
        <w:br/>
        <w:t>Як наїжджає суд до пана,&lt;br /&gt;</w:t>
        <w:br/>
        <w:t>Тоді-то вам усім догана!&lt;br /&gt;</w:t>
        <w:br/>
        <w:t>Як лають, як паплюжать тих,&lt;br /&gt;</w:t>
        <w:br/>
        <w:t>Хто оплатитися не встиг,&lt;br /&gt;</w:t>
        <w:br/>
        <w:t>Загрожують в тюрму віддати,&lt;br /&gt;</w:t>
        <w:br/>
        <w:t>Позбавити хазяйства й хати!</w:t>
      </w:r>
    </w:p>
    <w:p>
      <w:r>
        <w:br/>
        <w:t>А ті, схилившися, стоять,&lt;br /&gt;</w:t>
        <w:br/>
        <w:t>Усе те чують — і мовчать.&lt;br /&gt;</w:t>
        <w:br/>
        <w:t>Збирають багачі дукати,&lt;br /&gt;</w:t>
        <w:br/>
        <w:t>Бідняк же мусить пропадати.</w:t>
      </w:r>
    </w:p>
    <w:p>
      <w:r>
        <w:br/>
        <w:t>Люат</w:t>
      </w:r>
    </w:p>
    <w:p>
      <w:r>
        <w:br/>
        <w:t>Ні, не такий нещасний він;&lt;br /&gt;</w:t>
        <w:br/>
        <w:t>Хоч і живе між голих стін,&lt;br /&gt;</w:t>
        <w:br/>
        <w:t>Але він звик уже до того —&lt;br /&gt;</w:t>
        <w:br/>
        <w:t>I не жахається нічого.&lt;br /&gt;</w:t>
        <w:br/>
        <w:t>Адже Фортуна ділить так,&lt;br /&gt;</w:t>
        <w:br/>
        <w:t>Що дістає своє й бідняк;&lt;br /&gt;</w:t>
        <w:br/>
        <w:t>I хоч працює він завзято,&lt;br /&gt;</w:t>
        <w:br/>
        <w:t>Зате й спочин для нього — свято.</w:t>
      </w:r>
    </w:p>
    <w:p>
      <w:r>
        <w:br/>
        <w:t>Його втішає серед бід&lt;br /&gt;</w:t>
        <w:br/>
        <w:t>Дружини вірної привіт&lt;br /&gt;</w:t>
        <w:br/>
        <w:t>Та діток гомін пустотливий;&lt;br /&gt;</w:t>
        <w:br/>
        <w:t>Він ними гордий і щасливий.</w:t>
      </w:r>
    </w:p>
    <w:p>
      <w:r>
        <w:br/>
        <w:t>А пива кухлик дай — і вже&lt;br /&gt;</w:t>
        <w:br/>
        <w:t>Йому все горенько чуже!&lt;br /&gt;</w:t>
        <w:br/>
        <w:t>Забувши злигодні, розправу&lt;br /&gt;</w:t>
        <w:br/>
        <w:t>Веде про церкву і державу;&lt;br /&gt;</w:t>
        <w:br/>
        <w:t>Хвилюється і входить в раж,&lt;br /&gt;</w:t>
        <w:br/>
        <w:t>Клене попів і патронаж,&lt;br /&gt;</w:t>
        <w:br/>
        <w:t>Міркує про нові податки&lt;br /&gt;</w:t>
        <w:br/>
        <w:t>I лондонські чудні порядки.</w:t>
      </w:r>
    </w:p>
    <w:p>
      <w:r>
        <w:br/>
        <w:t>На святвечір з усіх усюд&lt;br /&gt;</w:t>
        <w:br/>
        <w:t>Збирається додому люд;&lt;br /&gt;</w:t>
        <w:br/>
        <w:t>Тоді, веселим святам рада,&lt;br /&gt;</w:t>
        <w:br/>
        <w:t>Хвилюється сільська громада;&lt;br /&gt;</w:t>
        <w:br/>
        <w:t>Любовні миги, жарти, сміх&lt;br /&gt;</w:t>
        <w:br/>
        <w:t>Женуть сумні думки од них.</w:t>
      </w:r>
    </w:p>
    <w:p>
      <w:r>
        <w:br/>
        <w:t>В веселий день Нового року&lt;br /&gt;</w:t>
        <w:br/>
        <w:t>Їм і про віхолу жорстоку&lt;br /&gt;</w:t>
        <w:br/>
        <w:t>Немає гадки. При вогні&lt;br /&gt;</w:t>
        <w:br/>
        <w:t>Іскряться келихи шумні.&lt;br /&gt;</w:t>
        <w:br/>
        <w:t>Люльки горять. Із рук у руки&lt;br /&gt;</w:t>
        <w:br/>
        <w:t>Йде табакерка. Всякі штуки&lt;br /&gt;</w:t>
        <w:br/>
        <w:t>Старі вигадують. Між їх&lt;br /&gt;</w:t>
        <w:br/>
        <w:t>Малі пустують. Гомін, сміх!&lt;br /&gt;</w:t>
        <w:br/>
        <w:t>За ними бігавши, бувало,&lt;br /&gt;</w:t>
        <w:br/>
        <w:t>Не раз я гавкав, аж лунало.</w:t>
      </w:r>
    </w:p>
    <w:p>
      <w:r>
        <w:br/>
        <w:t>Та щиру правду ти сказав:&lt;br /&gt;</w:t>
        <w:br/>
        <w:t>Тепер такий порядок став,&lt;br /&gt;</w:t>
        <w:br/>
        <w:t>Що можна бачити усюди,&lt;br /&gt;</w:t>
        <w:br/>
        <w:t>Як чесні і порядні люди&lt;br /&gt;</w:t>
        <w:br/>
        <w:t>Втрачають все, а шахраї,&lt;br /&gt;</w:t>
        <w:br/>
        <w:t>Грунти примноживши свої,&lt;br /&gt;</w:t>
        <w:br/>
        <w:t>Знаходять зверхників багатих,&lt;br /&gt;</w:t>
        <w:br/>
        <w:t>Що все змагаються в палатах,&lt;br /&gt;</w:t>
        <w:br/>
        <w:t>Готові важити життям&lt;br /&gt;</w:t>
        <w:br/>
        <w:t>На благо Англії — і нам.</w:t>
      </w:r>
    </w:p>
    <w:p>
      <w:r>
        <w:br/>
        <w:t>Цезар</w:t>
      </w:r>
    </w:p>
    <w:p>
      <w:r>
        <w:br/>
        <w:t>На благо Англії? Ах, друже,&lt;br /&gt;</w:t>
        <w:br/>
        <w:t>Боюсь, що їм про те байдуже!&lt;br /&gt;</w:t>
        <w:br/>
        <w:t>Прем'єри крутять ними всяк,&lt;br /&gt;</w:t>
        <w:br/>
        <w:t>Підказують їм "ні" чи "так",&lt;br /&gt;</w:t>
        <w:br/>
        <w:t>А ті у карти тільки грають&lt;br /&gt;</w:t>
        <w:br/>
        <w:t>Та в оперету учащають.&lt;br /&gt;</w:t>
        <w:br/>
        <w:t>Коли ж їм надокучить все,&lt;br /&gt;</w:t>
        <w:br/>
        <w:t>Попутний вітерець несе&lt;br /&gt;</w:t>
        <w:br/>
        <w:t>Їх у Кале — прогнати скуку&lt;br /&gt;</w:t>
        <w:br/>
        <w:t>Й бонтонну осягти науку.</w:t>
      </w:r>
    </w:p>
    <w:p>
      <w:r>
        <w:br/>
        <w:t>Летять в Версалі і у Відні&lt;br /&gt;</w:t>
        <w:br/>
        <w:t>Маєтки батьківські послідні!</w:t>
      </w:r>
    </w:p>
    <w:p>
      <w:r>
        <w:br/>
        <w:t>В Іспанії для них принади —&lt;br /&gt;</w:t>
        <w:br/>
        <w:t>Бої биків та серенади;&lt;br /&gt;</w:t>
        <w:br/>
        <w:t>Звідтіль — в Італію мерщій,&lt;br /&gt;</w:t>
        <w:br/>
        <w:t>До миртів, лаврів і повій;&lt;br /&gt;</w:t>
        <w:br/>
        <w:t>А потім — на німецькі води&lt;br /&gt;</w:t>
        <w:br/>
        <w:t>Прибавити здоров'я й вроди,&lt;br /&gt;</w:t>
        <w:br/>
        <w:t>Залікувати до пори&lt;br /&gt;</w:t>
        <w:br/>
        <w:t>Синьйор Італії дари.</w:t>
      </w:r>
    </w:p>
    <w:p>
      <w:r>
        <w:br/>
        <w:t>Ні, не добро, а гірш од кари&lt;br /&gt;</w:t>
        <w:br/>
        <w:t>Для нас розпуста їхня й чвари!</w:t>
      </w:r>
    </w:p>
    <w:p>
      <w:r>
        <w:br/>
        <w:t>Люат</w:t>
      </w:r>
    </w:p>
    <w:p>
      <w:r>
        <w:br/>
        <w:t>Так ось безодня та, куди&lt;br /&gt;</w:t>
        <w:br/>
        <w:t>Летять маєтки, що діди&lt;br /&gt;</w:t>
        <w:br/>
        <w:t>Їм залишили! Що ж за горе&lt;br /&gt;</w:t>
        <w:br/>
        <w:t>Старе багатство наше боре?</w:t>
      </w:r>
    </w:p>
    <w:p>
      <w:r>
        <w:br/>
        <w:t>Якби вони сиділи тут,&lt;br /&gt;</w:t>
        <w:br/>
        <w:t>Покинувши пиху та блуд,&lt;br /&gt;</w:t>
        <w:br/>
        <w:t>Настала б золота година&lt;br /&gt;</w:t>
        <w:br/>
        <w:t>Для пана — і для селянина!</w:t>
      </w:r>
    </w:p>
    <w:p>
      <w:r>
        <w:br/>
        <w:t>Хоч і гульвіса кожний з них,&lt;br /&gt;</w:t>
        <w:br/>
        <w:t>Між ними мало справді злих.&lt;br /&gt;</w:t>
        <w:br/>
        <w:t>Хіба що вже за явну шкоду,&lt;br /&gt;</w:t>
        <w:br/>
        <w:t>За слово зле, чи загороду&lt;br /&gt;</w:t>
        <w:br/>
        <w:t>Поламану, чи то за спаш&lt;br /&gt;</w:t>
        <w:br/>
        <w:t>Од них бідняк страждає наш.</w:t>
      </w:r>
    </w:p>
    <w:p>
      <w:r>
        <w:br/>
        <w:t>Мій друже! А скажи, будь ласка,-&lt;br /&gt;</w:t>
        <w:br/>
        <w:t>Життя в них, певне, справжня казка?&lt;br /&gt;</w:t>
        <w:br/>
        <w:t>Вони не відають нужди?&lt;br /&gt;</w:t>
        <w:br/>
        <w:t>Їх не лякають холоди?</w:t>
      </w:r>
    </w:p>
    <w:p>
      <w:r>
        <w:br/>
        <w:t>Цезар</w:t>
      </w:r>
    </w:p>
    <w:p>
      <w:r>
        <w:br/>
        <w:t>Якби пожив ти в панськім колі,&lt;br /&gt;</w:t>
        <w:br/>
        <w:t>Не заздрив би ти їхній долі.&lt;br /&gt;</w:t>
        <w:br/>
        <w:t>Це правда: невідомі їм&lt;br /&gt;</w:t>
        <w:br/>
        <w:t>Ні літній жар, ні холод зим;&lt;br /&gt;</w:t>
        <w:br/>
        <w:t>Вони не гибіють у полі,&lt;br /&gt;</w:t>
        <w:br/>
        <w:t>Не мучать їх на старість болі.</w:t>
      </w:r>
    </w:p>
    <w:p>
      <w:r>
        <w:br/>
        <w:t>Але чи бачив ти дурних?&lt;br /&gt;</w:t>
        <w:br/>
        <w:t>(I нащо тільки учать їх!)&lt;br /&gt;</w:t>
        <w:br/>
        <w:t>Не мавши лиха, всякі муки&lt;br /&gt;</w:t>
        <w:br/>
        <w:t>Самі вигадують од скуки;&lt;br /&gt;</w:t>
        <w:br/>
        <w:t>А для дозвільних панських рук —&lt;br /&gt;</w:t>
        <w:br/>
        <w:t>Що менше примх, то менше й мук.</w:t>
      </w:r>
    </w:p>
    <w:p>
      <w:r>
        <w:br/>
        <w:t>Не так плугатар: нивку зоре —&lt;br /&gt;</w:t>
        <w:br/>
        <w:t>I вже забув про лихо й горе;&lt;br /&gt;</w:t>
        <w:br/>
        <w:t>А пряля, дівчина сільська,&lt;br /&gt;</w:t>
        <w:br/>
        <w:t>Не знає, що то за тоска!</w:t>
      </w:r>
    </w:p>
    <w:p>
      <w:r>
        <w:br/>
        <w:t>А всі пани, найгірше ж пані,&lt;br /&gt;</w:t>
        <w:br/>
        <w:t>Весь день тиняються, як п'яні,-&lt;br /&gt;</w:t>
        <w:br/>
        <w:t>З неробства п'яні. Хоч нічим&lt;br /&gt;</w:t>
        <w:br/>
        <w:t>Не хворі, все недобре їм.&lt;br /&gt;</w:t>
        <w:br/>
        <w:t>В їх дні — безрадісні й порожні,&lt;br /&gt;</w:t>
        <w:br/>
        <w:t>А ночі — болісні й тривожні.</w:t>
      </w:r>
    </w:p>
    <w:p>
      <w:r>
        <w:br/>
        <w:t>Всі їхні ігри й маскаради,&lt;br /&gt;</w:t>
        <w:br/>
        <w:t>Розкішні виїзди, паради&lt;br /&gt;</w:t>
        <w:br/>
        <w:t>Давно вже сяєвом пустим&lt;br /&gt;</w:t>
        <w:br/>
        <w:t>Не потішають серця їм.&lt;br /&gt;</w:t>
        <w:br/>
        <w:t>Мужчин партійність розділяє,&lt;br /&gt;</w:t>
        <w:br/>
        <w:t>Але розпуста знов єднає —&lt;br /&gt;</w:t>
        <w:br/>
        <w:t>I після п'яної гульні&lt;br /&gt;</w:t>
        <w:br/>
        <w:t>Вони страждають цілі дні.</w:t>
      </w:r>
    </w:p>
    <w:p>
      <w:r>
        <w:br/>
        <w:t>Неначе сестри ті кохані,&lt;br /&gt;</w:t>
        <w:br/>
        <w:t>Побралися за руки пані;&lt;br /&gt;</w:t>
        <w:br/>
        <w:t>А лиш розійдуться, яких&lt;br /&gt;</w:t>
        <w:br/>
        <w:t>Одна одній не зичать лих!&lt;br /&gt;</w:t>
        <w:br/>
        <w:t>Із срібних блюдець, в дружнім колі,&lt;br /&gt;</w:t>
        <w:br/>
        <w:t>Пліток трутизну п'ють поволі;&lt;br /&gt;</w:t>
        <w:br/>
        <w:t>Вночі диявольських картин&lt;br /&gt;</w:t>
        <w:br/>
        <w:t>Не випускають з рук, на кін&lt;br /&gt;</w:t>
        <w:br/>
        <w:t>Двір селянина ставлять зразу,&lt;br /&gt;</w:t>
        <w:br/>
        <w:t>Клянуться й лаються до сказу.</w:t>
      </w:r>
    </w:p>
    <w:p>
      <w:r>
        <w:br/>
        <w:t>Є винятки і тут, та вваж:&lt;br /&gt;</w:t>
        <w:br/>
        <w:t>Так скрізь живе поміщик наш.</w:t>
      </w:r>
    </w:p>
    <w:p>
      <w:r>
        <w:br/>
        <w:t>На цьому слові сонце сіло;&lt;br /&gt;</w:t>
        <w:br/>
        <w:t>Помалу все кругом стемніло;&lt;br /&gt;</w:t>
        <w:br/>
        <w:t>Хрущ пролетів, немов стріла;&lt;br /&gt;</w:t>
        <w:br/>
        <w:t>В селі корова проревла.&lt;br /&gt;</w:t>
        <w:br/>
        <w:t>Пси встали й потрясли вушами,&lt;br /&gt;</w:t>
        <w:br/>
        <w:t>Щасливі, що вродились псами,&lt;br /&gt;</w:t>
        <w:br/>
        <w:t>А не людьми — та й розійшлись,&lt;br /&gt;</w:t>
        <w:br/>
        <w:t>Щоб незабаром знов зійтись.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собаки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