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пуди жита</w:t>
      </w:r>
    </w:p>
    <w:p>
      <w:r>
        <w:br/>
        <w:t xml:space="preserve"> &lt;p&gt;(З голодних фрагментів)</w:t>
      </w:r>
    </w:p>
    <w:p>
      <w:r>
        <w:br/>
        <w:t>Сиротою закинута станція Рахин серед подільських ланів. Вирине раптом, громихаючи з гущавини голих, злегка обліплених мокрим снігом сливок та груш, одеський поїзд, зупиниться, засапавшись, проти невеличкого будинку станції й викине десятків зо три пасажирів, навантажених всілякими речами хатнього побуту та мануфактурою, і летить далі, а через півгодини навколо запанує знову тиша і пустка.</w:t>
      </w:r>
    </w:p>
    <w:p>
      <w:r>
        <w:br/>
        <w:t>Тільки насупроти під гіллям кількох старих ялин та береста жваво туркоче маленький паровий млин "Трудової артілі" колишніх його власників і будить тишу.</w:t>
      </w:r>
    </w:p>
    <w:p>
      <w:r>
        <w:br/>
        <w:t>Навколо млина зупиняються й застигають сірі постаті селянських кожухів та шкап; мовчки звалюються на спини дядьків важкі лантухи й зникають у темряві відчинених дверей.</w:t>
      </w:r>
    </w:p>
    <w:p>
      <w:r>
        <w:br/>
        <w:t>Зате в середині млинка кипить німа робота. Товчуться біля прийомщика, важко сопучи, сірі свити та кожухи, бігає, наче півень на подвір'ю, з кутка в куток засипаний борошном, білий, немов примара, мірошник, і чітко вистукує машина. В її бадьорих згуках немов чується:</w:t>
      </w:r>
    </w:p>
    <w:p>
      <w:r>
        <w:br/>
        <w:t>Ме-лем, ме-лем боро-шенце,</w:t>
      </w:r>
    </w:p>
    <w:p>
      <w:r>
        <w:br/>
        <w:t>J Ме-елем, ме-лем боро-шенце.</w:t>
      </w:r>
    </w:p>
    <w:p>
      <w:r>
        <w:br/>
        <w:t>Тільки пода-ва-ай, тільки пода-ва-айі..</w:t>
      </w:r>
    </w:p>
    <w:p>
      <w:r>
        <w:br/>
        <w:t>Зухвалі, самовпевнені згуки переможно пахкають у насуплені лиця і запалюють якусь нову, таємничу іскру, а на голодних ланах аж до розпеченого на жар і все ж холодного обрію летить луною й тріпотить під стріхами —</w:t>
      </w:r>
    </w:p>
    <w:p>
      <w:r>
        <w:br/>
        <w:t>Тільки пода-ва-ай, тільки пода-ва-ай!..</w:t>
      </w:r>
    </w:p>
    <w:p>
      <w:r>
        <w:br/>
        <w:t>У млина з будинком станції своя згода: тільки наб'ється до верху невелика вогка кімната, що зветься за якоюсь старою, що загубила давно вже свій зміст, традицією — залою 2-ої класи, як до млина вже плентаються на плечах солдатської шинелі, чи подраного залатаного пальта набиті житом торби та лантухи. Це спекулянти, торбарі, просто люди з міста, що хочуть їсти. Тоді наче жвавіш затуркоче машина, сито засміється й перетне голод та злидні зігнутих людей молодий свисток і до зажурених садків понад колією кине нахабно свій клич:</w:t>
      </w:r>
    </w:p>
    <w:p>
      <w:r>
        <w:br/>
        <w:t>Тільки пода-ва-ай, пода-ва-ай!.-. І знову тиша...</w:t>
      </w:r>
    </w:p>
    <w:p>
      <w:r>
        <w:br/>
        <w:t>Дві кімнати, одведені для пасажирів, повні люду. Зараза та екзема, здається висить у душному повітрі; парою підноситься вона до чорної закуреної стелі й шелестить мільйонами вошей на асфальтовій підлозі.</w:t>
      </w:r>
    </w:p>
    <w:p>
      <w:r>
        <w:br/>
        <w:t>Шарудить гнила станція байдужими, флегматичними тінями і ковтає щодня десятки людей із далекого півдня.</w:t>
      </w:r>
    </w:p>
    <w:p>
      <w:r>
        <w:br/>
        <w:t>Вимінюють в околишніх селян на останні речі хліб...</w:t>
      </w:r>
    </w:p>
    <w:p>
      <w:r>
        <w:br/>
        <w:t>На станції продають серпи, коси, свити, подушки, самі продаються, їдуть додому й знову повертаються.</w:t>
      </w:r>
    </w:p>
    <w:p>
      <w:r>
        <w:br/>
        <w:t>Страшна посуха висмоктала херсонські лани й поклала на виснажені обличчя селян своє чорне тавро — хліба!..</w:t>
      </w:r>
    </w:p>
    <w:p>
      <w:r>
        <w:br/>
        <w:t>І, наче на глум, коли сходять вечірні тіні на полупаний перон або ранішнє сонце кине своє проміння крізь брудні, заляпані плюваками шибки, задерикувато долітає до голодних людей безжурний спів парового млинка:</w:t>
      </w:r>
    </w:p>
    <w:p>
      <w:r>
        <w:br/>
        <w:t>Тук-тук-ту к-тук-ту к-тук...</w:t>
      </w:r>
    </w:p>
    <w:p>
      <w:r>
        <w:br/>
        <w:t>Ме-лем, ме-лем борошенце</w:t>
      </w:r>
    </w:p>
    <w:p>
      <w:r>
        <w:br/>
        <w:t>Тільки пода-ва-ай...</w:t>
      </w:r>
    </w:p>
    <w:p>
      <w:r>
        <w:br/>
        <w:t>І залишає на змучених обличчях якийсь чудний вираз: гніву, чи то образи, чи заздрощів, чи надії...</w:t>
      </w:r>
    </w:p>
    <w:p>
      <w:r>
        <w:br/>
        <w:t>В залі чується звідусіль лайка, а на запльованій підлозі хтось хрипить — чи то вже конає, чи тільки виснажився?.. Якийсь проворний чолов'яга в куцому піджакові, притулившись до стінки, разом з одеською спекулянткою, яку тут просто звуть "одеська", знічев'я дратують беззубу шепеляву бабцю:</w:t>
      </w:r>
    </w:p>
    <w:p>
      <w:r>
        <w:br/>
        <w:t>— "У мене провижіонка"... "Голубчик, кондуктір, пуш-ти"... "Вся шпина вже болить"... "У мене провижіонка"...</w:t>
      </w:r>
    </w:p>
    <w:p>
      <w:r>
        <w:br/>
        <w:t>Чолов'яга, немов до стелі, кидає крізь зуби уривчасті фрази, робить паузи, щоб дати час виявитись враженню, "одеська" тільки повторює пошепки, аби не пирснути: "провижіонка". Та ось вона не втрималась, і гнилий регіт її раптом розсипався дробом, і "одеська", "задираючи до голови ноги, качається на своїх і сусідніх клунках.</w:t>
      </w:r>
    </w:p>
    <w:p>
      <w:r>
        <w:br/>
        <w:t>Бабця довго терпіла, ніби не про неї мова, шамкала собі щось губами, мацала вузли торб, але нарешті урвався їй терпець і, осатаніла, визвірилась:</w:t>
      </w:r>
    </w:p>
    <w:p>
      <w:r>
        <w:br/>
        <w:t>— Що ти кривляєша, китайська обежана? Я тобі всю морду твою волосату видряпаю, шлюха одеськая...</w:t>
      </w:r>
    </w:p>
    <w:p>
      <w:r>
        <w:br/>
        <w:t>— Так у неї, бабусю... "провижіонка",— невинно шпигонув знову чолов'яга.</w:t>
      </w:r>
    </w:p>
    <w:p>
      <w:r>
        <w:br/>
        <w:t>"Одеська" залилась СМІХ9М ще більше, а бабця, до розпачу повна люті, перевела на нього свої каламутні, вилинялі очі, і їй забракувало достойного виразу.</w:t>
      </w:r>
    </w:p>
    <w:p>
      <w:r>
        <w:br/>
        <w:t>Шепелявий, але ловкий, "по-одеському" матюк, що вилетів із жовтих бабчиних уст, вивів її з йолопського стану. Насторожлива кімната зареготала на різні голоси, повна задоволення.</w:t>
      </w:r>
    </w:p>
    <w:p>
      <w:r>
        <w:br/>
        <w:t>— Ех, даешь, берешь, не пропадешь!..</w:t>
      </w:r>
    </w:p>
    <w:p>
      <w:r>
        <w:br/>
        <w:t>Ліньки витягувалась засмальцьована матроська шинеля:</w:t>
      </w:r>
    </w:p>
    <w:p>
      <w:r>
        <w:br/>
        <w:t>— Закуримо, братішка, што лі?..</w:t>
      </w:r>
    </w:p>
    <w:p>
      <w:r>
        <w:br/>
        <w:t>На товстих торбах пшениці, спершись на кошик, повний яєць, гуляла в дурня якась кравчиха з поштовим урядовцем. Кілька червоноармійців, китаєць-"ходя" в солдатській шинелі й "вольний" балакали, аби збути якось час, про арабських жеребців та американську кукурудзу. "Одеська" вирячила здуру на молодика, що зазирав одним рогом у вікно, свої сіро-зелені баньки, раптом, немов читаючи на небі ноти, заверещала тоненьким голоском, наче сука на місяць:</w:t>
      </w:r>
    </w:p>
    <w:p>
      <w:r>
        <w:br/>
        <w:t>Спи же, спи, моя родная,</w:t>
      </w:r>
    </w:p>
    <w:p>
      <w:r>
        <w:br/>
        <w:t>Бог твой сон хранит,</w:t>
      </w:r>
    </w:p>
    <w:p>
      <w:r>
        <w:br/>
        <w:t>Твоя мама шансонетка,</w:t>
      </w:r>
    </w:p>
    <w:p>
      <w:r>
        <w:br/>
        <w:t>По ночам не спит...</w:t>
      </w:r>
    </w:p>
    <w:p>
      <w:r>
        <w:br/>
        <w:t>Позіхнула і до підлітка збоку:</w:t>
      </w:r>
    </w:p>
    <w:p>
      <w:r>
        <w:br/>
        <w:t>— Ванька, давай у голові пошукаю. Ванька крізь сон щось мигикнув.</w:t>
      </w:r>
    </w:p>
    <w:p>
      <w:r>
        <w:br/>
        <w:t>— Маруська,— гребешок!</w:t>
      </w:r>
    </w:p>
    <w:p>
      <w:r>
        <w:br/>
        <w:t>І, забувши про все, віддалася вся звичній роботі.</w:t>
      </w:r>
    </w:p>
    <w:p>
      <w:r>
        <w:br/>
        <w:t>Гаснув на кафельній печі поставлений чиєюсь щедрою рукою каганець — "каптілка", тріпотіли в сутінках і завмирали голоси.</w:t>
      </w:r>
    </w:p>
    <w:p>
      <w:r>
        <w:br/>
        <w:t>Дві обдерті селянські постаті чоловіка й жінки притулились на мокрій соломі в брудному кутку. Пригорнулись одне до одного, як діти. А коло ніг старий, заржавілий, випрацьований тяжкими літами плуг, немов пес, сторожив їхній глибокий сон.</w:t>
      </w:r>
    </w:p>
    <w:p>
      <w:r>
        <w:br/>
        <w:t>їм не було вже, крім плуга, чого губити.</w:t>
      </w:r>
    </w:p>
    <w:p>
      <w:r>
        <w:br/>
        <w:t>Три десятини кволого, наче сухоти, жита згоріло, як і не сіяли.</w:t>
      </w:r>
    </w:p>
    <w:p>
      <w:r>
        <w:br/>
        <w:t>Ге-е... Добре пекло гаряче сонце!..</w:t>
      </w:r>
    </w:p>
    <w:p>
      <w:r>
        <w:br/>
        <w:t>...Просили, думали, благали: пошли, господи, таку годиноньку та у жнива...</w:t>
      </w:r>
    </w:p>
    <w:p>
      <w:r>
        <w:br/>
        <w:t>А сонце пекло, пекло, сміялося... Ні — воно глузувало з людського поту і надій, пристрасними, жагучими обіймами стиснуло степ, і в серпанку його золотого сміху родилась тоді примара голоду...</w:t>
      </w:r>
    </w:p>
    <w:p>
      <w:r>
        <w:br/>
        <w:t>Ге-е... Добре пекло гаряче сонце!..</w:t>
      </w:r>
    </w:p>
    <w:p>
      <w:r>
        <w:br/>
        <w:t>...І чорною тінню зійшла кощава, безхлібна осінь...</w:t>
      </w:r>
    </w:p>
    <w:p>
      <w:r>
        <w:br/>
        <w:t>І далі все долу й долу до голої, висмоктаної землі, хилились стебла пшениці, хилились люди, худоба, аж поки сніг не вкрив усе, і тоді стало тихо, як на цвинтарі.</w:t>
      </w:r>
    </w:p>
    <w:p>
      <w:r>
        <w:br/>
        <w:t>Купа голодних, виснажених, як трісочки, дітей, похилена хата десь на краю села, кістки, що випинались крізь тіло та свиту й, нарешті, останній, заіржавілий плуг — це чи не все, що зв'язувало цих двох — чоловіка й жінку — з нудним, беззмістовним, голодним життям?..</w:t>
      </w:r>
    </w:p>
    <w:p>
      <w:r>
        <w:br/>
        <w:t>А зв'язувало. Уява малювала ще й досі лантухи, повні хліба. Хліба й хліба...</w:t>
      </w:r>
    </w:p>
    <w:p>
      <w:r>
        <w:br/>
        <w:t>Більше нічого не вставало ні в минулому, ні в сучасному, ні в майбутньому.</w:t>
      </w:r>
    </w:p>
    <w:p>
      <w:r>
        <w:br/>
        <w:t>Ввесь світ убгався для них в одному страшному слові:</w:t>
      </w:r>
    </w:p>
    <w:p>
      <w:r>
        <w:br/>
        <w:t>Хліба!</w:t>
      </w:r>
    </w:p>
    <w:p>
      <w:r>
        <w:br/>
        <w:t>Останніми корчами кволого життя була неясна, безбілетна подорож по чужій, незвичній залізниці на покрівлі товарного вагону...</w:t>
      </w:r>
    </w:p>
    <w:p>
      <w:r>
        <w:br/>
        <w:t>Зал опановував сон. Тихо, крадькома він виліз із темних, брудних кутків і засопів, захропів на різні голоси. Часом зривався він бентежним вигуком якогось спекулянта, вовтузився в рухах подряпаної вошами людини, мимрив сухими й висмоктаними, як цитрина, губами бабці й знову мирно, безжурно хропів...</w:t>
      </w:r>
    </w:p>
    <w:p>
      <w:r>
        <w:br/>
        <w:t>...Ранішнє березневе сонце зустріло їх недалеко вже від станції.</w:t>
      </w:r>
    </w:p>
    <w:p>
      <w:r>
        <w:br/>
        <w:t>За десять верст лишилось сонне село, де вони виміняли старого заіржавілого плуга і покинули його в коморі, повній жита. Двопудова торба на згорбленій дядьковій спині заступила залізного, старого товариша.</w:t>
      </w:r>
    </w:p>
    <w:p>
      <w:r>
        <w:br/>
        <w:t>Вона лягла всім тягарем на кощаві, як риштування, плечі й настирливо відбивала кожний крок—раз... два... пуди... два... жита...</w:t>
      </w:r>
    </w:p>
    <w:p>
      <w:r>
        <w:br/>
        <w:t>Ось, ось, уже близько мерехтить понура станція.</w:t>
      </w:r>
    </w:p>
    <w:p>
      <w:r>
        <w:br/>
        <w:t>— Ганно... не можу...</w:t>
      </w:r>
    </w:p>
    <w:p>
      <w:r>
        <w:br/>
        <w:t>Захитались неслухняні ноги, пригнулась ще більше спина, раптом наче випросталась, і жилаві чорні кулаки, розціпившись, випустили важку торбу.</w:t>
      </w:r>
    </w:p>
    <w:p>
      <w:r>
        <w:br/>
        <w:t>Гахнула вона в мокрий сніг з розв'язаним верхом і кивнула доброю жменею збіжжя. Жовта, як віск, худа, обшарпана жінка кинулась додолу й похапцем збирала пригорщами розсипане жито, перемішане з грудками мокрого снігу.</w:t>
      </w:r>
    </w:p>
    <w:p>
      <w:r>
        <w:br/>
        <w:t>— Не сила далі... О-ох...</w:t>
      </w:r>
    </w:p>
    <w:p>
      <w:r>
        <w:br/>
        <w:t>Грузько, всією вагою тіла сів на торбу.</w:t>
      </w:r>
    </w:p>
    <w:p>
      <w:r>
        <w:br/>
        <w:t>— Та потерпи ж трохи, Дмитро,— вже станція... Два пуди хліба привеземо... Діти — ждуть.</w:t>
      </w:r>
    </w:p>
    <w:p>
      <w:r>
        <w:br/>
        <w:t>Якось чудно, немов серед пустельних пісків дощ, виступили на зморщеному, синьо-жовтому жіночому обличчю дрібненькі сльози, а розірваний рукав заношеного з обсмиканою вовною дядькового кожуха безнадійно махнув:</w:t>
      </w:r>
    </w:p>
    <w:p>
      <w:r>
        <w:br/>
        <w:t>— Херсонщинаї.. А хліб де?..</w:t>
      </w:r>
    </w:p>
    <w:p>
      <w:r>
        <w:br/>
        <w:t>І звисла байдужа на розхристані брудно-чорні груди пощербана глибокими зморшками дядькова голова, а розкарячені ноги безвільно витягнулись на свіжій калюжі й позіхнули розірваними носками старих чобіт.</w:t>
      </w:r>
    </w:p>
    <w:p>
      <w:r>
        <w:br/>
        <w:t>— Ждуть, кажеш?.. Чи діждуться?.. Ой, Ганно, болить мені. Не можу...</w:t>
      </w:r>
    </w:p>
    <w:p>
      <w:r>
        <w:br/>
        <w:t>Гострий голод, немов хробак, заліз у черево й ссе — витягає груди.</w:t>
      </w:r>
    </w:p>
    <w:p>
      <w:r>
        <w:br/>
        <w:t>— їсти, Ганно...</w:t>
      </w:r>
    </w:p>
    <w:p>
      <w:r>
        <w:br/>
        <w:t>— Пожди-бо. На станції виміняю на жито хліба.</w:t>
      </w:r>
    </w:p>
    <w:p>
      <w:r>
        <w:br/>
        <w:t>— На жито? Ні, ні... там ждуть... Ні. Не руш.</w:t>
      </w:r>
    </w:p>
    <w:p>
      <w:r>
        <w:br/>
        <w:t>І, наче обороняючи від хижого злодія, скарлючені, мов пазурі, пальці, простяглись до торби.</w:t>
      </w:r>
    </w:p>
    <w:p>
      <w:r>
        <w:br/>
        <w:t>— Не смій!</w:t>
      </w:r>
    </w:p>
    <w:p>
      <w:r>
        <w:br/>
        <w:t>— Ходім же бо... Дмитро...</w:t>
      </w:r>
    </w:p>
    <w:p>
      <w:r>
        <w:br/>
        <w:t>Безвільно, немов зіпсута з поодгвинчуваними гайками машина, підвівся дядько, а жінка зібрала до останньої свої сили, вчепилась у торбу й пригнулась до самого снігу. Пішли. Наче п'яний, ледве перебирає ногами дядько, але йде...</w:t>
      </w:r>
    </w:p>
    <w:p>
      <w:r>
        <w:br/>
        <w:t>— Ну-да, два пуди жита... Де ви бачили? На свята хліб будемо їсти... Еге — хліб. Чи близько?..</w:t>
      </w:r>
    </w:p>
    <w:p>
      <w:r>
        <w:br/>
        <w:t>Рвались, як мотузки змарновані сили, але жінка, страшна, мов мара, все ж тягла на хребті два пуди жита. Випередила навіть свого чоловіка й таки донесла. Вперлась крізь одчинену половину дверей у залу і впала разом з торбою на асфальт непритомна...</w:t>
      </w:r>
    </w:p>
    <w:p>
      <w:r>
        <w:br/>
        <w:t>Навколо скуйовдженого волосся плакав маленькою калюжею березневий сніг, а сонце, червоне й веселе, як молода, знову сходило над дальнім лісом, вітало день і на оплакані лани розкидало золоте проміння.</w:t>
      </w:r>
    </w:p>
    <w:p>
      <w:r>
        <w:br/>
        <w:t>Розкидало, розкидало...</w:t>
      </w:r>
    </w:p>
    <w:p>
      <w:r>
        <w:br/>
        <w:t>1922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пуди жита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