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</w:t>
      </w:r>
    </w:p>
    <w:p>
      <w:r>
        <w:br/>
        <w:t xml:space="preserve"> &lt;p&gt;ДВА</w:t>
      </w:r>
    </w:p>
    <w:p>
      <w:r>
        <w:br/>
        <w:t>— Охтирка?.. Дайте военкома!.. Товаришу, швидше-бо, швидше!!</w:t>
      </w:r>
    </w:p>
    <w:p>
      <w:r>
        <w:br/>
        <w:t>— Останні кулі вистрелюємо... тільки дві ленти коло кулемета... половину роти порубано... Ви слухаєте?.. Телефоністка! Охтирку!!</w:t>
      </w:r>
    </w:p>
    <w:p>
      <w:r>
        <w:br/>
        <w:t>Др... др... др... дзелень...</w:t>
      </w:r>
    </w:p>
    <w:p>
      <w:r>
        <w:br/>
        <w:t>— Проводи перерізано! Гади!..</w:t>
      </w:r>
    </w:p>
    <w:p>
      <w:r>
        <w:br/>
        <w:t>І телефонна трубка, випущена з вогкого залізного кулака, байдуже вдарилась об конторську стіну, легенько відскочила назад, похиталась якусь мить і заспокоїлась.</w:t>
      </w:r>
    </w:p>
    <w:p>
      <w:r>
        <w:br/>
        <w:t>Три години вже б'ються хлопці Заклепенкової роти. Засіли в останньому захистку від махновських куль та шабель — конторі пархомівської цукроварні, а стурбований зір крізь віконце на горищі хапає довгі валки селянських возів.</w:t>
      </w:r>
    </w:p>
    <w:p>
      <w:r>
        <w:br/>
        <w:t>— Сахар Махно роздає! — лунає від заходу до півдня й поринає за хвилями жита.</w:t>
      </w:r>
    </w:p>
    <w:p>
      <w:r>
        <w:br/>
        <w:t>Біля байраку зупинилась оточена кіннотою тачанка, а по селу вже розлітаються бризками нечисленні верхівці колись великої чортової сотні махновського командира Щуся. На заводському дворі беруть на мушку піші махновці конторські вікна; з-за ріжка машинної строчить кулемет.</w:t>
      </w:r>
    </w:p>
    <w:p>
      <w:r>
        <w:br/>
        <w:t>І раптом:</w:t>
      </w:r>
    </w:p>
    <w:p>
      <w:r>
        <w:br/>
        <w:t>Та-та-та-та... бум-ву-ух!..— розірветься біля конторських дверей махновська бомба, а по вулиці на дикому коні креше чорними стрічками куряву матроський кашкет</w:t>
      </w:r>
    </w:p>
    <w:p>
      <w:r>
        <w:br/>
        <w:t>Упертість ворога дратує махновців.</w:t>
      </w:r>
    </w:p>
    <w:p>
      <w:r>
        <w:br/>
        <w:t>— Підсмалити чортів! Хай комуна понюхає диму! Гусарський мундир і вишивана сорочка тягли до за</w:t>
      </w:r>
    </w:p>
    <w:p>
      <w:r>
        <w:br/>
        <w:t>водської брами хмиз.</w:t>
      </w:r>
    </w:p>
    <w:p>
      <w:r>
        <w:br/>
        <w:t>— Братва-а-а! Председатель "невозможных" де?</w:t>
      </w:r>
    </w:p>
    <w:p>
      <w:r>
        <w:br/>
        <w:t>— Стій, мать твою!..</w:t>
      </w:r>
    </w:p>
    <w:p>
      <w:r>
        <w:br/>
        <w:t>В подраній свитині та лаптях на босу ногу зупинився на вигук дядько й байдуже подивився в бік верхівця</w:t>
      </w:r>
    </w:p>
    <w:p>
      <w:r>
        <w:br/>
        <w:t>Ти хто? Продработник? Реквізиції, конхіскації, соцілізації, сволочі!</w:t>
      </w:r>
    </w:p>
    <w:p>
      <w:r>
        <w:br/>
        <w:t>— Якого там чорта "придработник"?</w:t>
      </w:r>
    </w:p>
    <w:p>
      <w:r>
        <w:br/>
        <w:t>— А лапті — з Москви?</w:t>
      </w:r>
    </w:p>
    <w:p>
      <w:r>
        <w:br/>
        <w:t>— Хіба ж це лапті?</w:t>
      </w:r>
    </w:p>
    <w:p>
      <w:r>
        <w:br/>
        <w:t>?</w:t>
      </w:r>
    </w:p>
    <w:p>
      <w:r>
        <w:br/>
        <w:t>— Це ж совєтське шавро, ги-ги-ги!.. Обидва весело сміялись.</w:t>
      </w:r>
    </w:p>
    <w:p>
      <w:r>
        <w:br/>
        <w:t>На вигоні, недалеко від заводських бараків, гуло, немов на ярмарку.</w:t>
      </w:r>
    </w:p>
    <w:p>
      <w:r>
        <w:br/>
        <w:t>— Розбирай сахар! Ні хунта комісарам!</w:t>
      </w:r>
    </w:p>
    <w:p>
      <w:r>
        <w:br/>
        <w:t>— Переказували, що як прийде знову через два тижні й застане цілим,— спалить разом з бараками.</w:t>
      </w:r>
    </w:p>
    <w:p>
      <w:r>
        <w:br/>
        <w:t>— Конешно! Хай люди попользуються!</w:t>
      </w:r>
    </w:p>
    <w:p>
      <w:r>
        <w:br/>
        <w:t>Біля дверей розбивали замок. На вороному жеребці підлетіли довгі чорні кучері під волохатою шапкою.</w:t>
      </w:r>
    </w:p>
    <w:p>
      <w:r>
        <w:br/>
        <w:t>— Ребята! Батько Махно приказал разобрать все: "Народное,— говорит,— добро — пусть достанется народу".</w:t>
      </w:r>
    </w:p>
    <w:p>
      <w:r>
        <w:br/>
        <w:t>— Правильно!</w:t>
      </w:r>
    </w:p>
    <w:p>
      <w:r>
        <w:br/>
        <w:t>— Верно! Конешно — народу!</w:t>
      </w:r>
    </w:p>
    <w:p>
      <w:r>
        <w:br/>
        <w:t>— Не открывается? За мастеровыми послать!</w:t>
      </w:r>
    </w:p>
    <w:p>
      <w:r>
        <w:br/>
        <w:t>— На чорта? Самі знесемо к нечистій матері! Дз-з-з-з!.. Засвистіла куля і, вдарившись об кам'яний мур, відскочила навкопить. На неї ніхто не вважав: не первина.</w:t>
      </w:r>
    </w:p>
    <w:p>
      <w:r>
        <w:br/>
        <w:t>Рудий парубок вистромився в пробиту на покрівлі діру:</w:t>
      </w:r>
    </w:p>
    <w:p>
      <w:r>
        <w:br/>
        <w:t>Не плач ты, Маруся,</w:t>
      </w:r>
    </w:p>
    <w:p>
      <w:r>
        <w:br/>
        <w:t>Еду я в Китай,</w:t>
      </w:r>
    </w:p>
    <w:p>
      <w:r>
        <w:br/>
        <w:t>Ты пришлешь мне сахар,</w:t>
      </w:r>
    </w:p>
    <w:p>
      <w:r>
        <w:br/>
        <w:t>А я тебе чай...</w:t>
      </w:r>
    </w:p>
    <w:p>
      <w:r>
        <w:br/>
        <w:t>Вишкірив безжурним реготом зуби, перехилив додолу великого лантуха й сипав білий, як сніг, цукор.</w:t>
      </w:r>
    </w:p>
    <w:p>
      <w:r>
        <w:br/>
        <w:t>Халамидником підскочив легкий вітерець, і дмухнула на спітнілі селянські голови цукрова курява.</w:t>
      </w:r>
    </w:p>
    <w:p>
      <w:r>
        <w:br/>
        <w:t>— Хто там сипле!? Чортяка б його сипав!..</w:t>
      </w:r>
    </w:p>
    <w:p>
      <w:r>
        <w:br/>
        <w:t>Та крізь здивування й лють шмигнула жадоба. Півколом кинулись од дверей до землі; лише два махновці та присадкуватий дядько відривали ломом здоровенні петлі.</w:t>
      </w:r>
    </w:p>
    <w:p>
      <w:r>
        <w:br/>
        <w:t>— Моє!</w:t>
      </w:r>
    </w:p>
    <w:p>
      <w:r>
        <w:br/>
        <w:t>Впав на цукор і вчепився пальцями в зелений шпориш, мов пазурами, худорлявий дядько з ріденькою цапиною борідкою.</w:t>
      </w:r>
    </w:p>
    <w:p>
      <w:r>
        <w:br/>
        <w:t>— Іди ти к нечистій матері! "Моє"!..</w:t>
      </w:r>
    </w:p>
    <w:p>
      <w:r>
        <w:br/>
        <w:t>Дядька штовхнули в бік кілька дебелих чобіт, а чиїсь руки тягли вже жменями з-під його чобіт, штанів та сорочки липкий пісок і сипали собі за пазухи, в шапки та поли свит.</w:t>
      </w:r>
    </w:p>
    <w:p>
      <w:r>
        <w:br/>
        <w:t>Га-а-х! Одлетіли петлі, і сіра, закурена порохом селянська маса кинулася в одчинені двері.</w:t>
      </w:r>
    </w:p>
    <w:p>
      <w:r>
        <w:br/>
        <w:t>— Пилипе, мені ж лантуха! Мені! Чуєш?!. Пилипе!</w:t>
      </w:r>
    </w:p>
    <w:p>
      <w:r>
        <w:br/>
        <w:t>— Ріж ножем — швидше буде!</w:t>
      </w:r>
    </w:p>
    <w:p>
      <w:r>
        <w:br/>
        <w:t>— Дайте ножа!</w:t>
      </w:r>
    </w:p>
    <w:p>
      <w:r>
        <w:br/>
        <w:t>— Єсть!</w:t>
      </w:r>
    </w:p>
    <w:p>
      <w:r>
        <w:br/>
        <w:t>— Одступіться-бо! Чого претеся!</w:t>
      </w:r>
    </w:p>
    <w:p>
      <w:r>
        <w:br/>
        <w:t>Ж-ж-ж!.. Блиснув у сутінках барака ніж і вительбучив, наче черево кабанові, бік здоровенного лантуха.</w:t>
      </w:r>
    </w:p>
    <w:p>
      <w:r>
        <w:br/>
        <w:t>— Ой-йо-йо-йо-йой! Пальці ж мої! Пальці!! Гадючкою потекла чорна гаряча кров із перерізаних</w:t>
      </w:r>
    </w:p>
    <w:p>
      <w:r>
        <w:br/>
        <w:t>пальців і черешнями заляпала цукор.</w:t>
      </w:r>
    </w:p>
    <w:p>
      <w:r>
        <w:br/>
        <w:t>— Одійди геть! Тільки сахар портиш!</w:t>
      </w:r>
    </w:p>
    <w:p>
      <w:r>
        <w:br/>
        <w:t>Одпихнув чийсь залатаний лікоть скривавлені пальці й жах на лиці, а над цукром уже давили-штовхалися, важко сопучи, бородаті поважні люди та парубки.</w:t>
      </w:r>
    </w:p>
    <w:p>
      <w:r>
        <w:br/>
        <w:t>На заводському дворі джмелями свистіли кулі й співав гуляйпольську славу криваву махновський кулемет.</w:t>
      </w:r>
    </w:p>
    <w:p>
      <w:r>
        <w:br/>
        <w:t>Високо вгорі жмурилося легкими хмарками небо, і сонце, розглядаючи погром цукроварні, бавилося склом ставка, роздирало каламутні плями по закуреній стіні машинної, засміялось дрібним смішком на листі тополі й помандрувало на захід...</w:t>
      </w:r>
    </w:p>
    <w:p>
      <w:r>
        <w:br/>
        <w:t>— Хлопці, держись! До вечора прибуде Лазаренко,— підбадьорює Заклепенко останню жменьку своєї роти, що трупом порубаних червоноармійців устелила шлях від Красного Кута до пархомівської цукроварні. Та серед пострілів рушниць і вибухів бомб давно вже загубилася надія. Перед очима мертвими точками встали обов'язок і смерть.</w:t>
      </w:r>
    </w:p>
    <w:p>
      <w:r>
        <w:br/>
        <w:t>Порожніє в грудях Заклепенка. По п'ять набоїв лишилося на чоловіка, кулемет, подзьобавши останньою стрічкою мур машинної, звідки махновці намагалися підлізти під конторські двері, замовк...</w:t>
      </w:r>
    </w:p>
    <w:p>
      <w:r>
        <w:br/>
        <w:t>Падають поранені та вбиті на брудну паркетну підлогу.</w:t>
      </w:r>
    </w:p>
    <w:p>
      <w:r>
        <w:br/>
        <w:t>Недокурками погасли в калюжі крові вистріляні набої... Зеленою купою трупів тане й зникає на очах Заклепенка його рота. Рота, яка кривавою стернею пройшла з ним усю Україну від краю до краю.</w:t>
      </w:r>
    </w:p>
    <w:p>
      <w:r>
        <w:br/>
        <w:t>...Буде останній і рішучий бій...— ніби співає тріскотнява рушниць, і луною односять кудись вибухи бомб.</w:t>
      </w:r>
    </w:p>
    <w:p>
      <w:r>
        <w:br/>
        <w:t>З наганом у руці, розхристаний, без картуза, притулився він до перекинутого бухгалтерського стола.</w:t>
      </w:r>
    </w:p>
    <w:p>
      <w:r>
        <w:br/>
        <w:t>Дзелень-лень! Розбила шибку й уп'ялась у стінку куля. З першого поверху прибіг, засапавшись,— останній червоноармієць.</w:t>
      </w:r>
    </w:p>
    <w:p>
      <w:r>
        <w:br/>
        <w:t>— Ротний! Махновці хмиз під двері... Будуть підпалювати... ехй...— І впав з простреленим горлом останній червоноармієць Заклепенкової роти.</w:t>
      </w:r>
    </w:p>
    <w:p>
      <w:r>
        <w:br/>
        <w:t>Удвох з півротним — усе, що лишилося живе від заклепенківців,— кинулися вони до вікна обстріляти паліїв, та біля дверей не було вже нікого, лиш густа хмара волохатого диму вдарила їм у ніс та у вічі. Метнули перед себе роздерті погляди — і перший раз перед ними встала виразно їхня смерть.</w:t>
      </w:r>
    </w:p>
    <w:p>
      <w:r>
        <w:br/>
        <w:t>Защеміло коло серця, а в грудях стала пустка, немов у єврейській хаті після погрому. В порожній конторі, оточеній вогнем та махновцями, їх чатував кінець.</w:t>
      </w:r>
    </w:p>
    <w:p>
      <w:r>
        <w:br/>
        <w:t>Але спалахнув тоді Заклепенко, відкинув з чола липкого чуба, скочив на вікно й до кам'яних будівель — несамовито:</w:t>
      </w:r>
    </w:p>
    <w:p>
      <w:r>
        <w:br/>
        <w:t>— Так передайте ж нашим, як ми умирали! Далі підійшов до півротного, глянув у саму душу і:</w:t>
      </w:r>
    </w:p>
    <w:p>
      <w:r>
        <w:br/>
        <w:t>— Ех, Ваню! Однаково!..</w:t>
      </w:r>
    </w:p>
    <w:p>
      <w:r>
        <w:br/>
        <w:t>Не доказав; тільки зітханням своїм вирвав з грудей невимовлену тугу.</w:t>
      </w:r>
    </w:p>
    <w:p>
      <w:r>
        <w:br/>
        <w:t>— ...Краще вже від твоєї руки...</w:t>
      </w:r>
    </w:p>
    <w:p>
      <w:r>
        <w:br/>
        <w:t>Обнялись обидва останніми обіймами і притулили один одному до скронь нагани.</w:t>
      </w:r>
    </w:p>
    <w:p>
      <w:r>
        <w:br/>
        <w:t>Та на межі життя й смерті перемогло життя.</w:t>
      </w:r>
    </w:p>
    <w:p>
      <w:r>
        <w:br/>
        <w:t>Одірвались один від одного й шугнули голодними поглядами крізь вікно на степові простори. Так і припали очима до золотої пшениці...</w:t>
      </w:r>
    </w:p>
    <w:p>
      <w:r>
        <w:br/>
        <w:t>І раптом...</w:t>
      </w:r>
    </w:p>
    <w:p>
      <w:r>
        <w:br/>
        <w:t>?!</w:t>
      </w:r>
    </w:p>
    <w:p>
      <w:r>
        <w:br/>
        <w:t>В'ю-ю-ю-ю — вв-а-ах-х-х!</w:t>
      </w:r>
    </w:p>
    <w:p>
      <w:r>
        <w:br/>
        <w:t>Дрогнули всіма кутками своїх душ і... наче не повірили. Вв-а-ах-х-х! — привітом з далекого, рідного краю повторило вдруге.</w:t>
      </w:r>
    </w:p>
    <w:p>
      <w:r>
        <w:br/>
        <w:t>— Ваню! Наша б'є!!</w:t>
      </w:r>
    </w:p>
    <w:p>
      <w:r>
        <w:br/>
        <w:t>Життя нове, принадне, чарівне, хороше блиснуло їм У всій своїй красі й потягло до перемоги. Але крізь розбиті шибки вікон, через двері з першого поверху, ще звідкись підступно влізав у контору дим. Поцілувались, як рідні, й кинулись до вихідних дверей.</w:t>
      </w:r>
    </w:p>
    <w:p>
      <w:r>
        <w:br/>
        <w:t>Одчинили засув, штовхнули двері, та натовпом повалились на останніх заклепенківців хмари чорно-синього диму, але не стримали їх.</w:t>
      </w:r>
    </w:p>
    <w:p>
      <w:r>
        <w:br/>
        <w:t>— Вперед і — до ставка!</w:t>
      </w:r>
    </w:p>
    <w:p>
      <w:r>
        <w:br/>
        <w:t>Кинулись у полум'я вогнища. Та насупроти вже строчив махновський кулемет і кілька рушниць дивилось у двері...</w:t>
      </w:r>
    </w:p>
    <w:p>
      <w:r>
        <w:br/>
        <w:t>Вискочив з вогню на простір Заклепенко", шарпонув спрагло ніздрями повітря і впав з перекошеними грудьми. А збоку півротний стиснув заляпане кров'ю чоло, захитався, простяг на палаючий хмиз ногу й булькнув з рота червоною піною.</w:t>
      </w:r>
    </w:p>
    <w:p>
      <w:r>
        <w:br/>
        <w:t>Вогненне сонце, п'яне від крові, розсікаючи хмари, запалило обрій червоним жаром. Кинуло ще один промінь, погралось на зацілілій шибці цукроварні й пірнуло за степом...</w:t>
      </w:r>
    </w:p>
    <w:p>
      <w:r>
        <w:br/>
        <w:t>Сходив вечір і розсипав фіолетові пелюстки смутку...</w:t>
      </w:r>
    </w:p>
    <w:p>
      <w:r>
        <w:br/>
        <w:t>Більше й більше, прокляттям, помстою розривалися на вигоні більшовицькі снаряди.</w:t>
      </w:r>
    </w:p>
    <w:p>
      <w:r>
        <w:br/>
        <w:t>Чорний прапор сховався за байраком, і вже десь далеко в степу гуркотіли тачанки та гупали копитами на шляху сполохані коні.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